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Cassie Nova’s Best Pride in Dallas Weekend Moments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Cassie Nova brought her trademark sparkle to Pride in Dallas, combining live entertainment, festival hosting and a podcast appearance with TS Madison. The packed weekend showcased the energy of Oak Lawn Live and Dallas’s LGBTQ+ nightlife scene, while also offering a revealing glimpse into the stamina, joy and sheer travel chaos behind a busy drag career.</w:t>
      </w:r>
      <w:r/>
    </w:p>
    <w:p>
      <w:pPr>
        <w:pStyle w:val="Heading2"/>
      </w:pPr>
      <w:r>
        <w:t>Essential Takeaways</w:t>
      </w:r>
      <w:r/>
      <w:r/>
    </w:p>
    <w:p>
      <w:pPr>
        <w:pStyle w:val="ListBullet"/>
        <w:spacing w:line="240" w:lineRule="auto"/>
        <w:ind w:left="720"/>
      </w:pPr>
      <w:r/>
      <w:r>
        <w:rPr>
          <w:b/>
        </w:rPr>
        <w:t>A packed Pride weekend:</w:t>
      </w:r>
      <w:r>
        <w:t xml:space="preserve"> Cassie Nova introduced performers, hosted brunch and helped lead the Pride in Dallas parade.</w:t>
      </w:r>
      <w:r/>
    </w:p>
    <w:p>
      <w:pPr>
        <w:pStyle w:val="ListBullet"/>
        <w:spacing w:line="240" w:lineRule="auto"/>
        <w:ind w:left="720"/>
      </w:pPr>
      <w:r/>
      <w:r>
        <w:rPr>
          <w:b/>
        </w:rPr>
        <w:t>A headline interview:</w:t>
      </w:r>
      <w:r>
        <w:t xml:space="preserve"> She appeared on TS Madison’s podcast during the celebrations.</w:t>
      </w:r>
      <w:r/>
    </w:p>
    <w:p>
      <w:pPr>
        <w:pStyle w:val="ListBullet"/>
        <w:spacing w:line="240" w:lineRule="auto"/>
        <w:ind w:left="720"/>
      </w:pPr>
      <w:r/>
      <w:r>
        <w:rPr>
          <w:b/>
        </w:rPr>
        <w:t>Oak Lawn Live connection:</w:t>
      </w:r>
      <w:r>
        <w:t xml:space="preserve"> The festival brought music, drag and community energy together in Dallas.</w:t>
      </w:r>
      <w:r/>
    </w:p>
    <w:p>
      <w:pPr>
        <w:pStyle w:val="ListBullet"/>
        <w:spacing w:line="240" w:lineRule="auto"/>
        <w:ind w:left="720"/>
      </w:pPr>
      <w:r/>
      <w:r>
        <w:rPr>
          <w:b/>
        </w:rPr>
        <w:t>A demanding tour:</w:t>
      </w:r>
      <w:r>
        <w:t xml:space="preserve"> Her Pride bookings came amid a multi-city run through venues and events.</w:t>
      </w:r>
      <w:r/>
    </w:p>
    <w:p>
      <w:pPr>
        <w:pStyle w:val="ListBullet"/>
        <w:spacing w:line="240" w:lineRule="auto"/>
        <w:ind w:left="720"/>
      </w:pPr>
      <w:r/>
      <w:r>
        <w:rPr>
          <w:b/>
        </w:rPr>
        <w:t>The human side:</w:t>
      </w:r>
      <w:r>
        <w:t xml:space="preserve"> Cassie said she’s making a point of enjoying every opportunity while it lasts.</w:t>
      </w:r>
      <w:r/>
      <w:r/>
    </w:p>
    <w:p>
      <w:pPr>
        <w:pStyle w:val="Heading2"/>
      </w:pPr>
      <w:r>
        <w:t>Cassie Nova packed a lot into Pride in Dallas</w:t>
      </w:r>
      <w:r/>
    </w:p>
    <w:p>
      <w:r/>
      <w:r>
        <w:t>Cassie Nova’s Pride in Dallas weekend sounds less like a single booking and more like a glitter-covered endurance test. Between appearances, hosting duties and regular shows, she was constantly moving, performing and meeting audiences, with Oak Lawn Live providing one of the weekend’s biggest stages.</w:t>
      </w:r>
      <w:r/>
    </w:p>
    <w:p>
      <w:r/>
      <w:r>
        <w:t>The festival’s setting in Dallas’s Oak Lawn area made it a natural fit for a performer whose appeal is rooted in warmth, quick humour and a strong connection with LGBTQ+ audiences. Event information from The Strip on Cedar Springs highlights Oak Lawn Live as a major local celebration built around live entertainment and community spirit.</w:t>
      </w:r>
      <w:r/>
    </w:p>
    <w:p>
      <w:r/>
      <w:r>
        <w:t>Cassie introduced Kameron Ross and Daya at the music festival, giving the programme an added drag-focused lift. For spectators, that kind of live handover can be just as memorable as the headline set, especially when the host knows how to keep the crowd engaged between performances.</w:t>
      </w:r>
      <w:r/>
    </w:p>
    <w:p>
      <w:pPr>
        <w:pStyle w:val="Heading2"/>
      </w:pPr>
      <w:r>
        <w:t>TS Madison interview added star power</w:t>
      </w:r>
      <w:r/>
    </w:p>
    <w:p>
      <w:r/>
      <w:r>
        <w:t>One of the weekend’s standout moments was Cassie’s appearance on TS Madison’s podcast. TS Madison has built a formidable reputation as a performer, presenter and cultural voice, so the conversation placed Cassie in a broader entertainment spotlight.</w:t>
      </w:r>
      <w:r/>
    </w:p>
    <w:p>
      <w:r/>
      <w:r>
        <w:t>The pairing also made sense creatively. Both performers bring an unfiltered, personable style that works well on camera and in conversation, rather than relying solely on stage spectacle. Listings for TS Madison-related live events show the continuing pull of her name across LGBTQ+ entertainment, from podcasting to major appearances.</w:t>
      </w:r>
      <w:r/>
    </w:p>
    <w:p>
      <w:r/>
      <w:r>
        <w:t>For fans, the interview offered something a live show can’t always provide: a closer look at the person behind the wigs, punchlines and bookings. That behind-the-scenes intimacy is becoming an increasingly important part of how drag performers build loyal audiences.</w:t>
      </w:r>
      <w:r/>
    </w:p>
    <w:p>
      <w:pPr>
        <w:pStyle w:val="Heading2"/>
      </w:pPr>
      <w:r>
        <w:t>From brunch to the parade, the weekend kept moving</w:t>
      </w:r>
      <w:r/>
    </w:p>
    <w:p>
      <w:r/>
      <w:r>
        <w:t>Cassie also hosted a drag brunch and co-emceed the Pride in Dallas parade. Those are very different jobs, but both depend on the same skill: reading a crowd quickly and keeping the mood buoyant, even when the schedule is tight or the weather is less than cooperative.</w:t>
      </w:r>
      <w:r/>
    </w:p>
    <w:p>
      <w:r/>
      <w:r>
        <w:t>That versatility is a big part of a professional drag artist’s appeal. A strong host can introduce performers, manage transitions, energise a crowd and still deliver the personality audiences came to see. It’s demanding work, and it often happens between the moments that make the photographs.</w:t>
      </w:r>
      <w:r/>
    </w:p>
    <w:p>
      <w:r/>
      <w:r>
        <w:t>Dallas Voice has also covered the city’s colourful LGBTQ+ creative scene, underlining how local events continue to give performers space to work across music, nightlife, journalism and community celebrations. Cassie’s weekend fitted neatly into that wider ecosystem.</w:t>
      </w:r>
      <w:r/>
    </w:p>
    <w:p>
      <w:pPr>
        <w:pStyle w:val="Heading2"/>
      </w:pPr>
      <w:r>
        <w:t>The glamour comes with serious mileage</w:t>
      </w:r>
      <w:r/>
    </w:p>
    <w:p>
      <w:r/>
      <w:r>
        <w:t>The Pride weekend arrived during a demanding multi-city tour. Cassie had already travelled through Seattle and Dallas, then continued on to Louisville and Nashville for further shows, with little time to reset between appearances.</w:t>
      </w:r>
      <w:r/>
    </w:p>
    <w:p>
      <w:r/>
      <w:r>
        <w:t>That schedule is a useful reminder that drag careers involve considerably more than the hour or two spent on stage. Travel, costume preparation, rehearsals, hosting, promotion and late-night performances can turn a glamorous weekend into a logistical puzzle. Even experienced performers need stamina, organisation and a reliable pair of shoes.</w:t>
      </w:r>
      <w:r/>
    </w:p>
    <w:p>
      <w:r/>
      <w:r>
        <w:t>Event calendars such as Classic Chassis’s show listings reflect just how busy the wider performance circuit can be, with artists regularly moving between clubs, festivals and special events. For audiences, the lesson is simple: when a favourite performer appears at a local show, it’s worth appreciating the work that made the booking possible.</w:t>
      </w:r>
      <w:r/>
    </w:p>
    <w:p>
      <w:pPr>
        <w:pStyle w:val="Heading2"/>
      </w:pPr>
      <w:r>
        <w:t>Cassie’s outlook feels especially honest</w:t>
      </w:r>
      <w:r/>
    </w:p>
    <w:p>
      <w:r/>
      <w:r>
        <w:t>Amid the jokes and travel stories, Cassie shared a strikingly candid thought: she knows bookings may not always come at the same pace, so she’s trying to stay present and enjoy the opportunities while they’re here. That admission gives the weekend a little more emotional weight.</w:t>
      </w:r>
      <w:r/>
    </w:p>
    <w:p>
      <w:r/>
      <w:r>
        <w:t>It’s an easy feeling to recognise, even outside show business. Busy periods can become a blur, and performers are often expected to make every event look effortless. Cassie’s reflection cuts through that polish, showing someone who’s tired, grateful and still excited to be in the middle of it all.</w:t>
      </w:r>
      <w:r/>
    </w:p>
    <w:p>
      <w:r/>
      <w:r>
        <w:t>For Dallas audiences, that combination of professionalism and honesty is part of the attraction. Pride is a celebration, but it’s also a chance to see artists giving their time, energy and personality to the community. Cassie Nova appears to have done all three in spectacularly busy fashion.</w:t>
      </w:r>
      <w:r/>
    </w:p>
    <w:p>
      <w:r/>
      <w:r>
        <w:t>The weekend proved that the best Pride appearances leave audiences smiling and performers with stories to tell.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[5]</w:t>
        </w:r>
      </w:hyperlink>
      <w:r>
        <w:t xml:space="preserve">, </w:t>
      </w:r>
      <w:hyperlink r:id="rId14">
        <w:r>
          <w:rPr>
            <w:color w:val="0000EE"/>
            <w:u w:val="single"/>
          </w:rPr>
          <w:t>[7]</w:t>
        </w:r>
      </w:hyperlink>
      <w:r>
        <w:t xml:space="preserve">- Paragraph 8: </w:t>
      </w:r>
      <w:hyperlink r:id="rId15">
        <w:r>
          <w:rPr>
            <w:color w:val="0000EE"/>
            <w:u w:val="single"/>
          </w:rPr>
          <w:t>[6]</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3">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https://meaws.com/news/cassie-nova-10-09-26/105686</w:t>
        </w:r>
      </w:hyperlink>
      <w:r>
        <w:t xml:space="preserve"> - Please view link - unable to able to access data</w:t>
      </w:r>
      <w:r/>
    </w:p>
    <w:p>
      <w:pPr>
        <w:pStyle w:val="ListNumber"/>
        <w:spacing w:line="240" w:lineRule="auto"/>
        <w:ind w:left="720"/>
      </w:pPr>
      <w:r/>
      <w:hyperlink r:id="rId10">
        <w:r>
          <w:rPr>
            <w:color w:val="0000EE"/>
            <w:u w:val="single"/>
          </w:rPr>
          <w:t>https://thestriponcedarsprings.com/meet-the-artists-of-oak-lawn-live-eight-hours-on-the-dance-floor/</w:t>
        </w:r>
      </w:hyperlink>
      <w:r>
        <w:t xml:space="preserve"> - This article introduces the lineup for the Pride in Dallas stage at the Oak Lawn Live Music &amp; Arts Festival, scheduled for September 19, 2026. The stage will feature eight hours of dance music, showcasing local DJs such as The Disco Daddies, DeLuna, Philip Webb, Momenta featuring Rexxha, and Barbiefartsss. Each artist brings a unique style, from house and deep house to soulful grooves and tech rhythms, reflecting the vibrant LGBTQ+ nightlife of Dallas. The festival aims to celebrate community and diversity through music and dance.</w:t>
      </w:r>
      <w:r/>
    </w:p>
    <w:p>
      <w:pPr>
        <w:pStyle w:val="ListNumber"/>
        <w:spacing w:line="240" w:lineRule="auto"/>
        <w:ind w:left="720"/>
      </w:pPr>
      <w:r/>
      <w:hyperlink r:id="rId12">
        <w:r>
          <w:rPr>
            <w:color w:val="0000EE"/>
            <w:u w:val="single"/>
          </w:rPr>
          <w:t>https://thestriponcedarsprings.com/oak-lawn-live/lineup/</w:t>
        </w:r>
      </w:hyperlink>
      <w:r>
        <w:t xml:space="preserve"> - This page provides detailed information about the Oak Lawn Live Music &amp; Arts Festival, including its lineup and schedule. The festival, taking place on September 19, 2026, features three stages with performances from artists like Daya, The Cowgays, Cure for Paranoia, and Cain Culto. The event aims to showcase the energy, diversity, and creative culture of Dallas' Oak Lawn neighborhood, offering a mix of music, art, food, and community engagement.</w:t>
      </w:r>
      <w:r/>
    </w:p>
    <w:p>
      <w:pPr>
        <w:pStyle w:val="ListNumber"/>
        <w:spacing w:line="240" w:lineRule="auto"/>
        <w:ind w:left="720"/>
      </w:pPr>
      <w:r/>
      <w:hyperlink r:id="rId13">
        <w:r>
          <w:rPr>
            <w:color w:val="0000EE"/>
            <w:u w:val="single"/>
          </w:rPr>
          <w:t>https://www.ticketfairy.com/event/unleashed-lgbtq-ts-madison?locale=id</w:t>
        </w:r>
      </w:hyperlink>
      <w:r>
        <w:t xml:space="preserve"> - This event page details a live recording of TS Madison's award-winning podcast, 'Outlaws with TS Madison,' held at the Rose Room in Dallas' Oak Lawn neighborhood. The event features candid conversations, laughter, and the unfiltered energy that TS Madison is known for. Presented by Unleashed LGBTQ+ and iHeartMedia, the live taping includes special guests and offers an interactive experience for attendees.</w:t>
      </w:r>
      <w:r/>
    </w:p>
    <w:p>
      <w:pPr>
        <w:pStyle w:val="ListNumber"/>
        <w:spacing w:line="240" w:lineRule="auto"/>
        <w:ind w:left="720"/>
      </w:pPr>
      <w:r/>
      <w:hyperlink r:id="rId11">
        <w:r>
          <w:rPr>
            <w:color w:val="0000EE"/>
            <w:u w:val="single"/>
          </w:rPr>
          <w:t>https://thestriponcedarsprings.com/</w:t>
        </w:r>
      </w:hyperlink>
      <w:r>
        <w:t xml:space="preserve"> - The Oak Lawn Strip is Dallas' LGBTQ+ district, offering a vibrant mix of nightlife, dining, shopping, and community events along Cedar Springs Road. The area is known for its diverse range of businesses and cultural activities, making it a central hub for the LGBTQ+ community in Dallas. The website provides information on local merchants, upcoming events, and news related to the Oak Lawn neighborhood.</w:t>
      </w:r>
      <w:r/>
    </w:p>
    <w:p>
      <w:pPr>
        <w:pStyle w:val="ListNumber"/>
        <w:spacing w:line="240" w:lineRule="auto"/>
        <w:ind w:left="720"/>
      </w:pPr>
      <w:r/>
      <w:hyperlink r:id="rId15">
        <w:r>
          <w:rPr>
            <w:color w:val="0000EE"/>
            <w:u w:val="single"/>
          </w:rPr>
          <w:t>https://www.classicchassis.com/events-1</w:t>
        </w:r>
      </w:hyperlink>
      <w:r>
        <w:t xml:space="preserve"> - This page lists events hosted by the Classic Chassis Car Club of Dallas, including the Oak Lawn Live Music &amp; Arts Festival. The festival, scheduled for September 19, 2026, spans four blocks of Cedar Springs Road and features three stages of entertainment, food, visual art, and local vendors. It aims to celebrate the community and creative spirit of Dallas' Oak Lawn neighborhood.</w:t>
      </w:r>
      <w:r/>
    </w:p>
    <w:p>
      <w:pPr>
        <w:pStyle w:val="ListNumber"/>
        <w:spacing w:line="240" w:lineRule="auto"/>
        <w:ind w:left="720"/>
      </w:pPr>
      <w:r/>
      <w:hyperlink r:id="rId14">
        <w:r>
          <w:rPr>
            <w:color w:val="0000EE"/>
            <w:u w:val="single"/>
          </w:rPr>
          <w:t>https://dallasvoice.com/in-living-color-2/</w:t>
        </w:r>
      </w:hyperlink>
      <w:r>
        <w:t xml:space="preserve"> - This article discusses the inaugural Oak Lawn Live: Music and Arts Festival, organized by the Cedar Springs Merchant Association. The festival, inspired by Chicago’s Market Days, aims to fill the gap in Oak Lawn’s event calendar by offering an all-day celebration of music, arts, and Pride. The event features performances from artists like Daya, The Cowgays, Cure for Paranoia, and Cain Culto, reflecting the diverse and vibrant culture of the Oak Lawn neighborhood.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ssie-nova-10-09-26/105686" TargetMode="External"/><Relationship Id="rId10" Type="http://schemas.openxmlformats.org/officeDocument/2006/relationships/hyperlink" Target="https://thestriponcedarsprings.com/meet-the-artists-of-oak-lawn-live-eight-hours-on-the-dance-floor/" TargetMode="External"/><Relationship Id="rId11" Type="http://schemas.openxmlformats.org/officeDocument/2006/relationships/hyperlink" Target="https://thestriponcedarsprings.com/" TargetMode="External"/><Relationship Id="rId12" Type="http://schemas.openxmlformats.org/officeDocument/2006/relationships/hyperlink" Target="https://thestriponcedarsprings.com/oak-lawn-live/lineup/" TargetMode="External"/><Relationship Id="rId13" Type="http://schemas.openxmlformats.org/officeDocument/2006/relationships/hyperlink" Target="https://www.ticketfairy.com/event/unleashed-lgbtq-ts-madison?locale=id" TargetMode="External"/><Relationship Id="rId14" Type="http://schemas.openxmlformats.org/officeDocument/2006/relationships/hyperlink" Target="https://dallasvoice.com/in-living-color-2/" TargetMode="External"/><Relationship Id="rId15" Type="http://schemas.openxmlformats.org/officeDocument/2006/relationships/hyperlink" Target="https://www.classicchassis.com/events-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