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Songs Playlist for Pride, Power and Perspective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Listeners are turning to queer songs for more than catchy hooks, with artists across punk, pop, hip-hop and alternative rock using music to explore identity, love, faith and resistance. This playlist brings together 13 striking tracks, from uplifting modern anthems to provocative older recordings, showing how queer music can comfort, challenge and energise in equal measure.</w:t>
      </w:r>
      <w:r/>
    </w:p>
    <w:p>
      <w:pPr>
        <w:pStyle w:val="Heading2"/>
      </w:pPr>
      <w:r>
        <w:t>Essential Takeaways</w:t>
      </w:r>
      <w:r/>
      <w:r/>
    </w:p>
    <w:p>
      <w:pPr>
        <w:pStyle w:val="ListBullet"/>
        <w:spacing w:line="240" w:lineRule="auto"/>
        <w:ind w:left="720"/>
      </w:pPr>
      <w:r/>
      <w:r>
        <w:rPr>
          <w:b/>
        </w:rPr>
        <w:t>A broad emotional range:</w:t>
      </w:r>
      <w:r>
        <w:t xml:space="preserve"> The playlist moves from tender self-acceptance to loud, defiant punk.</w:t>
      </w:r>
      <w:r/>
    </w:p>
    <w:p>
      <w:pPr>
        <w:pStyle w:val="ListBullet"/>
        <w:spacing w:line="240" w:lineRule="auto"/>
        <w:ind w:left="720"/>
      </w:pPr>
      <w:r/>
      <w:r>
        <w:rPr>
          <w:b/>
        </w:rPr>
        <w:t>Modern voices lead the way:</w:t>
      </w:r>
      <w:r>
        <w:t xml:space="preserve"> Recent tracks by The Irrepressibles, Ryan Cassata and Louis Dunford centre queer pride and visibility.</w:t>
      </w:r>
      <w:r/>
    </w:p>
    <w:p>
      <w:pPr>
        <w:pStyle w:val="ListBullet"/>
        <w:spacing w:line="240" w:lineRule="auto"/>
        <w:ind w:left="720"/>
      </w:pPr>
      <w:r/>
      <w:r>
        <w:rPr>
          <w:b/>
        </w:rPr>
        <w:t>Genre matters:</w:t>
      </w:r>
      <w:r>
        <w:t xml:space="preserve"> Punk, electronic pop, rap and indie rock each offer a different way to tell queer stories.</w:t>
      </w:r>
      <w:r/>
    </w:p>
    <w:p>
      <w:pPr>
        <w:pStyle w:val="ListBullet"/>
        <w:spacing w:line="240" w:lineRule="auto"/>
        <w:ind w:left="720"/>
      </w:pPr>
      <w:r/>
      <w:r>
        <w:rPr>
          <w:b/>
        </w:rPr>
        <w:t>Some songs need context:</w:t>
      </w:r>
      <w:r>
        <w:t xml:space="preserve"> Older or comic tracks may rely on stereotypes that feel uncomfortable today.</w:t>
      </w:r>
      <w:r/>
    </w:p>
    <w:p>
      <w:pPr>
        <w:pStyle w:val="ListBullet"/>
        <w:spacing w:line="240" w:lineRule="auto"/>
        <w:ind w:left="720"/>
      </w:pPr>
      <w:r/>
      <w:r>
        <w:rPr>
          <w:b/>
        </w:rPr>
        <w:t>The best tracks invite reflection:</w:t>
      </w:r>
      <w:r>
        <w:t xml:space="preserve"> These songs aren't just background music; they ask listeners to think, dance and sometimes push back.</w:t>
      </w:r>
      <w:r/>
      <w:r/>
    </w:p>
    <w:p>
      <w:pPr>
        <w:pStyle w:val="Heading2"/>
      </w:pPr>
      <w:r>
        <w:t>Queer music can be both refuge and rallying cry</w:t>
      </w:r>
      <w:r/>
    </w:p>
    <w:p>
      <w:r/>
      <w:r>
        <w:t>The strongest songs on this queer playlist don't simply announce an identity. They create a space around it, whether that means a warm place to land or a noisy room in which to shout back.</w:t>
      </w:r>
      <w:r/>
    </w:p>
    <w:p>
      <w:r/>
      <w:r>
        <w:t>The Irrepressibles' "What I Am! Queer" sits firmly in the first camp. Its restrained opening gradually expands into strings, layered voices and a sense of release, turning personal pain into something communal and hopeful. It feels less like a performance than a hand reaching through the speakers.</w:t>
      </w:r>
      <w:r/>
    </w:p>
    <w:p>
      <w:r/>
      <w:r>
        <w:t>Ryan Cassata's "Queer Love Outlaw" takes a similarly affirming route, but with a more rock-driven edge. The song treats queer love as something grounding and real, not a debate for other people to settle. That distinction matters, particularly for listeners who have spent years being told that their identity is a problem to solve.</w:t>
      </w:r>
      <w:r/>
    </w:p>
    <w:p>
      <w:pPr>
        <w:pStyle w:val="Heading2"/>
      </w:pPr>
      <w:r>
        <w:t>The playlist spans punk, rap and electronic fire</w:t>
      </w:r>
      <w:r/>
    </w:p>
    <w:p>
      <w:r/>
      <w:r>
        <w:t>There isn't one sound called queer music, and this selection makes that abundantly clear. Arca and Planningtorock's "Queer" is sleek, synthetic and physically charged, with Spanish and English vocals threading through a vivid electronic production. Its atmosphere is hot, strange and glamorous, like neon reflected on wet pavement.</w:t>
      </w:r>
      <w:r/>
    </w:p>
    <w:p>
      <w:r/>
      <w:r>
        <w:t>At the opposite end of the volume dial, Dog Park Dissidents deliver "Queer as in Fuck You", a compact punk blast built on distorted guitars, fast rhythms and unapologetic anger. The band's confrontational approach is central to the song's appeal. It rejects the idea that acceptance should require politeness, assimilation or a tidy public image.</w:t>
      </w:r>
      <w:r/>
    </w:p>
    <w:p>
      <w:r/>
      <w:r>
        <w:t>The track has also attracted attention across music databases and streaming platforms, including SongData, Spotify and Last.fm. That wider footprint reflects something listeners already know: a song can be politically pointed and still be an absolute banger.</w:t>
      </w:r>
      <w:r/>
    </w:p>
    <w:p>
      <w:pPr>
        <w:pStyle w:val="Heading2"/>
      </w:pPr>
      <w:r>
        <w:t>Why context changes how older songs land</w:t>
      </w:r>
      <w:r/>
    </w:p>
    <w:p>
      <w:r/>
      <w:r>
        <w:t>Some of the playlist's most interesting entries are also the trickiest. Bloodhound Gang's "I Wish I Was Queer So I Could Get Chicks" uses exaggerated stereotypes and deliberately crude humour, while Josie Cotton's "Johnny, Are You Queer?" wraps a catchy early-1980s pop song around assumptions about sexuality and relationships.</w:t>
      </w:r>
      <w:r/>
    </w:p>
    <w:p>
      <w:r/>
      <w:r>
        <w:t>Ruth Wallis' "Queer Things" is even more revealing as a historical artefact. Its cabaret style and dated gender expectations show how language once appeared in novelty music, but the jokes can feel sharply uncomfortable now. A playful tune isn't automatically harmless, particularly when it treats queer identity as a punchline.</w:t>
      </w:r>
      <w:r/>
    </w:p>
    <w:p>
      <w:r/>
      <w:r>
        <w:t>That doesn't mean these songs must be erased from listening history. It does mean they benefit from a raised eyebrow and a little explanation. The useful question isn't simply whether a track is old or offensive; it's what the song is doing, who gets to speak and how the original audience may have heard it.</w:t>
      </w:r>
      <w:r/>
    </w:p>
    <w:p>
      <w:pPr>
        <w:pStyle w:val="Heading2"/>
      </w:pPr>
      <w:r>
        <w:t>Finding the right track for your mood</w:t>
      </w:r>
      <w:r/>
    </w:p>
    <w:p>
      <w:r/>
      <w:r>
        <w:t>For reassurance, start with The Irrepressibles, Louis Dunford or Erica Mason and Jai Black. Dunford's "Queer" is especially intense, pairing sombre piano with lyrics about abuse, fear and loyalty. It's emotionally heavy, but its central message is unmistakably affirming.</w:t>
      </w:r>
      <w:r/>
    </w:p>
    <w:p>
      <w:r/>
      <w:r>
        <w:t>Listeners looking for pride with sharper edges should try Lazarus Lynch's "Black Queer Anthem" or Dog Park Dissidents. The former is brief and forceful, using pounding drums and repetition like a musical march. The latter is messier, louder and more sarcastic, which is precisely why it works.</w:t>
      </w:r>
      <w:r/>
    </w:p>
    <w:p>
      <w:r/>
      <w:r>
        <w:t>For something more textural, Arca and Planningtorock offer a compelling electronic choice, while BROCKHAMPTON's "QUEER" brings colourful production and restless hip-hop energy. The title is misleading in an intriguing way: the song's queerness is suggested through its attitude and outsider perspective rather than a direct discussion of sexuality.</w:t>
      </w:r>
      <w:r/>
    </w:p>
    <w:p>
      <w:pPr>
        <w:pStyle w:val="Heading2"/>
      </w:pPr>
      <w:r>
        <w:t>A playlist that keeps evolving</w:t>
      </w:r>
      <w:r/>
    </w:p>
    <w:p>
      <w:r/>
      <w:r>
        <w:t>What makes this collection feel current is its refusal to flatten queer experience into one message. There is joy, rage, faith, flirtation, fear, camp and plain old silliness. Some songs are polished and expansive; others sound as if they've been thrown through a wall, which can be just as liberating.</w:t>
      </w:r>
      <w:r/>
    </w:p>
    <w:p>
      <w:r/>
      <w:r>
        <w:t>The newer tracks also suggest where queer songwriting is heading. Artists are increasingly able to discuss gender, sexuality and faith in specific, personal terms rather than hiding behind vague metaphors. That makes the music more intimate, but also more useful to listeners who want to feel recognised rather than merely represented.</w:t>
      </w:r>
      <w:r/>
    </w:p>
    <w:p>
      <w:r/>
      <w:r>
        <w:t>Put the songs in an order that suits your day. Begin with something gentle, turn up the punk when you need a lift, and save the more provocative tracks for a moment when you're ready to listen critically. The best queer playlist doesn't ask everyone to agree; it makes room for complexity.</w:t>
      </w:r>
      <w:r/>
    </w:p>
    <w:p>
      <w:r/>
      <w:r>
        <w:t>A great queer songs playlist can comfort, challenge and make the speakers feel gloriously alive.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[2]</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3">
        <w:r>
          <w:rPr>
            <w:color w:val="0000EE"/>
            <w:u w:val="single"/>
          </w:rPr>
          <w:t>[5]</w:t>
        </w:r>
      </w:hyperlink>
      <w:r>
        <w:t xml:space="preserve">- Paragraph 5: </w:t>
      </w:r>
      <w:hyperlink r:id="rId9">
        <w:r>
          <w:rPr>
            <w:color w:val="0000EE"/>
            <w:u w:val="single"/>
          </w:rPr>
          <w:t>[2]</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3">
        <w:r>
          <w:rPr>
            <w:color w:val="0000EE"/>
            <w:u w:val="single"/>
          </w:rPr>
          <w:t>[5]</w:t>
        </w:r>
      </w:hyperlink>
      <w:r>
        <w:t xml:space="preserve">- Paragraph 8: </w:t>
      </w:r>
      <w:hyperlink r:id="rId9">
        <w:r>
          <w:rPr>
            <w:color w:val="0000EE"/>
            <w:u w:val="single"/>
          </w:rPr>
          <w:t>[2]</w:t>
        </w:r>
      </w:hyperlink>
      <w:r>
        <w:t xml:space="preserve">, </w:t>
      </w:r>
      <w:hyperlink r:id="rId11">
        <w:r>
          <w:rPr>
            <w:color w:val="0000EE"/>
            <w:u w:val="single"/>
          </w:rPr>
          <w:t>[3]</w:t>
        </w:r>
      </w:hyperlink>
      <w:r>
        <w:t xml:space="preserve">- Paragraph 9: </w:t>
      </w:r>
      <w:hyperlink r:id="rId9">
        <w:r>
          <w:rPr>
            <w:color w:val="0000EE"/>
            <w:u w:val="single"/>
          </w:rPr>
          <w:t>[2]</w:t>
        </w:r>
      </w:hyperlink>
      <w:r>
        <w:t xml:space="preserve">, </w:t>
      </w:r>
      <w:hyperlink r:id="rId12">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[4]</w:t>
        </w:r>
      </w:hyperlink>
      <w:r>
        <w:t xml:space="preserve">- Paragraph 11: </w:t>
      </w:r>
      <w:hyperlink r:id="rId9">
        <w:r>
          <w:rPr>
            <w:color w:val="0000EE"/>
            <w:u w:val="single"/>
          </w:rPr>
          <w:t>[2]</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3">
        <w:r>
          <w:rPr>
            <w:color w:val="0000EE"/>
            <w:u w:val="single"/>
          </w:rPr>
          <w:t>[5]</w:t>
        </w:r>
      </w:hyperlink>
      <w:r>
        <w:t xml:space="preserve">- Paragraph 13: </w:t>
      </w:r>
      <w:hyperlink r:id="rId9">
        <w:r>
          <w:rPr>
            <w:color w:val="0000EE"/>
            <w:u w:val="single"/>
          </w:rPr>
          <w:t>[2]</w:t>
        </w:r>
      </w:hyperlink>
      <w:r>
        <w:t xml:space="preserve">, </w:t>
      </w:r>
      <w:hyperlink r:id="rId10">
        <w:r>
          <w:rPr>
            <w:color w:val="0000EE"/>
            <w:u w:val="single"/>
          </w:rPr>
          <w:t>[4]</w:t>
        </w:r>
      </w:hyperlink>
      <w:r>
        <w:t xml:space="preserve">- Paragraph 14: </w:t>
      </w:r>
      <w:hyperlink r:id="rId9">
        <w:r>
          <w:rPr>
            <w:color w:val="0000EE"/>
            <w:u w:val="single"/>
          </w:rPr>
          <w:t>[2]</w:t>
        </w:r>
      </w:hyperlink>
      <w:r>
        <w:t xml:space="preserve">, </w:t>
      </w:r>
      <w:hyperlink r:id="rId12">
        <w:r>
          <w:rPr>
            <w:color w:val="0000EE"/>
            <w:u w:val="single"/>
          </w:rPr>
          <w:t>[6]</w:t>
        </w:r>
      </w:hyperlink>
      <w:r>
        <w:t xml:space="preserve">- Paragraph 15: </w:t>
      </w:r>
      <w:hyperlink r:id="rId9">
        <w:r>
          <w:rPr>
            <w:color w:val="0000EE"/>
            <w:u w:val="single"/>
          </w:rPr>
          <w:t>[2]</w:t>
        </w:r>
      </w:hyperlink>
      <w:r>
        <w:t xml:space="preserve">, </w:t>
      </w:r>
      <w:hyperlink r:id="rId14">
        <w:r>
          <w:rPr>
            <w:color w:val="0000EE"/>
            <w:u w:val="single"/>
          </w:rPr>
          <w:t>[7]</w:t>
        </w:r>
      </w:hyperlink>
      <w:r>
        <w:t xml:space="preserve">- Paragraph 16: </w:t>
      </w:r>
      <w:hyperlink r:id="rId9">
        <w:r>
          <w:rPr>
            <w:color w:val="0000EE"/>
            <w:u w:val="single"/>
          </w:rPr>
          <w:t>[2]</w:t>
        </w:r>
      </w:hyperlink>
      <w:r>
        <w:t xml:space="preserve">, </w:t>
      </w:r>
      <w:hyperlink r:id="rId11">
        <w:r>
          <w:rPr>
            <w:color w:val="0000EE"/>
            <w:u w:val="single"/>
          </w:rPr>
          <w:t>[3]</w:t>
        </w:r>
      </w:hyperlink>
      <w:r>
        <w:t xml:space="preserve">- Paragraph 17: </w:t>
      </w:r>
      <w:hyperlink r:id="rId9">
        <w:r>
          <w:rPr>
            <w:color w:val="0000EE"/>
            <w:u w:val="single"/>
          </w:rPr>
          <w:t>[2]</w:t>
        </w:r>
      </w:hyperlink>
      <w:r>
        <w:t xml:space="preserve">, </w:t>
      </w:r>
      <w:hyperlink r:id="rId10">
        <w:r>
          <w:rPr>
            <w:color w:val="0000EE"/>
            <w:u w:val="single"/>
          </w:rPr>
          <w:t>[4]</w:t>
        </w:r>
      </w:hyperlink>
      <w:r>
        <w:t xml:space="preserve">- Paragraph 18: </w:t>
      </w:r>
      <w:hyperlink r:id="rId9">
        <w:r>
          <w:rPr>
            <w:color w:val="0000EE"/>
            <w:u w:val="single"/>
          </w:rPr>
          <w:t>[2]</w:t>
        </w:r>
      </w:hyperlink>
      <w:r>
        <w:t xml:space="preserve">, </w:t>
      </w:r>
      <w:hyperlink r:id="rId13">
        <w:r>
          <w:rPr>
            <w:color w:val="0000EE"/>
            <w:u w:val="single"/>
          </w:rPr>
          <w:t>[5]</w:t>
        </w:r>
      </w:hyperlink>
      <w:r>
        <w:t xml:space="preserve">- Paragraph 19: </w:t>
      </w:r>
      <w:hyperlink r:id="rId9">
        <w:r>
          <w:rPr>
            <w:color w:val="0000EE"/>
            <w:u w:val="single"/>
          </w:rPr>
          <w:t>[2]</w:t>
        </w:r>
      </w:hyperlink>
      <w:r>
        <w:t xml:space="preserve">, </w:t>
      </w:r>
      <w:hyperlink r:id="rId12">
        <w:r>
          <w:rPr>
            <w:color w:val="0000EE"/>
            <w:u w:val="single"/>
          </w:rPr>
          <w:t>[6]</w:t>
        </w:r>
      </w:hyperlink>
      <w:r>
        <w:t xml:space="preserve">- Paragraph 20: </w:t>
      </w:r>
      <w:hyperlink r:id="rId9">
        <w:r>
          <w:rPr>
            <w:color w:val="0000EE"/>
            <w:u w:val="single"/>
          </w:rPr>
          <w:t>[2]</w:t>
        </w:r>
      </w:hyperlink>
      <w:r>
        <w:t xml:space="preserve">, </w:t>
      </w:r>
      <w:hyperlink r:id="rId14">
        <w:r>
          <w:rPr>
            <w:color w:val="0000EE"/>
            <w:u w:val="single"/>
          </w:rPr>
          <w:t>[7]</w:t>
        </w:r>
      </w:hyperlink>
      <w:r>
        <w:t xml:space="preserve">- Paragraph 21: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https://themusicalhype.com/13-highly-engaging-queer-songs-playlist/</w:t>
        </w:r>
      </w:hyperlink>
      <w:r>
        <w:t xml:space="preserve"> - Please view link - unable to able to access data</w:t>
      </w:r>
      <w:r/>
    </w:p>
    <w:p>
      <w:pPr>
        <w:pStyle w:val="ListNumber"/>
        <w:spacing w:line="240" w:lineRule="auto"/>
        <w:ind w:left="720"/>
      </w:pPr>
      <w:r/>
      <w:hyperlink r:id="rId9">
        <w:r>
          <w:rPr>
            <w:color w:val="0000EE"/>
            <w:u w:val="single"/>
          </w:rPr>
          <w:t>https://themusicalhype.com/13-highly-engaging-queer-songs-playlist/</w:t>
        </w:r>
      </w:hyperlink>
      <w:r>
        <w:t xml:space="preserve"> - This article presents a curated list of 13 highly engaging queer songs, featuring artists such as Arca &amp; Planningtorock, Dog Park Dissidents, Louis Dunford, McCafferty, Ryan Cassata, and The Irrepressibles. Each song is highlighted for its unique contribution to queer music, with detailed analyses and insights into the artists' backgrounds and the themes explored in their work. The piece serves as a comprehensive guide for listeners seeking to explore diverse queer musical expressions.</w:t>
      </w:r>
      <w:r/>
    </w:p>
    <w:p>
      <w:pPr>
        <w:pStyle w:val="ListNumber"/>
        <w:spacing w:line="240" w:lineRule="auto"/>
        <w:ind w:left="720"/>
      </w:pPr>
      <w:r/>
      <w:hyperlink r:id="rId11">
        <w:r>
          <w:rPr>
            <w:color w:val="0000EE"/>
            <w:u w:val="single"/>
          </w:rPr>
          <w:t>https://songdata.io/track/7Bxj9872qLR4V7MmaBCKpq/Queer-as-in-Fuck-You-by-Dog-Park-Dissidents</w:t>
        </w:r>
      </w:hyperlink>
      <w:r>
        <w:t xml:space="preserve"> - This page provides detailed information about 'Queer as in Fuck You' by Dog Park Dissidents, including its tempo (180 BPM), key (D♭ Major), and other musical attributes. The track is described as melancholic and high-energy, reflecting the band's unique style. The song was released on June 21, 2017, and is part of the band's discography, showcasing their contribution to the queercore punk rock genre.</w:t>
      </w:r>
      <w:r/>
    </w:p>
    <w:p>
      <w:pPr>
        <w:pStyle w:val="ListNumber"/>
        <w:spacing w:line="240" w:lineRule="auto"/>
        <w:ind w:left="720"/>
      </w:pPr>
      <w:r/>
      <w:hyperlink r:id="rId10">
        <w:r>
          <w:rPr>
            <w:color w:val="0000EE"/>
            <w:u w:val="single"/>
          </w:rPr>
          <w:t>https://open.spotify.com/track/3WbxWKQjOtG4sLZ9kv7hIa</w:t>
        </w:r>
      </w:hyperlink>
      <w:r>
        <w:t xml:space="preserve"> - This Spotify link directs to 'Queer as in Fuck You' by Dog Park Dissidents, allowing users to listen to the track and view its details. The song is part of the band's 2018 EP 'Sexual and Violent' and has garnered significant attention, with over 3 million streams. The track exemplifies the band's punk rock style infused with queer themes, resonating with a wide audience.</w:t>
      </w:r>
      <w:r/>
    </w:p>
    <w:p>
      <w:pPr>
        <w:pStyle w:val="ListNumber"/>
        <w:spacing w:line="240" w:lineRule="auto"/>
        <w:ind w:left="720"/>
      </w:pPr>
      <w:r/>
      <w:hyperlink r:id="rId13">
        <w:r>
          <w:rPr>
            <w:color w:val="0000EE"/>
            <w:u w:val="single"/>
          </w:rPr>
          <w:t>https://en.wikipedia.org/wiki/Dog_Park_Dissidents</w:t>
        </w:r>
      </w:hyperlink>
      <w:r>
        <w:t xml:space="preserve"> - The Wikipedia page for Dog Park Dissidents offers an overview of the American queercore anarcho-punk rock band formed in 2017. It details the band's formation, musical style, and discography, including their 2023 album 'The Pink and Black Album.' The page also highlights the band's political and queer anarchist perspectives, providing insights into their thematic focus and contributions to the queercore genre.</w:t>
      </w:r>
      <w:r/>
    </w:p>
    <w:p>
      <w:pPr>
        <w:pStyle w:val="ListNumber"/>
        <w:spacing w:line="240" w:lineRule="auto"/>
        <w:ind w:left="720"/>
      </w:pPr>
      <w:r/>
      <w:hyperlink r:id="rId12">
        <w:r>
          <w:rPr>
            <w:color w:val="0000EE"/>
            <w:u w:val="single"/>
          </w:rPr>
          <w:t>https://www.last.fm/music/Dog+Park+Dissidents/_/Queer+as+in+Fuck+You</w:t>
        </w:r>
      </w:hyperlink>
      <w:r>
        <w:t xml:space="preserve"> - This Last.fm page provides information about 'Queer as in Fuck You' by Dog Park Dissidents, including listener statistics and related tags. The track has been scrobbled over 264,000 times, indicating its popularity among listeners. The page also features user-generated content, such as comments and tags, offering a community perspective on the song and its impact.</w:t>
      </w:r>
      <w:r/>
    </w:p>
    <w:p>
      <w:pPr>
        <w:pStyle w:val="ListNumber"/>
        <w:spacing w:line="240" w:lineRule="auto"/>
        <w:ind w:left="720"/>
      </w:pPr>
      <w:r/>
      <w:hyperlink r:id="rId14">
        <w:r>
          <w:rPr>
            <w:color w:val="0000EE"/>
            <w:u w:val="single"/>
          </w:rPr>
          <w:t>https://www.albumoftheyear.org/album/745163-dog-park-dissidents-queer-as-in-fuck-you.php</w:t>
        </w:r>
      </w:hyperlink>
      <w:r>
        <w:t xml:space="preserve"> - This page on Album of The Year provides details about 'Queer as in Fuck You' by Dog Park Dissidents, including its release date (June 21, 2017) and label (Nerd Cave Recordings). While there are no critic reviews listed, the page offers a platform for users to rate and review the single, contributing to the broader discourse on the track's reception and impact.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musicalhype.com/13-highly-engaging-queer-songs-playlist/" TargetMode="External"/><Relationship Id="rId10" Type="http://schemas.openxmlformats.org/officeDocument/2006/relationships/hyperlink" Target="https://open.spotify.com/track/3WbxWKQjOtG4sLZ9kv7hIa" TargetMode="External"/><Relationship Id="rId11" Type="http://schemas.openxmlformats.org/officeDocument/2006/relationships/hyperlink" Target="https://songdata.io/track/7Bxj9872qLR4V7MmaBCKpq/Queer-as-in-Fuck-You-by-Dog-Park-Dissidents" TargetMode="External"/><Relationship Id="rId12" Type="http://schemas.openxmlformats.org/officeDocument/2006/relationships/hyperlink" Target="https://www.last.fm/music/Dog+Park+Dissidents/_/Queer+as+in+Fuck+You" TargetMode="External"/><Relationship Id="rId13" Type="http://schemas.openxmlformats.org/officeDocument/2006/relationships/hyperlink" Target="https://en.wikipedia.org/wiki/Dog_Park_Dissidents" TargetMode="External"/><Relationship Id="rId14" Type="http://schemas.openxmlformats.org/officeDocument/2006/relationships/hyperlink" Target="https://www.albumoftheyear.org/album/745163-dog-park-dissidents-queer-as-in-fuck-you.ph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