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Phoenix Pride Weekend Events for Food, Drinks and Dancing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Phoenix Pride is turning the Valley into one giant weekend playground, with bars, restaurants and nightlife venues offering brunches, bike rides, drag shows and parties around Sunday's parade. Whether you're planning a full itinerary or just fancy a cold drink after the crowds, these Phoenix Pride weekend events make celebrating easy.</w:t>
      </w:r>
      <w:r/>
    </w:p>
    <w:p>
      <w:pPr>
        <w:pStyle w:val="Heading2"/>
      </w:pPr>
      <w:r>
        <w:t>Essential Takeaways</w:t>
      </w:r>
      <w:r/>
      <w:r/>
    </w:p>
    <w:p>
      <w:pPr>
        <w:pStyle w:val="ListBullet"/>
        <w:spacing w:line="240" w:lineRule="auto"/>
        <w:ind w:left="720"/>
      </w:pPr>
      <w:r/>
      <w:r>
        <w:rPr>
          <w:b/>
        </w:rPr>
        <w:t>The parade is on Sunday:</w:t>
      </w:r>
      <w:r>
        <w:t xml:space="preserve"> It starts at 10am in downtown Phoenix, with nearby venues opening early for spectators.</w:t>
      </w:r>
      <w:r/>
    </w:p>
    <w:p>
      <w:pPr>
        <w:pStyle w:val="ListBullet"/>
        <w:spacing w:line="240" w:lineRule="auto"/>
        <w:ind w:left="720"/>
      </w:pPr>
      <w:r/>
      <w:r>
        <w:rPr>
          <w:b/>
        </w:rPr>
        <w:t>There is plenty before and after:</w:t>
      </w:r>
      <w:r>
        <w:t xml:space="preserve"> Saturday brings drag brunches, block parties, DJs, vendors and live performances.</w:t>
      </w:r>
      <w:r/>
    </w:p>
    <w:p>
      <w:pPr>
        <w:pStyle w:val="ListBullet"/>
        <w:spacing w:line="240" w:lineRule="auto"/>
        <w:ind w:left="720"/>
      </w:pPr>
      <w:r/>
      <w:r>
        <w:rPr>
          <w:b/>
        </w:rPr>
        <w:t>Melrose is a natural hub:</w:t>
      </w:r>
      <w:r>
        <w:t xml:space="preserve"> Several venues sit along or near Seventh Avenue, making a bar crawl possible.</w:t>
      </w:r>
      <w:r/>
    </w:p>
    <w:p>
      <w:pPr>
        <w:pStyle w:val="ListBullet"/>
        <w:spacing w:line="240" w:lineRule="auto"/>
        <w:ind w:left="720"/>
      </w:pPr>
      <w:r/>
      <w:r>
        <w:rPr>
          <w:b/>
        </w:rPr>
        <w:t>Tickets vary widely:</w:t>
      </w:r>
      <w:r>
        <w:t xml:space="preserve"> Some events are free, while others require advance booking and cost up to $35.</w:t>
      </w:r>
      <w:r/>
    </w:p>
    <w:p>
      <w:pPr>
        <w:pStyle w:val="ListBullet"/>
        <w:spacing w:line="240" w:lineRule="auto"/>
        <w:ind w:left="720"/>
      </w:pPr>
      <w:r/>
      <w:r>
        <w:rPr>
          <w:b/>
        </w:rPr>
        <w:t>Expect a social, welcoming atmosphere:</w:t>
      </w:r>
      <w:r>
        <w:t xml:space="preserve"> Food trucks, drink deals and fundraising events add variety beyond the dance floor.</w:t>
      </w:r>
      <w:r/>
      <w:r/>
    </w:p>
    <w:p>
      <w:pPr>
        <w:pStyle w:val="Heading2"/>
      </w:pPr>
      <w:r>
        <w:t>Phoenix Pride stretches well beyond the parade</w:t>
      </w:r>
      <w:r/>
    </w:p>
    <w:p>
      <w:r/>
      <w:r>
        <w:t>The biggest surprise is how much is happening before the first float even appears. Phoenix Pride may centre on Sunday's parade, but the surrounding programme gives visitors a chance to ease into the weekend with food, music and a little glamour.</w:t>
      </w:r>
      <w:r/>
    </w:p>
    <w:p>
      <w:r/>
      <w:r>
        <w:t>That matters because not everyone wants to spend the entire day in a packed street crowd. Phoenix's established LGBTQ+ venues, alongside more general nightlife spots, are creating different ways to celebrate, from seated brunches to late-night dancing. Local coverage of the city's gay bars also highlights how important these venues are to Phoenix's wider queer social scene.</w:t>
      </w:r>
      <w:r/>
    </w:p>
    <w:p>
      <w:pPr>
        <w:pStyle w:val="Heading2"/>
      </w:pPr>
      <w:r>
        <w:t>Saturday brings drag brunch, DJs and big parties</w:t>
      </w:r>
      <w:r/>
    </w:p>
    <w:p>
      <w:r/>
      <w:r>
        <w:t>Saturday is the busiest day for anyone who likes options. Charlie's is hosting a Pride drag brunch led by Claudia B, with a continental buffet and proceeds going to the Phoenix Animal Care Coalition. The venue will also have DJs across the weekend, so brunch can easily turn into an all-day plan.</w:t>
      </w:r>
      <w:r/>
    </w:p>
    <w:p>
      <w:r/>
      <w:r>
        <w:t>Over at Kobalt, the Pre-Pride Extravaganza is taking over indoor and outdoor space from 2pm. Guests can expect drag performances, DJs, go-go dancers, food trucks, vendors and headliner Alyssa Edwards. It's the kind of event where comfortable shoes are more useful than a carefully chosen pair of dancing boots, however fabulous they look.</w:t>
      </w:r>
      <w:r/>
    </w:p>
    <w:p>
      <w:r/>
      <w:r>
        <w:t>Club Contact is offering a daytime alternative with Queergrxl Phoenix Pride, running from 3pm to 8.30pm. The programme includes DJs, burlesque, vendors and go-go performances, while Pat O's Bunkhouse Saloon has a free evening party with music from DJs Jack Daddy Dave and Danny G.</w:t>
      </w:r>
      <w:r/>
    </w:p>
    <w:p>
      <w:pPr>
        <w:pStyle w:val="Heading2"/>
      </w:pPr>
      <w:r>
        <w:t>Make Melrose your weekend base</w:t>
      </w:r>
      <w:r/>
    </w:p>
    <w:p>
      <w:r/>
      <w:r>
        <w:t>The Melrose District is especially handy for visitors who want to move between venues without committing to one party all night. Boycott Bar, Phoenix's only lesbian bar, is hosting a Saturday night party with dancing from 8pm, while Royale Kitchen + Cocktails is building a broader weekend programme around food and drinks.</w:t>
      </w:r>
      <w:r/>
    </w:p>
    <w:p>
      <w:r/>
      <w:r>
        <w:t>Royale's Friday evening event, Generations of Pride, combines dinner, specials and a DJ, with discounts for guests aged 55 and over. On Saturday, its Big Gay Brunch and Bike Ride launches a Melrose bar crawl, giving the day a more relaxed, social rhythm than a standard club event.</w:t>
      </w:r>
      <w:r/>
    </w:p>
    <w:p>
      <w:r/>
      <w:r>
        <w:t>Sunday keeps the momentum going with a drag brunch at Royale, followed by a free tea dance from 1pm to 6pm. For anyone planning to visit several venues, it's worth checking ticket rules, age limits and travel arrangements in advance. Pride crowds can make short distances feel surprisingly long, especially under the Arizona sun.</w:t>
      </w:r>
      <w:r/>
    </w:p>
    <w:p>
      <w:pPr>
        <w:pStyle w:val="Heading2"/>
      </w:pPr>
      <w:r>
        <w:t>Where to go after the parade</w:t>
      </w:r>
      <w:r/>
    </w:p>
    <w:p>
      <w:r/>
      <w:r>
        <w:t>The parade begins at 10am on Sunday, and Sazerac is opening early at 10am so spectators can stop in for drinks as the new route passes nearby. That makes it a useful meeting point, particularly for groups who want somewhere cooler and quieter once the marching, music and cheering have taken their toll.</w:t>
      </w:r>
      <w:r/>
    </w:p>
    <w:p>
      <w:r/>
      <w:r>
        <w:t>Phoenix Pride has long blended public celebration with community gathering. Coverage from Arizona PBS and ABC15 has shown how the festival brings together performances, vendors, advocacy and entertainment, so the weekend is about more than nightlife alone.</w:t>
      </w:r>
      <w:r/>
    </w:p>
    <w:p>
      <w:r/>
      <w:r>
        <w:t>For visitors, the practical trick is to build in a pause. Pick one parade viewing spot, carry water, wear breathable clothes and leave room for an unplanned stop. The best Pride weekends rarely follow a perfect timetable anyway.</w:t>
      </w:r>
      <w:r/>
    </w:p>
    <w:p>
      <w:pPr>
        <w:pStyle w:val="Heading2"/>
      </w:pPr>
      <w:r>
        <w:t>A lively weekend with something for every pace</w:t>
      </w:r>
      <w:r/>
    </w:p>
    <w:p>
      <w:r/>
      <w:r>
        <w:t>The Valley's Pride calendar works because it isn't just one kind of party. There are ticketed headline events for people chasing a full production, free gatherings for spontaneous plans, brunches for early starters and bars that can carry the evening onwards.</w:t>
      </w:r>
      <w:r/>
    </w:p>
    <w:p>
      <w:r/>
      <w:r>
        <w:t>That variety also reflects the broader Pride scene in Phoenix, where community festivals, rainbow-themed events and professional mixers sit alongside traditional nightlife. Whether you're arriving with a packed group or heading out solo, there should be a welcoming entry point.</w:t>
      </w:r>
      <w:r/>
    </w:p>
    <w:p>
      <w:r/>
      <w:r>
        <w:t>And if the only thing you decide in advance is where to have brunch, that's still a solid plan. Phoenix Pride is doing the rest of the organising for you.</w:t>
      </w:r>
      <w:r/>
    </w:p>
    <w:p>
      <w:r/>
      <w:r>
        <w:t>Celebrate safely, choose the event that suits your pace, and keep some energy for the dance floor.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https://www.phoenixnewtimes.com/food-drink/phoenix-pride-events-take-over-local-bars-restaurants-all-weekend-40705728/</w:t>
        </w:r>
      </w:hyperlink>
      <w:r>
        <w:t xml:space="preserve"> - Please view link - unable to able to access data</w:t>
      </w:r>
      <w:r/>
    </w:p>
    <w:p>
      <w:pPr>
        <w:pStyle w:val="ListNumber"/>
        <w:spacing w:line="240" w:lineRule="auto"/>
        <w:ind w:left="720"/>
      </w:pPr>
      <w:r/>
      <w:hyperlink r:id="rId10">
        <w:r>
          <w:rPr>
            <w:color w:val="0000EE"/>
            <w:u w:val="single"/>
          </w:rPr>
          <w:t>https://www.phoenixnewtimes.com/food-drink/best-gay-bars-in-phoenix-16429631/</w:t>
        </w:r>
      </w:hyperlink>
      <w:r>
        <w:t xml:space="preserve"> - This article highlights the top LGBTQ+ bars in Phoenix, including Bar 1, a casual gay nightlife spot established in 2008. Bar 1 offers a relaxed atmosphere with lounge seating, pinball, and an outdoor patio. The venue features rotating daily specials such as beer busts on Mondays, Long Island Wednesdays, 2-4-1 Thursdays, and multiple happy hours. Their menu boasts a variety of craft cocktails, bar snacks, and specialty shots, catering to a diverse clientele seeking a comfortable and enjoyable environment.</w:t>
      </w:r>
      <w:r/>
    </w:p>
    <w:p>
      <w:pPr>
        <w:pStyle w:val="ListNumber"/>
        <w:spacing w:line="240" w:lineRule="auto"/>
        <w:ind w:left="720"/>
      </w:pPr>
      <w:r/>
      <w:hyperlink r:id="rId12">
        <w:r>
          <w:rPr>
            <w:color w:val="0000EE"/>
            <w:u w:val="single"/>
          </w:rPr>
          <w:t>https://www.experiencescottsdale.com/event/phoenix-pride-festival/371300/</w:t>
        </w:r>
      </w:hyperlink>
      <w:r>
        <w:t xml:space="preserve"> - The Phoenix Pride Festival is a two-day event celebrating the LGBTQ+ community, featuring over 150 entertainment performances on seven stages and more than 300 exhibitors. The festival offers a variety of food vendors, an Arts Expo, Main and Community Stages, KidSpace, VIP Experience, Erotic World, Dance Pavilion, and the Fiesta Caliente Latin Stage produced by Club Papi. The event attracts over 55,000 attendees and provides unique marketing opportunities for businesses and organizations interested in engaging with the LGBTQ+ community.</w:t>
      </w:r>
      <w:r/>
    </w:p>
    <w:p>
      <w:pPr>
        <w:pStyle w:val="ListNumber"/>
        <w:spacing w:line="240" w:lineRule="auto"/>
        <w:ind w:left="720"/>
      </w:pPr>
      <w:r/>
      <w:hyperlink r:id="rId11">
        <w:r>
          <w:rPr>
            <w:color w:val="0000EE"/>
            <w:u w:val="single"/>
          </w:rPr>
          <w:t>https://azpbs.org/horizon/2023/10/celebrating-phoenix-pride/</w:t>
        </w:r>
      </w:hyperlink>
      <w:r>
        <w:t xml:space="preserve"> - The 42nd annual Phoenix Pride Festival, held on October 21-22, 2023, celebrated the LGBTQ+ community with live music, food, and merchandise. The event aimed to raise funds for local LGBTQ+ programs and draw attention to ongoing civil rights issues. The festival attracted over 50,000 attendees throughout the weekend, with more than 10,000 spectators at the parade. The celebration emphasized the successes in fighting for rights and equality within the community.</w:t>
      </w:r>
      <w:r/>
    </w:p>
    <w:p>
      <w:pPr>
        <w:pStyle w:val="ListNumber"/>
        <w:spacing w:line="240" w:lineRule="auto"/>
        <w:ind w:left="720"/>
      </w:pPr>
      <w:r/>
      <w:hyperlink r:id="rId14">
        <w:r>
          <w:rPr>
            <w:color w:val="0000EE"/>
            <w:u w:val="single"/>
          </w:rPr>
          <w:t>https://www.statepress.com/article/2023/04/20th-annual-rainbow-festival</w:t>
        </w:r>
      </w:hyperlink>
      <w:r>
        <w:t xml:space="preserve"> - The 20th Annual Rainbows Festival, held on April 1-2, 2023, in Heritage Square Park, celebrated the progress and resilience of LGBTQ+ people. The free event drew a diverse crowd of up to 25,000 attendees and featured family-friendly drag performances. The festival aimed to emphasize the strength and joy of the LGBTQ+ community, serving as a contrast to proposed anti-drag and anti-trans legislation in Arizona and across the nation.</w:t>
      </w:r>
      <w:r/>
    </w:p>
    <w:p>
      <w:pPr>
        <w:pStyle w:val="ListNumber"/>
        <w:spacing w:line="240" w:lineRule="auto"/>
        <w:ind w:left="720"/>
      </w:pPr>
      <w:r/>
      <w:hyperlink r:id="rId13">
        <w:r>
          <w:rPr>
            <w:color w:val="0000EE"/>
            <w:u w:val="single"/>
          </w:rPr>
          <w:t>https://www.abc15.com/entertainment/events/everything-you-need-to-know-about-phoenix-pride-festival-2023</w:t>
        </w:r>
      </w:hyperlink>
      <w:r>
        <w:t xml:space="preserve"> - The 2023 Phoenix Pride Festival, held on October 21-22, featured performances by artists such as Paulina Rubio, Ashanti, Zee Machine, Niki Haris, and Donna De Lory. Various ticket options were available, including 1-Day GA, 2-Day GA, and VIP experiences. The VIP Experience included complimentary drinks, a food buffet, exclusive entertainment, and access to a private two-level bar. The festival aimed to celebrate the LGBTQ+ community and raise funds for local programs.</w:t>
      </w:r>
      <w:r/>
    </w:p>
    <w:p>
      <w:pPr>
        <w:pStyle w:val="ListNumber"/>
        <w:spacing w:line="240" w:lineRule="auto"/>
        <w:ind w:left="720"/>
      </w:pPr>
      <w:r/>
      <w:hyperlink r:id="rId15">
        <w:r>
          <w:rPr>
            <w:color w:val="0000EE"/>
            <w:u w:val="single"/>
          </w:rPr>
          <w:t>https://outintech.com/pride-event/oit-phoenix-pride-mixer/</w:t>
        </w:r>
      </w:hyperlink>
      <w:r>
        <w:t xml:space="preserve"> - Out in Tech Phoenix hosted a Pride mixer at Kobalt on June 28, 2023. The event aimed to celebrate the diverse tech community during Pride Month. Kobalt, a local premier karaoke bar in central Phoenix, provided a venue for attendees to mingle and enjoy entertainment. The event was free and open to individuals aged 21 and over, with COVID-19 precautions in place, including outdoor and indoor spaces and a request for attendees to be vaccinated and test negative for COVID-19.</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oenixnewtimes.com/food-drink/phoenix-pride-events-take-over-local-bars-restaurants-all-weekend-40705728/" TargetMode="External"/><Relationship Id="rId10" Type="http://schemas.openxmlformats.org/officeDocument/2006/relationships/hyperlink" Target="https://www.phoenixnewtimes.com/food-drink/best-gay-bars-in-phoenix-16429631/" TargetMode="External"/><Relationship Id="rId11" Type="http://schemas.openxmlformats.org/officeDocument/2006/relationships/hyperlink" Target="https://azpbs.org/horizon/2023/10/celebrating-phoenix-pride/" TargetMode="External"/><Relationship Id="rId12" Type="http://schemas.openxmlformats.org/officeDocument/2006/relationships/hyperlink" Target="https://www.experiencescottsdale.com/event/phoenix-pride-festival/371300/" TargetMode="External"/><Relationship Id="rId13" Type="http://schemas.openxmlformats.org/officeDocument/2006/relationships/hyperlink" Target="https://www.abc15.com/entertainment/events/everything-you-need-to-know-about-phoenix-pride-festival-2023" TargetMode="External"/><Relationship Id="rId14" Type="http://schemas.openxmlformats.org/officeDocument/2006/relationships/hyperlink" Target="https://www.statepress.com/article/2023/04/20th-annual-rainbow-festival" TargetMode="External"/><Relationship Id="rId15" Type="http://schemas.openxmlformats.org/officeDocument/2006/relationships/hyperlink" Target="https://outintech.com/pride-event/oit-phoenix-pride-mix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