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Outburst queer arts festival events in Belfast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can expect ten days of bold queer culture across Belfast and beyond this November, with Outburst 2026 bringing films, performances, workshops, conversations and archive-led art to Northern Ireland. Running from 12 to 21 November, the popular festival offers an affordable way to discover LGBTQ+ artists, ideas and stories in lively, unexpected settings.</w:t>
      </w:r>
      <w:r/>
    </w:p>
    <w:p>
      <w:pPr>
        <w:pStyle w:val="Heading2"/>
      </w:pPr>
      <w:r>
        <w:t>Essential Takeaways</w:t>
      </w:r>
      <w:r/>
      <w:r/>
    </w:p>
    <w:p>
      <w:pPr>
        <w:pStyle w:val="ListBullet"/>
        <w:spacing w:line="240" w:lineRule="auto"/>
        <w:ind w:left="720"/>
      </w:pPr>
      <w:r/>
      <w:r>
        <w:rPr>
          <w:b/>
        </w:rPr>
        <w:t>Dates:</w:t>
      </w:r>
      <w:r>
        <w:t xml:space="preserve"> Outburst runs from 12 to 21 November 2026 across Belfast and beyond.</w:t>
      </w:r>
      <w:r/>
    </w:p>
    <w:p>
      <w:pPr>
        <w:pStyle w:val="ListBullet"/>
        <w:spacing w:line="240" w:lineRule="auto"/>
        <w:ind w:left="720"/>
      </w:pPr>
      <w:r/>
      <w:r>
        <w:rPr>
          <w:b/>
        </w:rPr>
        <w:t>What to expect:</w:t>
      </w:r>
      <w:r>
        <w:t xml:space="preserve"> The programme spans cinema, literature, sound, visual art, workshops and discussions.</w:t>
      </w:r>
      <w:r/>
    </w:p>
    <w:p>
      <w:pPr>
        <w:pStyle w:val="ListBullet"/>
        <w:spacing w:line="240" w:lineRule="auto"/>
        <w:ind w:left="720"/>
      </w:pPr>
      <w:r/>
      <w:r>
        <w:rPr>
          <w:b/>
        </w:rPr>
        <w:t>Standout screening:</w:t>
      </w:r>
      <w:r>
        <w:t xml:space="preserve"> Portrait of a Lady on Fire will be shown with an introduction from director Céline Sciamma.</w:t>
      </w:r>
      <w:r/>
    </w:p>
    <w:p>
      <w:pPr>
        <w:pStyle w:val="ListBullet"/>
        <w:spacing w:line="240" w:lineRule="auto"/>
        <w:ind w:left="720"/>
      </w:pPr>
      <w:r/>
      <w:r>
        <w:rPr>
          <w:b/>
        </w:rPr>
        <w:t>Archive and history:</w:t>
      </w:r>
      <w:r>
        <w:t xml:space="preserve"> DARKROOMS explores Irish queer club culture through photographs, zines and other materials.</w:t>
      </w:r>
      <w:r/>
    </w:p>
    <w:p>
      <w:pPr>
        <w:pStyle w:val="ListBullet"/>
        <w:spacing w:line="240" w:lineRule="auto"/>
        <w:ind w:left="720"/>
      </w:pPr>
      <w:r/>
      <w:r>
        <w:rPr>
          <w:b/>
        </w:rPr>
        <w:t>Tickets:</w:t>
      </w:r>
      <w:r>
        <w:t xml:space="preserve"> Prices are being kept as low as possible, making the festival easier to access.</w:t>
      </w:r>
      <w:r/>
      <w:r/>
    </w:p>
    <w:p>
      <w:pPr>
        <w:pStyle w:val="Heading2"/>
      </w:pPr>
      <w:r>
        <w:t>Belfast's queer arts festival returns with plenty to say</w:t>
      </w:r>
      <w:r/>
    </w:p>
    <w:p>
      <w:r/>
      <w:r>
        <w:t>Outburst isn't the sort of festival that quietly fills a diary. It arrives with films, ideas and performances that ask audiences to look again at identity, history and the systems shaping everyday life.</w:t>
      </w:r>
      <w:r/>
    </w:p>
    <w:p>
      <w:r/>
      <w:r>
        <w:t>The 2026 edition will take place from 12 to 21 November, with events in Belfast and further afield. Listings for the festival describe a broad programme designed for audiences who want more than a single night out, whether that means a thoughtful film, an energetic workshop or a conversation that lingers on the walk home.</w:t>
      </w:r>
      <w:r/>
    </w:p>
    <w:p>
      <w:r/>
      <w:r>
        <w:t>Since launching in 2007, Outburst has presented more than 1,000 events. That long run gives the festival a useful sense of perspective, but the mood remains exploratory rather than nostalgic. As the festival's artistic direction has put it, the programme is interested in artists who challenge fixed ideas and imagine something better.</w:t>
      </w:r>
      <w:r/>
    </w:p>
    <w:p>
      <w:pPr>
        <w:pStyle w:val="Heading2"/>
      </w:pPr>
      <w:r>
        <w:t>Film fans have two especially strong reasons to book</w:t>
      </w:r>
      <w:r/>
    </w:p>
    <w:p>
      <w:r/>
      <w:r>
        <w:t>One of the most anticipated events is a screening of Portrait of a Lady on Fire on 15 November. Céline Sciamma will introduce the French film, which follows a painter and her subject through a tightly observed, quietly intense story of lesbian desire.</w:t>
      </w:r>
      <w:r/>
    </w:p>
    <w:p>
      <w:r/>
      <w:r>
        <w:t>It's a film built on glances, silences and the charged atmosphere of a room, so seeing it as part of a queer arts festival feels particularly apt. The introduction also gives audiences a chance to hear directly from the director behind one of modern cinema's most admired depictions of intimacy.</w:t>
      </w:r>
      <w:r/>
    </w:p>
    <w:p>
      <w:r/>
      <w:r>
        <w:t>On 18 November, the festival will screen Edhi Alice: Take, a documentary by Il-rhan Kim. The film connects the lives of Edhi, an LGBTQ+ counsellor, and Alice, an older trans woman in South Korea, offering a more intimate look at trans experience, support and allyship.</w:t>
      </w:r>
      <w:r/>
    </w:p>
    <w:p>
      <w:pPr>
        <w:pStyle w:val="Heading2"/>
      </w:pPr>
      <w:r>
        <w:t>Archives, folklore and sound bring queer history into view</w:t>
      </w:r>
      <w:r/>
    </w:p>
    <w:p>
      <w:r/>
      <w:r>
        <w:t>For a different kind of cultural deep dive, Anecdote As Evidence will tour DARKROOMS on 15 November. Led by Lyónn Wolf, the event explores Emma Wolf-Haugh's work and archives, including photographs, zines and exhibition material linked to Irish queer club culture.</w:t>
      </w:r>
      <w:r/>
    </w:p>
    <w:p>
      <w:r/>
      <w:r>
        <w:t>That archival focus matters because nightlife can disappear quickly. The music fades, venues close and posters are thrown away, but scraps of visual culture can preserve how people found one another and built community. DARKROOMS promises to make that hidden history feel tangible rather than distant.</w:t>
      </w:r>
      <w:r/>
    </w:p>
    <w:p>
      <w:r/>
      <w:r>
        <w:t>Literature lovers can also look forward to a 14 November celebration of Sacha Coward's As Folklore. The book examines queer heroes and villains across myth, fantasy and folklore, turning familiar stories into a doorway for discussing identity, power and belonging.</w:t>
      </w:r>
      <w:r/>
    </w:p>
    <w:p>
      <w:pPr>
        <w:pStyle w:val="Heading2"/>
      </w:pPr>
      <w:r>
        <w:t>Workshops and conversations look beyond the stage</w:t>
      </w:r>
      <w:r/>
    </w:p>
    <w:p>
      <w:r/>
      <w:r>
        <w:t>On 21 November, Synthesize_Her will host Transgressive Sound, a hands-on workshop exploring queer possibilities in listening and making. Participants will build and use contact microphones, turning surfaces and vibrations into part of the experience.</w:t>
      </w:r>
      <w:r/>
    </w:p>
    <w:p>
      <w:r/>
      <w:r>
        <w:t>It's the kind of event that rewards curiosity more than specialist knowledge. Contact microphones can make ordinary objects sound strange and alive, which seems a fitting technique for a festival interested in unsettling the familiar.</w:t>
      </w:r>
      <w:r/>
    </w:p>
    <w:p>
      <w:r/>
      <w:r>
        <w:t>The programme also includes a 20 November Q&amp;A with writer and researcher Kevin Guyan, examining how categories and classifications influence the fight for LGBTQ+ rights and equality. Meanwhile, a 14 November discussion will focus on care for queer artists and creators, bringing together Craig Manson, Jack Thompson, Dayna Ash and Chris Snow.</w:t>
      </w:r>
      <w:r/>
    </w:p>
    <w:p>
      <w:pPr>
        <w:pStyle w:val="Heading2"/>
      </w:pPr>
      <w:r>
        <w:t>How to choose from the Outburst 2026 programme</w:t>
      </w:r>
      <w:r/>
    </w:p>
    <w:p>
      <w:r/>
      <w:r>
        <w:t>With events spread across different formats and dates, the easiest approach is to decide what kind of evening you want. Choose the Sciamma screening for cinematic romance, DARKROOMS for queer history, As Folklore for storytelling, or Transgressive Sound for something more participatory and experimental.</w:t>
      </w:r>
      <w:r/>
    </w:p>
    <w:p>
      <w:r/>
      <w:r>
        <w:t>It’s also worth checking whether an event is a workshop, screening, tour or discussion before booking. A talk may suit a reflective afternoon, while a practical session could be better for anyone keen to meet people and get involved rather than simply sit in an audience.</w:t>
      </w:r>
      <w:r/>
    </w:p>
    <w:p>
      <w:r/>
      <w:r>
        <w:t>Tickets are priced with affordability in mind, which should make it possible to build a small festival itinerary without turning the whole weekend into a financial drama. The full programme is the best place to check timings, venues and availability as plans develop.</w:t>
      </w:r>
      <w:r/>
    </w:p>
    <w:p>
      <w:pPr>
        <w:pStyle w:val="Heading2"/>
      </w:pPr>
      <w:r>
        <w:t>A festival that keeps queer culture moving</w:t>
      </w:r>
      <w:r/>
    </w:p>
    <w:p>
      <w:r/>
      <w:r>
        <w:t>Outburst's strength lies in its range. It can move from a celebrated film to an archive of club culture, then on to folklore, sound art or a practical conversation about sustaining creative lives.</w:t>
      </w:r>
      <w:r/>
    </w:p>
    <w:p>
      <w:r/>
      <w:r>
        <w:t>That variety also reflects how queer culture works in practice. It isn't confined to one venue or art form, and it rarely stays still for long. For audiences in Belfast and beyond, November 2026 looks set to offer a lively reminder that the most interesting stories are often the ones still being made.</w:t>
      </w:r>
      <w:r/>
    </w:p>
    <w:p>
      <w:r/>
      <w:r>
        <w:t>Explore the programme and find the events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9">
        <w:r>
          <w:rPr>
            <w:color w:val="0000EE"/>
            <w:u w:val="single"/>
          </w:rPr>
          <w:t>[1]</w:t>
        </w:r>
      </w:hyperlink>
      <w:r>
        <w:t xml:space="preserve">, </w:t>
      </w:r>
      <w:hyperlink r:id="rId13">
        <w:r>
          <w:rPr>
            <w:color w:val="0000EE"/>
            <w:u w:val="single"/>
          </w:rPr>
          <w:t>[5]</w:t>
        </w:r>
      </w:hyperlink>
      <w:r>
        <w:t xml:space="preserve">- Paragraph 9: </w:t>
      </w:r>
      <w:hyperlink r:id="rId9">
        <w:r>
          <w:rPr>
            <w:color w:val="0000EE"/>
            <w:u w:val="single"/>
          </w:rPr>
          <w:t>[1]</w:t>
        </w:r>
      </w:hyperlink>
      <w:r>
        <w:t xml:space="preserve">, </w:t>
      </w:r>
      <w:hyperlink r:id="rId15">
        <w:r>
          <w:rPr>
            <w:color w:val="0000EE"/>
            <w:u w:val="single"/>
          </w:rPr>
          <w:t>[7]</w:t>
        </w:r>
      </w:hyperlink>
      <w:r>
        <w:t xml:space="preserve">- Paragraph 10: </w:t>
      </w:r>
      <w:hyperlink r:id="rId9">
        <w:r>
          <w:rPr>
            <w:color w:val="0000EE"/>
            <w:u w:val="single"/>
          </w:rPr>
          <w:t>[1]</w:t>
        </w:r>
      </w:hyperlink>
      <w:r>
        <w:t xml:space="preserve">, </w:t>
      </w:r>
      <w:hyperlink r:id="rId11">
        <w:r>
          <w:rPr>
            <w:color w:val="0000EE"/>
            <w:u w:val="single"/>
          </w:rPr>
          <w:t>[3]</w:t>
        </w:r>
      </w:hyperlink>
      <w:r>
        <w:t xml:space="preserve">- Paragraph 11: </w:t>
      </w:r>
      <w:hyperlink r:id="rId9">
        <w:r>
          <w:rPr>
            <w:color w:val="0000EE"/>
            <w:u w:val="single"/>
          </w:rPr>
          <w:t>[1]</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2">
        <w:r>
          <w:rPr>
            <w:color w:val="0000EE"/>
            <w:u w:val="single"/>
          </w:rPr>
          <w:t>[4]</w:t>
        </w:r>
      </w:hyperlink>
      <w:r>
        <w:t xml:space="preserve">- Paragraph 14: </w:t>
      </w:r>
      <w:hyperlink r:id="rId9">
        <w:r>
          <w:rPr>
            <w:color w:val="0000EE"/>
            <w:u w:val="single"/>
          </w:rPr>
          <w:t>[1]</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9">
        <w:r>
          <w:rPr>
            <w:color w:val="0000EE"/>
            <w:u w:val="single"/>
          </w:rPr>
          <w:t>[1]</w:t>
        </w:r>
      </w:hyperlink>
      <w:r>
        <w:t xml:space="preserve">, </w:t>
      </w:r>
      <w:hyperlink r:id="rId12">
        <w:r>
          <w:rPr>
            <w:color w:val="0000EE"/>
            <w:u w:val="single"/>
          </w:rPr>
          <w:t>[4]</w:t>
        </w:r>
      </w:hyperlink>
      <w:r>
        <w:t xml:space="preserve">- Paragraph 17: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https://gcn.ie/queer-arts-festival-outburst-2026/</w:t>
        </w:r>
      </w:hyperlink>
      <w:r>
        <w:t xml:space="preserve"> - Please view link - unable to able to access data</w:t>
      </w:r>
      <w:r/>
    </w:p>
    <w:p>
      <w:pPr>
        <w:pStyle w:val="ListNumber"/>
        <w:spacing w:line="240" w:lineRule="auto"/>
        <w:ind w:left="720"/>
      </w:pPr>
      <w:r/>
      <w:hyperlink r:id="rId10">
        <w:r>
          <w:rPr>
            <w:color w:val="0000EE"/>
            <w:u w:val="single"/>
          </w:rPr>
          <w:t>https://www.queeratlas.app/belfast/events/outburst-queer-arts-festival-2026--975</w:t>
        </w:r>
      </w:hyperlink>
      <w:r>
        <w:t xml:space="preserve"> - Outburst Queer Arts Festival 2026 is scheduled to take place in Belfast from November 12 to 21, 2026. The festival marks its twentieth anniversary and will feature a diverse programme of queer performance, visual art, film, and international exchange. The main venues include Ulster University and various locations across Belfast. Attendees can expect a mix of queer artists, local communities, students, cultural workers, international guests, and allies engaging in artistic disciplines. The festival encourages attendees to check individual event details for ticketing and capacity information.</w:t>
      </w:r>
      <w:r/>
    </w:p>
    <w:p>
      <w:pPr>
        <w:pStyle w:val="ListNumber"/>
        <w:spacing w:line="240" w:lineRule="auto"/>
        <w:ind w:left="720"/>
      </w:pPr>
      <w:r/>
      <w:hyperlink r:id="rId11">
        <w:r>
          <w:rPr>
            <w:color w:val="0000EE"/>
            <w:u w:val="single"/>
          </w:rPr>
          <w:t>https://festivalindex.com/en-gb/events/48240-outburst-queer-arts-festival-2026-2026</w:t>
        </w:r>
      </w:hyperlink>
      <w:r>
        <w:t xml:space="preserve"> - The 2026 Outburst Queer Arts Festival in Belfast celebrates its 20th anniversary from November 12 to 21, 2026. A highlight of the festival is a special programme dedicated to acclaimed French filmmaker Céline Sciamma, including screenings of her films 'Tomboy' and 'Portrait of a Lady on Fire' with previously unseen footage. Sciamma will also participate in academic lectures and public conversations exploring her influential career in queer and feminist cinema. The full festival spans ten days and includes a wide variety of queer creative works.</w:t>
      </w:r>
      <w:r/>
    </w:p>
    <w:p>
      <w:pPr>
        <w:pStyle w:val="ListNumber"/>
        <w:spacing w:line="240" w:lineRule="auto"/>
        <w:ind w:left="720"/>
      </w:pPr>
      <w:r/>
      <w:hyperlink r:id="rId12">
        <w:r>
          <w:rPr>
            <w:color w:val="0000EE"/>
            <w:u w:val="single"/>
          </w:rPr>
          <w:t>https://www.gayout.com/europe/united-kingdom/belfast/mega-events/outburst-queer-arts</w:t>
        </w:r>
      </w:hyperlink>
      <w:r>
        <w:t xml:space="preserve"> - Belfast's Outburst Queer Arts Festival turns twenty in 2026, offering ten days of queer theatre, film, music, performance, and ideas across the city from November 12 to 21, 2026. The festival is one of the most respected queer arts festivals in Europe, with a programme that lands in late September. Early highlights already announced include DYKELAND Vol II and a closing Queer Art Market. The main venues include the Black Box and Ulster Presents stages.</w:t>
      </w:r>
      <w:r/>
    </w:p>
    <w:p>
      <w:pPr>
        <w:pStyle w:val="ListNumber"/>
        <w:spacing w:line="240" w:lineRule="auto"/>
        <w:ind w:left="720"/>
      </w:pPr>
      <w:r/>
      <w:hyperlink r:id="rId13">
        <w:r>
          <w:rPr>
            <w:color w:val="0000EE"/>
            <w:u w:val="single"/>
          </w:rPr>
          <w:t>https://www.ulster.ac.uk/ulsterpresents/whats-on/2026-27/outburst-queer-arts-festival</w:t>
        </w:r>
      </w:hyperlink>
      <w:r>
        <w:t xml:space="preserve"> - As part of the 20th Outburst Queer Arts Festival, 'Tenderly Queer: Connections of Queer Artists in Northern Ireland and Myanmar' is a cross-cultural collaboration led by two queer artists—Ri from Myanmar and Emma Campbell from Northern Ireland. The project focuses on identity, resilience, and resistance in politically charged contexts. Through participatory workshops, photographers in Myanmar and Northern Ireland have created images sharing rural, urban, domestic, and intimate experiences of queer life. The exhibition is supported by the British Council Cultural Connections award and Ulster University's Belfast School of Art and Array Collective.</w:t>
      </w:r>
      <w:r/>
    </w:p>
    <w:p>
      <w:pPr>
        <w:pStyle w:val="ListNumber"/>
        <w:spacing w:line="240" w:lineRule="auto"/>
        <w:ind w:left="720"/>
      </w:pPr>
      <w:r/>
      <w:hyperlink r:id="rId14">
        <w:r>
          <w:rPr>
            <w:color w:val="0000EE"/>
            <w:u w:val="single"/>
          </w:rPr>
          <w:t>https://gcn.ie/celine-sciamma-outburst-queer-arts-festival-2026/</w:t>
        </w:r>
      </w:hyperlink>
      <w:r>
        <w:t xml:space="preserve"> - Acclaimed French filmmaker Céline Sciamma is set to participate in Belfast's Outburst Queer Arts Festival 2026. Sciamma, known for works like 'Tomboy', 'Girlhood', 'Petite Maman', and 'Portrait of a Lady on Fire', will take part in several events across the weekend of November 13 to 15, 2026. She will present both new work and beloved fan-favourites, engaging with the local community and contributing to the festival's diverse programme.</w:t>
      </w:r>
      <w:r/>
    </w:p>
    <w:p>
      <w:pPr>
        <w:pStyle w:val="ListNumber"/>
        <w:spacing w:line="240" w:lineRule="auto"/>
        <w:ind w:left="720"/>
      </w:pPr>
      <w:r/>
      <w:hyperlink r:id="rId15">
        <w:r>
          <w:rPr>
            <w:color w:val="0000EE"/>
            <w:u w:val="single"/>
          </w:rPr>
          <w:t>https://www.enjoy.ly/uk/activity/96785108/unruly-ordinances-the-mac-belfast</w:t>
        </w:r>
      </w:hyperlink>
      <w:r>
        <w:t xml:space="preserve"> - Outburst Arts and the MAC proudly present 'Unruly Ordinances', a major group exhibition of queer artists from the last two decades. The exhibition opens on November 12, 2026, as part of the 20th annual Outburst Queer Arts Festival. It features installation, sculptural, drawing, photographic, and video works that open up expansive and radical conversations on queerness. The exhibition is accompanied by a dynamic three-month public programme, bringing together artists, activists, academics, and audiences through talks, screenings, publishing, performances, and workshops.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queer-arts-festival-outburst-2026/" TargetMode="External"/><Relationship Id="rId10" Type="http://schemas.openxmlformats.org/officeDocument/2006/relationships/hyperlink" Target="https://www.queeratlas.app/belfast/events/outburst-queer-arts-festival-2026--975" TargetMode="External"/><Relationship Id="rId11" Type="http://schemas.openxmlformats.org/officeDocument/2006/relationships/hyperlink" Target="https://festivalindex.com/en-gb/events/48240-outburst-queer-arts-festival-2026-2026" TargetMode="External"/><Relationship Id="rId12" Type="http://schemas.openxmlformats.org/officeDocument/2006/relationships/hyperlink" Target="https://www.gayout.com/europe/united-kingdom/belfast/mega-events/outburst-queer-arts" TargetMode="External"/><Relationship Id="rId13" Type="http://schemas.openxmlformats.org/officeDocument/2006/relationships/hyperlink" Target="https://www.ulster.ac.uk/ulsterpresents/whats-on/2026-27/outburst-queer-arts-festival" TargetMode="External"/><Relationship Id="rId14" Type="http://schemas.openxmlformats.org/officeDocument/2006/relationships/hyperlink" Target="https://gcn.ie/celine-sciamma-outburst-queer-arts-festival-2026/" TargetMode="External"/><Relationship Id="rId15" Type="http://schemas.openxmlformats.org/officeDocument/2006/relationships/hyperlink" Target="https://www.enjoy.ly/uk/activity/96785108/unruly-ordinances-the-mac-belfa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