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nightlife in Washington DC for October 10-18</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Planning a night out in Washington DC? This week’s LGBTQ+ nightlife guide brings together drag, dancing, karaoke, trivia and low-cost drinks across the city from Saturday 10 to Sunday 18 October. With most listings offering free entry, there’s plenty to choose from, whether you want a big dance floor or a relaxed neighbourhood hangout.</w:t>
      </w:r>
      <w:r/>
    </w:p>
    <w:p>
      <w:pPr>
        <w:pStyle w:val="Heading2"/>
      </w:pPr>
      <w:r>
        <w:t>Essential Takeaways</w:t>
      </w:r>
      <w:r/>
      <w:r/>
    </w:p>
    <w:p>
      <w:pPr>
        <w:pStyle w:val="ListBullet"/>
        <w:spacing w:line="240" w:lineRule="auto"/>
        <w:ind w:left="720"/>
      </w:pPr>
      <w:r/>
      <w:r>
        <w:rPr>
          <w:b/>
        </w:rPr>
        <w:t>A packed nine-day schedule:</w:t>
      </w:r>
      <w:r>
        <w:t xml:space="preserve"> Events run from Saturday 10 October through Sunday 18 October.</w:t>
      </w:r>
      <w:r/>
    </w:p>
    <w:p>
      <w:pPr>
        <w:pStyle w:val="ListBullet"/>
        <w:spacing w:line="240" w:lineRule="auto"/>
        <w:ind w:left="720"/>
      </w:pPr>
      <w:r/>
      <w:r>
        <w:rPr>
          <w:b/>
        </w:rPr>
        <w:t>Most venues are 21+:</w:t>
      </w:r>
      <w:r>
        <w:t xml:space="preserve"> Check age rules and bring valid identification.</w:t>
      </w:r>
      <w:r/>
    </w:p>
    <w:p>
      <w:pPr>
        <w:pStyle w:val="ListBullet"/>
        <w:spacing w:line="240" w:lineRule="auto"/>
        <w:ind w:left="720"/>
      </w:pPr>
      <w:r/>
      <w:r>
        <w:rPr>
          <w:b/>
        </w:rPr>
        <w:t>Free entry is common:</w:t>
      </w:r>
      <w:r>
        <w:t xml:space="preserve"> Many listed events have no cover charge, although some late-night parties charge admission.</w:t>
      </w:r>
      <w:r/>
    </w:p>
    <w:p>
      <w:pPr>
        <w:pStyle w:val="ListBullet"/>
        <w:spacing w:line="240" w:lineRule="auto"/>
        <w:ind w:left="720"/>
      </w:pPr>
      <w:r/>
      <w:r>
        <w:rPr>
          <w:b/>
        </w:rPr>
        <w:t>Drag leads the programme:</w:t>
      </w:r>
      <w:r>
        <w:t xml:space="preserve"> Expect bingo, cabaret, competitions, viewing parties and themed showcases.</w:t>
      </w:r>
      <w:r/>
    </w:p>
    <w:p>
      <w:pPr>
        <w:pStyle w:val="ListBullet"/>
        <w:spacing w:line="240" w:lineRule="auto"/>
        <w:ind w:left="720"/>
      </w:pPr>
      <w:r/>
      <w:r>
        <w:rPr>
          <w:b/>
        </w:rPr>
        <w:t>Happy hours are plentiful:</w:t>
      </w:r>
      <w:r>
        <w:t xml:space="preserve"> Early arrivals can find discounted drinks, food deals and occasional freebies.</w:t>
      </w:r>
      <w:r/>
      <w:r/>
    </w:p>
    <w:p>
      <w:pPr>
        <w:pStyle w:val="Heading2"/>
      </w:pPr>
      <w:r>
        <w:t>Washington DC nightlife is busy from the start</w:t>
      </w:r>
      <w:r/>
    </w:p>
    <w:p>
      <w:r/>
      <w:r>
        <w:t>The weekend opens with a lively mix of DJs, dancing and drinks across the city. A League of Her Own offers local music without a cover charge, while Crush Dance Bar brings DJs and early-evening vodka specials. Over at Number Nine, Latin happy hour runs through the afternoon and early evening, giving the day a social, soundtrack-led start.</w:t>
      </w:r>
      <w:r/>
    </w:p>
    <w:p>
      <w:r/>
      <w:r>
        <w:t xml:space="preserve">For a bigger late-night atmosphere, Bunker’s Lights Out Swimsuit Party combines progressive tribal house with a later cover charge. Trade also packs its Saturday programme with an XL happy hour, a drag show and DJs. According to Metro Weekly, schedules and prices can change, so checking directly with the venue before setting off is sensible. </w:t>
      </w:r>
      <w:hyperlink r:id="rId9">
        <w:r>
          <w:rPr>
            <w:color w:val="0000EE"/>
            <w:u w:val="single"/>
          </w:rPr>
          <w:t>[2]</w:t>
        </w:r>
      </w:hyperlink>
      <w:r/>
    </w:p>
    <w:p>
      <w:r/>
      <w:r>
        <w:t xml:space="preserve">The choice is useful for different kinds of nights out. You can keep things casual with food, games and patios at Pitchers, or build a full evening around dancing and drag. It’s the sort of weekend where your first venue doesn’t have to be your last. </w:t>
      </w:r>
      <w:hyperlink r:id="rId10">
        <w:r>
          <w:rPr>
            <w:color w:val="0000EE"/>
            <w:u w:val="single"/>
          </w:rPr>
          <w:t>[4]</w:t>
        </w:r>
      </w:hyperlink>
      <w:r/>
    </w:p>
    <w:p>
      <w:pPr>
        <w:pStyle w:val="Heading2"/>
      </w:pPr>
      <w:r>
        <w:t>Drag, karaoke and themed nights keep the weekdays bright</w:t>
      </w:r>
      <w:r/>
    </w:p>
    <w:p>
      <w:r/>
      <w:r>
        <w:t>The quieter middle of the week still has plenty going on. Tuesday brings trivia at Crush, Latin karaoke at Green Lantern and retro music with trivia at JR.’s Bar. Wednesday adds drag bingo, music and competing performers at Trade, while Pitchers offers a half-price burger night alongside televised sport.</w:t>
      </w:r>
      <w:r/>
    </w:p>
    <w:p>
      <w:r/>
      <w:r>
        <w:t xml:space="preserve">Thursday is especially varied. A League of Her Own combines bingo and video games with a drag show, Crush schedules a discussion-led event followed by dancing, and Pitchers pairs a drag show with trivia and gaming. These events show how Washington DC LGBTQ+ nightlife stretches beyond the traditional club night, with plenty of lower-pressure ways to meet people. </w:t>
      </w:r>
      <w:hyperlink r:id="rId11">
        <w:r>
          <w:rPr>
            <w:color w:val="0000EE"/>
            <w:u w:val="single"/>
          </w:rPr>
          <w:t>[3]</w:t>
        </w:r>
      </w:hyperlink>
      <w:r/>
    </w:p>
    <w:p>
      <w:r/>
      <w:r>
        <w:t xml:space="preserve">Karaoke also appears repeatedly at Green Lantern, making it a reliable choice for anyone who'd rather grab the microphone than fight for space on a dance floor. Meanwhile, JR.’s weekday happy hour and showtunes provide an easy after-work option. </w:t>
      </w:r>
      <w:hyperlink r:id="rId9">
        <w:r>
          <w:rPr>
            <w:color w:val="0000EE"/>
            <w:u w:val="single"/>
          </w:rPr>
          <w:t>[2]</w:t>
        </w:r>
      </w:hyperlink>
      <w:r/>
    </w:p>
    <w:p>
      <w:pPr>
        <w:pStyle w:val="Heading2"/>
      </w:pPr>
      <w:r>
        <w:t>Friday brings the biggest concentration of action</w:t>
      </w:r>
      <w:r/>
    </w:p>
    <w:p>
      <w:r/>
      <w:r>
        <w:t>By Friday, the listings shift decisively into weekend mode. A League of Her Own has a drag show, Crush combines a bear happy hour with late-night DJs, and JR.’s Bar hosts its Vitamin C show. Pitchers adds a drag king performance, while Trade offers an unusually full programme with free pizza, a hosted show, a viewing party and several DJ-led events.</w:t>
      </w:r>
      <w:r/>
    </w:p>
    <w:p>
      <w:r/>
      <w:r>
        <w:t xml:space="preserve">That variety makes Friday the easiest night to tailor. Start early for reduced drinks, arrive in time for a show, or stay late for dancing. Trade’s different spaces are particularly useful for groups who don't all want exactly the same soundtrack. </w:t>
      </w:r>
      <w:hyperlink r:id="rId12">
        <w:r>
          <w:rPr>
            <w:color w:val="0000EE"/>
            <w:u w:val="single"/>
          </w:rPr>
          <w:t>[5]</w:t>
        </w:r>
      </w:hyperlink>
      <w:r/>
    </w:p>
    <w:p>
      <w:r/>
      <w:r>
        <w:t xml:space="preserve">The wider Washington party scene also tends to reward planning, especially when several events overlap or have separate door policies. Party listings and venue calendars can help you compare start times before committing to a route. </w:t>
      </w:r>
      <w:hyperlink r:id="rId13">
        <w:r>
          <w:rPr>
            <w:color w:val="0000EE"/>
            <w:u w:val="single"/>
          </w:rPr>
          <w:t>[7]</w:t>
        </w:r>
      </w:hyperlink>
      <w:r/>
    </w:p>
    <w:p>
      <w:pPr>
        <w:pStyle w:val="Heading2"/>
      </w:pPr>
      <w:r>
        <w:t>How to choose the right venue for your night</w:t>
      </w:r>
      <w:r/>
    </w:p>
    <w:p>
      <w:r/>
      <w:r>
        <w:t>If you're looking for a dance-focused evening, Crush, Trade and Bunker are the clearest choices in this schedule. For drag, look towards Trade, JR.’s Bar, Pitchers, A League of Her Own and Crush. If conversation matters more than volume, an early happy hour or a food-led visit to Pitchers may be the better bet.</w:t>
      </w:r>
      <w:r/>
    </w:p>
    <w:p>
      <w:r/>
      <w:r>
        <w:t xml:space="preserve">Budget-conscious visitors should note the recurring deals. Green Lantern advertises early happy-hour discounts, Number Nine offers a two-for-one promotion, and several venues list reduced-price drinks during specific windows. Arriving early can make a noticeable difference, particularly if you’re planning to visit more than one venue. </w:t>
      </w:r>
      <w:hyperlink r:id="rId9">
        <w:r>
          <w:rPr>
            <w:color w:val="0000EE"/>
            <w:u w:val="single"/>
          </w:rPr>
          <w:t>[2]</w:t>
        </w:r>
      </w:hyperlink>
      <w:r/>
    </w:p>
    <w:p>
      <w:r/>
      <w:r>
        <w:t>Before leaving home, check the venue’s website or social media for changes, confirm whether an event remains free, and look at the closing time. Some venues run from afternoon into the small hours, while others only open for evening programming. For larger parties, it’s also worth deciding in advance where you'll meet if mobile reception becomes unreliable.</w:t>
      </w:r>
      <w:r/>
    </w:p>
    <w:p>
      <w:pPr>
        <w:pStyle w:val="Heading2"/>
      </w:pPr>
      <w:r>
        <w:t>Sunday offers a softer landing</w:t>
      </w:r>
      <w:r/>
    </w:p>
    <w:p>
      <w:r/>
      <w:r>
        <w:t>Sunday keeps the mood social rather than sleepy. Crush brings back Hot Dog Sunday with music and free food while supplies last, JR.’s Bar has a drag viewing party, and Pitchers combines showtunes, sport, food and discounted wings. Trade also hosts an afternoon afterparty, giving the weekend one more reason to leave the sofa.</w:t>
      </w:r>
      <w:r/>
    </w:p>
    <w:p>
      <w:r/>
      <w:r>
        <w:t xml:space="preserve">These daytime and early-evening events are a good fit for visitors who want nightlife without committing to a 3am finish. They also make it easier to pair a venue visit with food, shopping or a wander through the neighbourhood. </w:t>
      </w:r>
      <w:hyperlink r:id="rId10">
        <w:r>
          <w:rPr>
            <w:color w:val="0000EE"/>
            <w:u w:val="single"/>
          </w:rPr>
          <w:t>[4]</w:t>
        </w:r>
      </w:hyperlink>
      <w:r/>
    </w:p>
    <w:p>
      <w:r/>
      <w:r>
        <w:t xml:space="preserve">The broader appeal is simple: Washington DC’s LGBTQ+ scene offers many ways to go out, from a loud late-night party to a cheerful afternoon with friends. As always, check the latest listing before travelling, because even the best-planned night can change at the door. </w:t>
      </w:r>
      <w:hyperlink r:id="rId14">
        <w:r>
          <w:rPr>
            <w:color w:val="0000EE"/>
            <w:u w:val="single"/>
          </w:rPr>
          <w:t>[6]</w:t>
        </w:r>
      </w:hyperlink>
      <w:r/>
    </w:p>
    <w:p>
      <w:r/>
      <w:r>
        <w:t>It's a busy week, so pick your mood, check the details and make a night of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3">
        <w:r>
          <w:rPr>
            <w:color w:val="0000EE"/>
            <w:u w:val="single"/>
          </w:rPr>
          <w:t>[7]</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4">
        <w:r>
          <w:rPr>
            <w:color w:val="0000EE"/>
            <w:u w:val="single"/>
          </w:rPr>
          <w:t>[6]</w:t>
        </w:r>
      </w:hyperlink>
      <w:r>
        <w:t xml:space="preserve">- Paragraph 10: </w:t>
      </w:r>
      <w:hyperlink r:id="rId10">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https://www.metroweekly.com/2026/10/dc-lgbtq-nightlife-guide-october-10-18-2026/</w:t>
        </w:r>
      </w:hyperlink>
      <w:r>
        <w:t xml:space="preserve"> - Please view link - unable to able to access data</w:t>
      </w:r>
      <w:r/>
    </w:p>
    <w:p>
      <w:pPr>
        <w:pStyle w:val="ListNumber"/>
        <w:spacing w:line="240" w:lineRule="auto"/>
        <w:ind w:left="720"/>
      </w:pPr>
      <w:r/>
      <w:hyperlink r:id="rId9">
        <w:r>
          <w:rPr>
            <w:color w:val="0000EE"/>
            <w:u w:val="single"/>
          </w:rPr>
          <w:t>https://www.metroweekly.com/2026/10/dc-lgbtq-nightlife-guide-october-10-18-2026/</w:t>
        </w:r>
      </w:hyperlink>
      <w:r>
        <w:t xml:space="preserve"> - Metro Weekly's 'DC LGBTQ Nightlife Guide: October 10-18, 2026' provides a comprehensive schedule of events at various LGBTQ+ venues in Washington, D.C. The guide lists daily activities, including drag shows, DJ performances, karaoke, trivia nights, happy hours, and drink specials. Each venue's address, website, and Instagram links are provided for easy access. The listings are organised by day, from October 10 to October 18, 2026, and include participating venues such as A League of Her Own, Bunker, Crush Dance Bar, Green Lantern, JR.'s Bar, Number Nine, Pitchers, and Trade. The guide emphasises that event details are subject to change and advises readers to check with venues for the latest information.</w:t>
      </w:r>
      <w:r/>
    </w:p>
    <w:p>
      <w:pPr>
        <w:pStyle w:val="ListNumber"/>
        <w:spacing w:line="240" w:lineRule="auto"/>
        <w:ind w:left="720"/>
      </w:pPr>
      <w:r/>
      <w:hyperlink r:id="rId11">
        <w:r>
          <w:rPr>
            <w:color w:val="0000EE"/>
            <w:u w:val="single"/>
          </w:rPr>
          <w:t>https://outxout.com/guides/lesbian-bars-and-safe-spaces-in-washington-dc-dc</w:t>
        </w:r>
      </w:hyperlink>
      <w:r>
        <w:t xml:space="preserve"> - Out x Out's 'Lesbian Bars &amp; Sapphic Nightlife in Washington, D.C.' guide offers a curated list of events and venues catering to the lesbian and sapphic community in D.C. The guide highlights upcoming events such as 'The Pregame' and 'Recession Core Dance Party' at As You Are DC on October 10, and 'Lil' Coffee Chat' and 'Shower Karaoke' on October 11. Each event includes details like time, location, and a brief description, providing readers with options for socialising and entertainment within the community.</w:t>
      </w:r>
      <w:r/>
    </w:p>
    <w:p>
      <w:pPr>
        <w:pStyle w:val="ListNumber"/>
        <w:spacing w:line="240" w:lineRule="auto"/>
        <w:ind w:left="720"/>
      </w:pPr>
      <w:r/>
      <w:hyperlink r:id="rId10">
        <w:r>
          <w:rPr>
            <w:color w:val="0000EE"/>
            <w:u w:val="single"/>
          </w:rPr>
          <w:t>https://thingstododc.com/events/nightlife-parties/</w:t>
        </w:r>
      </w:hyperlink>
      <w:r>
        <w:t xml:space="preserve"> - ThingsToDoDC's 'Nightlife &amp; Parties' section features a variety of events happening in Washington, D.C., including LGBTQ+ friendly options. Notable events include the 'Margarita Cruise on the Potomac' on October 10, offering a scenic evening with margarita specials, and the 'Roof Top Nightclub Tour And Experience' on the same day, providing access to multiple rooftop venues. The section also lists other events like the 'Autumn Afternoon Cruise on the Potomac with the Fall Foliage' on October 11, catering to diverse interests within the city's nightlife scene.</w:t>
      </w:r>
      <w:r/>
    </w:p>
    <w:p>
      <w:pPr>
        <w:pStyle w:val="ListNumber"/>
        <w:spacing w:line="240" w:lineRule="auto"/>
        <w:ind w:left="720"/>
      </w:pPr>
      <w:r/>
      <w:hyperlink r:id="rId12">
        <w:r>
          <w:rPr>
            <w:color w:val="0000EE"/>
            <w:u w:val="single"/>
          </w:rPr>
          <w:t>https://r.shotgun.live/en/venues/bunker</w:t>
        </w:r>
      </w:hyperlink>
      <w:r>
        <w:t xml:space="preserve"> - Shotgun's 'BUNKER' page provides information on upcoming events at Bunker, D.C.'s only LGBTQ nightclub known for its underground entertainment and live DJs. Upcoming events include 'Bucked Up With Buck Off' on October 9, featuring tech house music, and 'Lights Out Swim Suit Party With Juanse' on October 10, offering progressive tribal house music. The page also lists future events like 'Ponyboy' on October 17 and 'Simulation Afters With Edward Frame B2b Le Fiu' on October 25, with ticket prices and event details provided.</w:t>
      </w:r>
      <w:r/>
    </w:p>
    <w:p>
      <w:pPr>
        <w:pStyle w:val="ListNumber"/>
        <w:spacing w:line="240" w:lineRule="auto"/>
        <w:ind w:left="720"/>
      </w:pPr>
      <w:r/>
      <w:hyperlink r:id="rId14">
        <w:r>
          <w:rPr>
            <w:color w:val="0000EE"/>
            <w:u w:val="single"/>
          </w:rPr>
          <w:t>https://gathryapp.com/washington/district-eagle/26-10-10/no-strings-attached</w:t>
        </w:r>
      </w:hyperlink>
      <w:r>
        <w:t xml:space="preserve"> - Gathry's 'No Strings Attached' event at District Eagle on October 10 features DJ Larry Davis, known for his heavy beats, creating an energetic atmosphere for dancing and socialising. The event offers a clothes check service and has a no-cover charge before 11pm, with $7 drinks; after 11pm, the cover charge is $10. The venue is located at 1357B U Street NW, Washington, DC 20009, and the event is designed for those looking to connect and enjoy a vibrant nightlife experience.</w:t>
      </w:r>
      <w:r/>
    </w:p>
    <w:p>
      <w:pPr>
        <w:pStyle w:val="ListNumber"/>
        <w:spacing w:line="240" w:lineRule="auto"/>
        <w:ind w:left="720"/>
      </w:pPr>
      <w:r/>
      <w:hyperlink r:id="rId13">
        <w:r>
          <w:rPr>
            <w:color w:val="0000EE"/>
            <w:u w:val="single"/>
          </w:rPr>
          <w:t>https://www.circuitpartyinfo.com/venue/washington-dc/</w:t>
        </w:r>
      </w:hyperlink>
      <w:r>
        <w:t xml:space="preserve"> - Circuit Party Info's 'Gay Circuit Parties in Washington, DC' page lists various LGBTQ+ events and parties in the city. Upcoming events include 'Bucked Up' at Bunker on October 9, 'No Strings Attached' at District Eagle on October 10, and 'Lights Out Swimsuit Party' at Bunker on October 10. The page provides event details, including dates, venues, and ticket information, catering to those interested in the city's vibrant circuit party scene.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10/dc-lgbtq-nightlife-guide-october-10-18-2026/" TargetMode="External"/><Relationship Id="rId10" Type="http://schemas.openxmlformats.org/officeDocument/2006/relationships/hyperlink" Target="https://thingstododc.com/events/nightlife-parties/" TargetMode="External"/><Relationship Id="rId11" Type="http://schemas.openxmlformats.org/officeDocument/2006/relationships/hyperlink" Target="https://outxout.com/guides/lesbian-bars-and-safe-spaces-in-washington-dc-dc" TargetMode="External"/><Relationship Id="rId12" Type="http://schemas.openxmlformats.org/officeDocument/2006/relationships/hyperlink" Target="https://r.shotgun.live/en/venues/bunker" TargetMode="External"/><Relationship Id="rId13" Type="http://schemas.openxmlformats.org/officeDocument/2006/relationships/hyperlink" Target="https://www.circuitpartyinfo.com/venue/washington-dc/" TargetMode="External"/><Relationship Id="rId14" Type="http://schemas.openxmlformats.org/officeDocument/2006/relationships/hyperlink" Target="https://gathryapp.com/washington/district-eagle/26-10-10/no-strings-attach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