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this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LGBTQ+ events calendar is packed from 9 to 15 October, with relaxed socials, drag brunches, community groups and gentle wellbeing sessions offering plenty of ways to connect. Whether you're new to the city, looking for support or simply fancy a friendly weekend outing, there's something welcoming on the schedule.</w:t>
      </w:r>
      <w:r/>
    </w:p>
    <w:p>
      <w:pPr>
        <w:pStyle w:val="Heading2"/>
      </w:pPr>
      <w:r>
        <w:t>A social start at Hotel Zena</w:t>
      </w:r>
      <w:r/>
      <w:r/>
    </w:p>
    <w:p>
      <w:pPr>
        <w:pStyle w:val="ListBullet"/>
        <w:spacing w:line="240" w:lineRule="auto"/>
        <w:ind w:left="720"/>
      </w:pPr>
      <w:r/>
      <w:r>
        <w:rPr>
          <w:b/>
        </w:rPr>
        <w:t>Friday evening:</w:t>
      </w:r>
      <w:r>
        <w:t xml:space="preserve"> Go Gay DC's free community social begins at 7pm at Hotel Zena.</w:t>
      </w:r>
      <w:r/>
    </w:p>
    <w:p>
      <w:pPr>
        <w:pStyle w:val="ListBullet"/>
        <w:spacing w:line="240" w:lineRule="auto"/>
        <w:ind w:left="720"/>
      </w:pPr>
      <w:r/>
      <w:r>
        <w:rPr>
          <w:b/>
        </w:rPr>
        <w:t>Saturday brunch:</w:t>
      </w:r>
      <w:r>
        <w:t xml:space="preserve"> A weekly LGBTQ+ gathering takes place at Freddie's Beach Bar &amp; Restaurant from 11am.</w:t>
      </w:r>
      <w:r/>
    </w:p>
    <w:p>
      <w:pPr>
        <w:pStyle w:val="ListBullet"/>
        <w:spacing w:line="240" w:lineRule="auto"/>
        <w:ind w:left="720"/>
      </w:pPr>
      <w:r/>
      <w:r>
        <w:rPr>
          <w:b/>
        </w:rPr>
        <w:t>Drag and dinner:</w:t>
      </w:r>
      <w:r>
        <w:t xml:space="preserve"> Nellie's DC Drag Brunch starts at noon, with tickets priced at $58.51.</w:t>
      </w:r>
      <w:r/>
    </w:p>
    <w:p>
      <w:pPr>
        <w:pStyle w:val="ListBullet"/>
        <w:spacing w:line="240" w:lineRule="auto"/>
        <w:ind w:left="720"/>
      </w:pPr>
      <w:r/>
      <w:r>
        <w:rPr>
          <w:b/>
        </w:rPr>
        <w:t>Online support:</w:t>
      </w:r>
      <w:r>
        <w:t xml:space="preserve"> Trans, coming-out and job-search groups are available during the week.</w:t>
      </w:r>
      <w:r/>
    </w:p>
    <w:p>
      <w:pPr>
        <w:pStyle w:val="ListBullet"/>
        <w:spacing w:line="240" w:lineRule="auto"/>
        <w:ind w:left="720"/>
      </w:pPr>
      <w:r/>
      <w:r>
        <w:rPr>
          <w:b/>
        </w:rPr>
        <w:t>Wellbeing and essentials:</w:t>
      </w:r>
      <w:r>
        <w:t xml:space="preserve"> Movement for Healing and a fresh-produce programme round out the calendar.</w:t>
      </w:r>
      <w:r/>
      <w:r/>
    </w:p>
    <w:p>
      <w:r/>
      <w:r>
        <w:t>The week opens with an easygoing invitation to get out and meet people. Go Gay DC's Out in DC LGBTQ+ Community Social takes place at Hotel Zena at 7pm on Friday, with happy-hour offers adding a little sparkle to the evening.</w:t>
      </w:r>
      <w:r/>
    </w:p>
    <w:p>
      <w:r/>
      <w:r>
        <w:t>It sounds like the sort of event where you can arrive without a complicated plan, settle into the venue's retro atmosphere and let conversation do the work. According to the Eventbrite listing, entry is free, making it a particularly accessible option for anyone curious about Washington DC's LGBTQ+ social scene.</w:t>
      </w:r>
      <w:r/>
    </w:p>
    <w:p>
      <w:pPr>
        <w:pStyle w:val="Heading2"/>
      </w:pPr>
      <w:r>
        <w:t>Saturday brings brunch, drag and plenty of personality</w:t>
      </w:r>
      <w:r/>
    </w:p>
    <w:p>
      <w:r/>
      <w:r>
        <w:t>Saturday offers two distinctly different ways to spend the middle of the day. The LGBTQ+ Community Brunch at Freddie's Beach Bar &amp; Restaurant begins at 11am and welcomes local LGBTQ+ residents and allies for food and conversation.</w:t>
      </w:r>
      <w:r/>
    </w:p>
    <w:p>
      <w:r/>
      <w:r>
        <w:t>Later, Nellie's Sports Bar turns lunch into a full performance with its DC Drag Brunch. Sapphire Blue, Deja Diamond and fellow performers are scheduled to appear, while tickets are listed at $58.51 through Eventbrite. If your ideal weekend includes sequins, a lively crowd and a meal with a side of theatrical flair, this is the obvious standout.</w:t>
      </w:r>
      <w:r/>
    </w:p>
    <w:p>
      <w:r/>
      <w:r>
        <w:t>For brunch newcomers, arriving a little early is sensible, particularly when an event combines a fixed start time with food service and entertainment. The free community brunch is a gentler choice if you're hoping to chat, while Nellie's is better suited to a more energetic, ticketed afternoon. Eventbrite listings provide the latest booking details for both gatherings.</w:t>
      </w:r>
      <w:r/>
    </w:p>
    <w:p>
      <w:pPr>
        <w:pStyle w:val="Heading2"/>
      </w:pPr>
      <w:r>
        <w:t>Sunday keeps things low-pressure</w:t>
      </w:r>
      <w:r/>
    </w:p>
    <w:p>
      <w:r/>
      <w:r>
        <w:t>Sunday's Spark Coffee Club at Spark Social is designed for people who'd rather start conversations over coffee than make a grand entrance at a busy party. The noon gathering is aimed at anyone new to the city, new to the community or simply ready to widen their social circle.</w:t>
      </w:r>
      <w:r/>
    </w:p>
    <w:p>
      <w:r/>
      <w:r>
        <w:t>The format is deliberately relaxed, and attendees can come alone or with a friend. That matters because social events can feel daunting when you're unsure whether you'll know anyone there. A quiet drink and an open conversation may be all it takes to turn an unfamiliar room into somewhere more comfortable.</w:t>
      </w:r>
      <w:r/>
    </w:p>
    <w:p>
      <w:pPr>
        <w:pStyle w:val="Heading2"/>
      </w:pPr>
      <w:r>
        <w:t>Online groups offer space for honest conversations</w:t>
      </w:r>
      <w:r/>
    </w:p>
    <w:p>
      <w:r/>
      <w:r>
        <w:t>Tuesday's programme moves online, with a Trans Discussion Group and a Coming Out Discussion Group both scheduled for 7pm. The sessions offer space for trans people, those questioning their identity or expression, and people sharing the complicated experiences that can accompany coming out.</w:t>
      </w:r>
      <w:r/>
    </w:p>
    <w:p>
      <w:r/>
      <w:r>
        <w:t>Online access can make a real difference for people who aren't ready for an in-person meeting, or who simply find it easier to speak from a familiar room. Participants should check the relevant Eventbrite, Facebook or email contact before joining, as access details vary between groups.</w:t>
      </w:r>
      <w:r/>
    </w:p>
    <w:p>
      <w:r/>
      <w:r>
        <w:t>Wednesday adds practical support through Job Club, a weekly Zoom-based programme for jobseekers and people returning to work. The focus is on confidence, resilience, networking and moving beyond the feeling of being just another application. It is a useful reminder that community calendars aren't only about nightlife; they can also help with the everyday business of building a more secure life.</w:t>
      </w:r>
      <w:r/>
    </w:p>
    <w:p>
      <w:pPr>
        <w:pStyle w:val="Heading2"/>
      </w:pPr>
      <w:r>
        <w:t>Movement, food and community care</w:t>
      </w:r>
      <w:r/>
    </w:p>
    <w:p>
      <w:r/>
      <w:r>
        <w:t>The DC LGBTQ+ Community Center's Movement for Healing session takes place on Wednesday at 3pm. The class uses mindful movement, breathwork, grounding and body awareness to help participants release tension and reconnect with a sense of ease.</w:t>
      </w:r>
      <w:r/>
    </w:p>
    <w:p>
      <w:r/>
      <w:r>
        <w:t>That gentle approach may appeal to anyone who finds conventional fitness spaces too intense or impersonal. Participants should check the Center's website for practical information, including any registration requirements and venue details.</w:t>
      </w:r>
      <w:r/>
    </w:p>
    <w:p>
      <w:r/>
      <w:r>
        <w:t>On Thursday, the Center's Fresh Produce Programme runs throughout the day. People are notified on Wednesday evening if they've been selected to receive a produce box, and the listing says no proof of residency or income is required. For anyone planning to apply, keeping an eye on the stated contact details is the best way to avoid missing an update.</w:t>
      </w:r>
      <w:r/>
    </w:p>
    <w:p>
      <w:r/>
      <w:r>
        <w:t>From a free Friday social to practical support on Wednesday and Thursday, this is a notably broad week of LGBTQ+ events in Washington DC. There's room for celebration, reflection, friendship and tangible help, which is exactly what makes a community calendar feel useful rather than merely busy.</w:t>
      </w:r>
      <w:r/>
    </w:p>
    <w:p>
      <w:r/>
      <w:r>
        <w:t>A welcoming week is waiting, whether you fancy brunch, a support group or a quieter way to connect.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https://www.washingtonblade.com/2026/10/09/lgbtq-events-calendar-octover-9-15/</w:t>
        </w:r>
      </w:hyperlink>
      <w:r>
        <w:t xml:space="preserve"> - Please view link - unable to able to access data</w:t>
      </w:r>
      <w:r/>
    </w:p>
    <w:p>
      <w:pPr>
        <w:pStyle w:val="ListNumber"/>
        <w:spacing w:line="240" w:lineRule="auto"/>
        <w:ind w:left="720"/>
      </w:pPr>
      <w:r/>
      <w:hyperlink r:id="rId10">
        <w:r>
          <w:rPr>
            <w:color w:val="0000EE"/>
            <w:u w:val="single"/>
          </w:rPr>
          <w:t>https://www.eventbrite.com/e/out-in-dc-lgbtq-community-social-hotel-zena-tickets-1998662052000</w:t>
        </w:r>
      </w:hyperlink>
      <w:r>
        <w:t xml:space="preserve"> - This Eventbrite page details the 'Out in DC LGBTQ+ Community Social' hosted by Go Gay DC at Hotel Zena on Friday, October 9, 2026, from 7 PM to 9 PM. The event aims to foster new connections within the LGBTQ+ community in a relaxed setting, featuring extended happy hour specials. Attendees are encouraged to arrive anytime between 7:00 PM and 9:00 PM. The event is free to attend, with a cash bar available. Registration is recommended to secure a spot.</w:t>
      </w:r>
      <w:r/>
    </w:p>
    <w:p>
      <w:pPr>
        <w:pStyle w:val="ListNumber"/>
        <w:spacing w:line="240" w:lineRule="auto"/>
        <w:ind w:left="720"/>
      </w:pPr>
      <w:r/>
      <w:hyperlink r:id="rId11">
        <w:r>
          <w:rPr>
            <w:color w:val="0000EE"/>
            <w:u w:val="single"/>
          </w:rPr>
          <w:t>https://www.eventbrite.com/e/lgbtq-community-brunch-freddies-beach-bar-restaurant-tickets-1998865571733</w:t>
        </w:r>
      </w:hyperlink>
      <w:r>
        <w:t xml:space="preserve"> - This Eventbrite listing provides information about the 'LGBTQ+ Community Brunch' hosted by Go Gay DC at Freddie's Beach Bar &amp; Restaurant on Saturday, November 21, 2026, from 11 AM to 12 PM. The brunch offers a buffet including a mimosa or coffee/tea, and dessert for $14.99, or attendees can order from the regular menu. The event is free to attend; guests pay for their own orders separately. It's part of Go Gay DC's initiative to support local LGBTQ+ establishments.</w:t>
      </w:r>
      <w:r/>
    </w:p>
    <w:p>
      <w:pPr>
        <w:pStyle w:val="ListNumber"/>
        <w:spacing w:line="240" w:lineRule="auto"/>
        <w:ind w:left="720"/>
      </w:pPr>
      <w:r/>
      <w:hyperlink r:id="rId12">
        <w:r>
          <w:rPr>
            <w:color w:val="0000EE"/>
            <w:u w:val="single"/>
          </w:rPr>
          <w:t>https://www.eventbrite.com/e/lgbtq-community-brunch-freddies-beach-bar-restaurant-tickets-1993303701028</w:t>
        </w:r>
      </w:hyperlink>
      <w:r>
        <w:t xml:space="preserve"> - This Eventbrite page details the 'LGBTQ+ Community Brunch' hosted by Go Gay DC at Freddie's Beach Bar &amp; Restaurant on Saturday, August 22, 2026, from 11 AM to 12 PM. The event is free to attend; guests pay for their own orders separately. It's part of Go Gay DC's initiative to support local LGBTQ+ establishments. The brunch offers a buffet including a mimosa or coffee/tea, and dessert for $14.99, or attendees can order from the regular menu.</w:t>
      </w:r>
      <w:r/>
    </w:p>
    <w:p>
      <w:pPr>
        <w:pStyle w:val="ListNumber"/>
        <w:spacing w:line="240" w:lineRule="auto"/>
        <w:ind w:left="720"/>
      </w:pPr>
      <w:r/>
      <w:hyperlink r:id="rId13">
        <w:r>
          <w:rPr>
            <w:color w:val="0000EE"/>
            <w:u w:val="single"/>
          </w:rPr>
          <w:t>https://www.eventbrite.com/e/lgbtq-community-brunch-freddies-beach-bar-restaurant-tickets-1997429911635?aff=ebdssbdestsearch</w:t>
        </w:r>
      </w:hyperlink>
      <w:r>
        <w:t xml:space="preserve"> - This Eventbrite listing provides details about the 'LGBTQ+ Community Brunch' hosted by Go Gay DC at Freddie's Beach Bar &amp; Restaurant on Saturday, October 3, 2026, from 11 AM to 12 PM. The event is free to attend; guests pay for their own orders separately. It's part of Go Gay DC's initiative to support local LGBTQ+ establishments. The brunch offers a buffet including a mimosa or coffee/tea, and dessert for $14.99, or attendees can order from the regular menu.</w:t>
      </w:r>
      <w:r/>
    </w:p>
    <w:p>
      <w:pPr>
        <w:pStyle w:val="ListNumber"/>
        <w:spacing w:line="240" w:lineRule="auto"/>
        <w:ind w:left="720"/>
      </w:pPr>
      <w:r/>
      <w:hyperlink r:id="rId14">
        <w:r>
          <w:rPr>
            <w:color w:val="0000EE"/>
            <w:u w:val="single"/>
          </w:rPr>
          <w:t>https://www.eventbrite.com/e/lgbtq-community-brunch-freddies-beach-bar-restaurant-tickets-1993303808349</w:t>
        </w:r>
      </w:hyperlink>
      <w:r>
        <w:t xml:space="preserve"> - This Eventbrite page details the 'LGBTQ+ Community Brunch' hosted by Go Gay DC at Freddie's Beach Bar &amp; Restaurant on Saturday, September 5, 2026, from 11 AM to 12 PM. The event is free to attend; guests pay for their own orders separately. It's part of Go Gay DC's initiative to support local LGBTQ+ establishments. The brunch offers a buffet including a mimosa or coffee/tea, and dessert for $14.99, or attendees can order from the regular menu.</w:t>
      </w:r>
      <w:r/>
    </w:p>
    <w:p>
      <w:pPr>
        <w:pStyle w:val="ListNumber"/>
        <w:spacing w:line="240" w:lineRule="auto"/>
        <w:ind w:left="720"/>
      </w:pPr>
      <w:r/>
      <w:hyperlink r:id="rId14">
        <w:r>
          <w:rPr>
            <w:color w:val="0000EE"/>
            <w:u w:val="single"/>
          </w:rPr>
          <w:t>https://www.eventbrite.com/e/lgbtq-community-brunch-freddies-beach-bar-restaurant-tickets-1993303808349</w:t>
        </w:r>
      </w:hyperlink>
      <w:r>
        <w:t xml:space="preserve"> - This Eventbrite listing provides information about the 'LGBTQ+ Community Brunch' hosted by Go Gay DC at Freddie's Beach Bar &amp; Restaurant on Saturday, September 5, 2026, from 11 AM to 12 PM. The event is free to attend; guests pay for their own orders separately. It's part of Go Gay DC's initiative to support local LGBTQ+ establishments. The brunch offers a buffet including a mimosa or coffee/tea, and dessert for $14.99, or attendees can order from the regular menu.</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9/lgbtq-events-calendar-octover-9-15/" TargetMode="External"/><Relationship Id="rId10" Type="http://schemas.openxmlformats.org/officeDocument/2006/relationships/hyperlink" Target="https://www.eventbrite.com/e/out-in-dc-lgbtq-community-social-hotel-zena-tickets-1998662052000" TargetMode="External"/><Relationship Id="rId11" Type="http://schemas.openxmlformats.org/officeDocument/2006/relationships/hyperlink" Target="https://www.eventbrite.com/e/lgbtq-community-brunch-freddies-beach-bar-restaurant-tickets-1998865571733" TargetMode="External"/><Relationship Id="rId12" Type="http://schemas.openxmlformats.org/officeDocument/2006/relationships/hyperlink" Target="https://www.eventbrite.com/e/lgbtq-community-brunch-freddies-beach-bar-restaurant-tickets-1993303701028" TargetMode="External"/><Relationship Id="rId13" Type="http://schemas.openxmlformats.org/officeDocument/2006/relationships/hyperlink" Target="https://www.eventbrite.com/e/lgbtq-community-brunch-freddies-beach-bar-restaurant-tickets-1997429911635?aff=ebdssbdestsearch" TargetMode="External"/><Relationship Id="rId14" Type="http://schemas.openxmlformats.org/officeDocument/2006/relationships/hyperlink" Target="https://www.eventbrite.com/e/lgbtq-community-brunch-freddies-beach-bar-restaurant-tickets-19933038083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