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Lines film review: a vital history of Irish activism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discovering Lesbian Lines, Cara Holmes's documentary about Ireland's pioneering Lesbian Line volunteers, at a moment when the language of identity is being debated anew. Moving between hidden histories, community activism and candid conversations across generations, the film asks why naming lesbian lives still matters.</w:t>
      </w:r>
      <w:r/>
    </w:p>
    <w:p>
      <w:pPr>
        <w:pStyle w:val="Heading2"/>
      </w:pPr>
      <w:r>
        <w:t>Essential Takeaways</w:t>
      </w:r>
      <w:r/>
      <w:r/>
    </w:p>
    <w:p>
      <w:pPr>
        <w:pStyle w:val="ListBullet"/>
        <w:spacing w:line="240" w:lineRule="auto"/>
        <w:ind w:left="720"/>
      </w:pPr>
      <w:r/>
      <w:r>
        <w:rPr>
          <w:b/>
        </w:rPr>
        <w:t>A celebrated documentary:</w:t>
      </w:r>
      <w:r>
        <w:t xml:space="preserve"> The film won both the best feature and audience awards at Dublin's GAZE LGBTQIA film festival.</w:t>
      </w:r>
      <w:r/>
    </w:p>
    <w:p>
      <w:pPr>
        <w:pStyle w:val="ListBullet"/>
        <w:spacing w:line="240" w:lineRule="auto"/>
        <w:ind w:left="720"/>
      </w:pPr>
      <w:r/>
      <w:r>
        <w:rPr>
          <w:b/>
        </w:rPr>
        <w:t>A hidden history:</w:t>
      </w:r>
      <w:r>
        <w:t xml:space="preserve"> It recalls volunteers who offered support, organised protests and helped people navigate deeply hostile laws and social attitudes.</w:t>
      </w:r>
      <w:r/>
    </w:p>
    <w:p>
      <w:pPr>
        <w:pStyle w:val="ListBullet"/>
        <w:spacing w:line="240" w:lineRule="auto"/>
        <w:ind w:left="720"/>
      </w:pPr>
      <w:r/>
      <w:r>
        <w:rPr>
          <w:b/>
        </w:rPr>
        <w:t>Archive meets testimony:</w:t>
      </w:r>
      <w:r>
        <w:t xml:space="preserve"> Personal memories carry the film, while recreated visual details help fill gaps in the historical record.</w:t>
      </w:r>
      <w:r/>
    </w:p>
    <w:p>
      <w:pPr>
        <w:pStyle w:val="ListBullet"/>
        <w:spacing w:line="240" w:lineRule="auto"/>
        <w:ind w:left="720"/>
      </w:pPr>
      <w:r/>
      <w:r>
        <w:rPr>
          <w:b/>
        </w:rPr>
        <w:t>A generational conversation:</w:t>
      </w:r>
      <w:r>
        <w:t xml:space="preserve"> Older activists meet younger people who more often describe themselves as queer.</w:t>
      </w:r>
      <w:r/>
    </w:p>
    <w:p>
      <w:pPr>
        <w:pStyle w:val="ListBullet"/>
        <w:spacing w:line="240" w:lineRule="auto"/>
        <w:ind w:left="720"/>
      </w:pPr>
      <w:r/>
      <w:r>
        <w:rPr>
          <w:b/>
        </w:rPr>
        <w:t>A question of language:</w:t>
      </w:r>
      <w:r>
        <w:t xml:space="preserve"> The documentary explores whether lesbian identity is being made less visible even as legal rights have expanded.</w:t>
      </w:r>
      <w:r/>
      <w:r/>
    </w:p>
    <w:p>
      <w:pPr>
        <w:pStyle w:val="Heading2"/>
      </w:pPr>
      <w:r>
        <w:t>A quiet film with a powerful pulse</w:t>
      </w:r>
      <w:r/>
    </w:p>
    <w:p>
      <w:r/>
      <w:r>
        <w:t>The strongest feeling in Lesbian Lines isn't nostalgia. It's recognition. Holmes's documentary brings viewers into a world where a telephone call could feel like a lifeline, and where simply finding another woman with a shared experience was a startling act of connection.</w:t>
      </w:r>
      <w:r/>
    </w:p>
    <w:p>
      <w:r/>
      <w:r>
        <w:t>The film focuses on the Lesbian Line and related support networks that emerged during a period of criminalisation, religious pressure and widespread social silence. According to Film Ireland's review, Holmes gives the subject a reflective treatment rooted in personal testimony rather than turning it into a simple historical recap.</w:t>
      </w:r>
      <w:r/>
    </w:p>
    <w:p>
      <w:r/>
      <w:r>
        <w:t>That choice makes the film feel intimate. The voices are often calm, but the circumstances they describe were anything but.</w:t>
      </w:r>
      <w:r/>
    </w:p>
    <w:p>
      <w:pPr>
        <w:pStyle w:val="Heading2"/>
      </w:pPr>
      <w:r>
        <w:t>How Ireland's Lesbian Line became a lifeline</w:t>
      </w:r>
      <w:r/>
    </w:p>
    <w:p>
      <w:r/>
      <w:r>
        <w:t>Before online forums, social media and instant messaging, contact depended on landlines, word of mouth and astonishing levels of trust. Lesbian Line volunteers offered callers somewhere to speak without having to explain or defend their existence first.</w:t>
      </w:r>
      <w:r/>
    </w:p>
    <w:p>
      <w:r/>
      <w:r>
        <w:t>The work went far beyond answering phones. Former activists describe community organising, fundraising, protest work and practical support during the AIDS crisis, when fear and misinformation were widespread. The Irish Times has highlighted the film's sense of retrospective joy, but that warmth sits alongside a clear awareness of the risks its subjects faced.</w:t>
      </w:r>
      <w:r/>
    </w:p>
    <w:p>
      <w:r/>
      <w:r>
        <w:t>For many women, visibility could threaten family relationships, employment, housing or access to children. The documentary's stories therefore carry a particular emotional force: these weren't abstract battles over policy, but decisions that shaped everyday survival.</w:t>
      </w:r>
      <w:r/>
    </w:p>
    <w:p>
      <w:pPr>
        <w:pStyle w:val="Heading2"/>
      </w:pPr>
      <w:r>
        <w:t>Why the film relies on voices more than archives</w:t>
      </w:r>
      <w:r/>
    </w:p>
    <w:p>
      <w:r/>
      <w:r>
        <w:t>Holmes faced an obvious problem. Much of this history happened privately, often deliberately out of sight, so a comprehensive archive was never guaranteed. The film responds with interviews, period atmosphere and repeated images of telephones, a visual motif that may feel obvious at first but gradually becomes meaningful.</w:t>
      </w:r>
      <w:r/>
    </w:p>
    <w:p>
      <w:r/>
      <w:r>
        <w:t>The phone represents both distance and closeness. It separates the caller from the volunteer, yet it also creates a protected space in which honesty becomes possible. Film Ireland's assessment points to the documentary's careful reconstruction of a largely unseen world, while the Irish Times describes its relationship with the past as affectionate and thoughtful.</w:t>
      </w:r>
      <w:r/>
    </w:p>
    <w:p>
      <w:r/>
      <w:r>
        <w:t>There are reminders of the era everywhere: cigarette smoke, segregated spaces and the shadow of the Troubles. These details give the film texture without overwhelming the people telling the story.</w:t>
      </w:r>
      <w:r/>
    </w:p>
    <w:p>
      <w:pPr>
        <w:pStyle w:val="Heading2"/>
      </w:pPr>
      <w:r>
        <w:t>A generational question about the word lesbian</w:t>
      </w:r>
      <w:r/>
    </w:p>
    <w:p>
      <w:r/>
      <w:r>
        <w:t>One of the documentary's most revealing exchanges brings original volunteers together with younger women. The older generation speaks openly about lesbian identity, while the younger participants tend to use the word queer.</w:t>
      </w:r>
      <w:r/>
    </w:p>
    <w:p>
      <w:r/>
      <w:r>
        <w:t>That difference isn't presented as a simplistic clash between right and wrong. Queer can offer flexibility, community and room for people whose identities don't fit older categories. Yet Holmes's film asks what might be lost when the word lesbian disappears from everyday conversation, particularly after it carried so much political and emotional weight.</w:t>
      </w:r>
      <w:r/>
    </w:p>
    <w:p>
      <w:r/>
      <w:r>
        <w:t>In an interview with the Irish Times, Holmes discussed growing up at a time when the word wasn't commonly spoken aloud. That absence matters. A label can restrict, but it can also help someone recognise that their feelings have a name, a history and a community behind them.</w:t>
      </w:r>
      <w:r/>
    </w:p>
    <w:p>
      <w:pPr>
        <w:pStyle w:val="Heading2"/>
      </w:pPr>
      <w:r>
        <w:t>A timely reminder that rights need memory</w:t>
      </w:r>
      <w:r/>
    </w:p>
    <w:p>
      <w:r/>
      <w:r>
        <w:t>Lesbian Lines arrives with a sense of achievement, but it refuses complacency. Its older interviewees recall a community that challenged discrimination, supported vulnerable people and built networks where official systems offered little help.</w:t>
      </w:r>
      <w:r/>
    </w:p>
    <w:p>
      <w:r/>
      <w:r>
        <w:t>The film also creates a moving handover between generations. Younger viewers may inherit freedoms that earlier activists could only imagine, while older women bring knowledge of how fragile those gains once seemed. The exchange is warm, but it carries a gentle challenge: listening should lead to remembering.</w:t>
      </w:r>
      <w:r/>
    </w:p>
    <w:p>
      <w:r/>
      <w:r>
        <w:t>As the Irish Times' coverage suggests, this is a film shaped by both celebration and reflection. It honours the people who made change possible, while asking audiences to keep identity visible rather than treating progress as the end of the conversation.</w:t>
      </w:r>
      <w:r/>
    </w:p>
    <w:p>
      <w:r/>
      <w:r>
        <w:t>Lesbian Lines is a thoughtful, necessary film about the lives made possible when people refuse to remain hidden.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1">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1">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1">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https://nomoreworkhorse.com/2026/10/09/lesbian-lines-film-review/</w:t>
        </w:r>
      </w:hyperlink>
      <w:r>
        <w:t xml:space="preserve"> - Please view link - unable to able to access data</w:t>
      </w:r>
      <w:r/>
    </w:p>
    <w:p>
      <w:pPr>
        <w:pStyle w:val="ListNumber"/>
        <w:spacing w:line="240" w:lineRule="auto"/>
        <w:ind w:left="720"/>
      </w:pPr>
      <w:r/>
      <w:hyperlink r:id="rId10">
        <w:r>
          <w:rPr>
            <w:color w:val="0000EE"/>
            <w:u w:val="single"/>
          </w:rPr>
          <w:t>https://www.irishtimes.com/culture/film/review/2026/10/07/lesbian-lines-review-cara-holmes-fine-film-is-much-at-home-to-retrospective-joy/</w:t>
        </w:r>
      </w:hyperlink>
      <w:r>
        <w:t xml:space="preserve"> - This review of 'Lesbian Lines' by Cara Holmes highlights the film's exploration of the establishment of a helpline for lesbians in Ireland during the late 1970s. The documentary combines interviews with original volunteers and archival footage to depict the challenges faced by the LGBTQIA+ community in a conservative society. The film is praised for its ability to be both funny and inspiring, offering a useful record of Ireland's past and the resilience of its people.</w:t>
      </w:r>
      <w:r/>
    </w:p>
    <w:p>
      <w:pPr>
        <w:pStyle w:val="ListNumber"/>
        <w:spacing w:line="240" w:lineRule="auto"/>
        <w:ind w:left="720"/>
      </w:pPr>
      <w:r/>
      <w:hyperlink r:id="rId12">
        <w:r>
          <w:rPr>
            <w:color w:val="0000EE"/>
            <w:u w:val="single"/>
          </w:rPr>
          <w:t>https://www.irishtimes.com/culture/film/2026/07/27/lesbian-lines-director-cara-holmes-growing-up-the-word-lesbian-was-not-really-being-said-out-loud/</w:t>
        </w:r>
      </w:hyperlink>
      <w:r>
        <w:t xml:space="preserve"> - An interview with director Cara Holmes discusses the inspiration behind 'Lesbian Lines,' focusing on the isolation and lack of representation of lesbians in Ireland during the 1980s. Holmes reflects on the societal challenges and the importance of the helplines in providing support and community. The article also touches upon the significance of the film in preserving queer history and the act of listening as an act of solidarity.</w:t>
      </w:r>
      <w:r/>
    </w:p>
    <w:p>
      <w:pPr>
        <w:pStyle w:val="ListNumber"/>
        <w:spacing w:line="240" w:lineRule="auto"/>
        <w:ind w:left="720"/>
      </w:pPr>
      <w:r/>
      <w:hyperlink r:id="rId11">
        <w:r>
          <w:rPr>
            <w:color w:val="0000EE"/>
            <w:u w:val="single"/>
          </w:rPr>
          <w:t>https://www.filmireland.net/review-lesbian-lines/</w:t>
        </w:r>
      </w:hyperlink>
      <w:r>
        <w:t xml:space="preserve"> - This review of 'Lesbian Lines' examines the film's portrayal of an underground helpline network established by lesbians in Ireland during the 1970s and 1980s. The documentary is noted for its blend of docufiction, archive footage, and interviews, effectively capturing the oppressive societal atmosphere of the time. The film is commended for its focus on collectivism and the transformative power of listening, with particular attention given to Joni Crone's appearance on 'The Late Late Show' in 1980.</w:t>
      </w:r>
      <w:r/>
    </w:p>
    <w:p>
      <w:pPr>
        <w:pStyle w:val="ListNumber"/>
        <w:spacing w:line="240" w:lineRule="auto"/>
        <w:ind w:left="720"/>
      </w:pPr>
      <w:r/>
      <w:hyperlink r:id="rId13">
        <w:r>
          <w:rPr>
            <w:color w:val="0000EE"/>
            <w:u w:val="single"/>
          </w:rPr>
          <w:t>https://www.irishtimes.com/culture/film/2026/10/07/lesbian-lines-review-cara-holmes-fine-film-is-much-at-home-to-retrospective-joy/</w:t>
        </w:r>
      </w:hyperlink>
      <w:r>
        <w:t xml:space="preserve"> - This review of 'Lesbian Lines' by Cara Holmes highlights the film's exploration of the establishment of a helpline for lesbians in Ireland during the late 1970s. The documentary combines interviews with original volunteers and archival footage to depict the challenges faced by the LGBTQIA+ community in a conservative society. The film is praised for its ability to be both funny and inspiring, offering a useful record of Ireland's past and the resilience of its people.</w:t>
      </w:r>
      <w:r/>
    </w:p>
    <w:p>
      <w:pPr>
        <w:pStyle w:val="ListNumber"/>
        <w:spacing w:line="240" w:lineRule="auto"/>
        <w:ind w:left="720"/>
      </w:pPr>
      <w:r/>
      <w:hyperlink r:id="rId11">
        <w:r>
          <w:rPr>
            <w:color w:val="0000EE"/>
            <w:u w:val="single"/>
          </w:rPr>
          <w:t>https://www.filmireland.net/review-lesbian-lines/</w:t>
        </w:r>
      </w:hyperlink>
      <w:r>
        <w:t xml:space="preserve"> - This review of 'Lesbian Lines' examines the film's portrayal of an underground helpline network established by lesbians in Ireland during the 1970s and 1980s. The documentary is noted for its blend of docufiction, archive footage, and interviews, effectively capturing the oppressive societal atmosphere of the time. The film is commended for its focus on collectivism and the transformative power of listening, with particular attention given to Joni Crone's appearance on 'The Late Late Show' in 1980.</w:t>
      </w:r>
      <w:r/>
    </w:p>
    <w:p>
      <w:pPr>
        <w:pStyle w:val="ListNumber"/>
        <w:spacing w:line="240" w:lineRule="auto"/>
        <w:ind w:left="720"/>
      </w:pPr>
      <w:r/>
      <w:hyperlink r:id="rId11">
        <w:r>
          <w:rPr>
            <w:color w:val="0000EE"/>
            <w:u w:val="single"/>
          </w:rPr>
          <w:t>https://www.filmireland.net/review-lesbian-lines/</w:t>
        </w:r>
      </w:hyperlink>
      <w:r>
        <w:t xml:space="preserve"> - This review of 'Lesbian Lines' examines the film's portrayal of an underground helpline network established by lesbians in Ireland during the 1970s and 1980s. The documentary is noted for its blend of docufiction, archive footage, and interviews, effectively capturing the oppressive societal atmosphere of the time. The film is commended for its focus on collectivism and the transformative power of listening, with particular attention given to Joni Crone's appearance on 'The Late Late Show' in 1980.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oreworkhorse.com/2026/10/09/lesbian-lines-film-review/" TargetMode="External"/><Relationship Id="rId10" Type="http://schemas.openxmlformats.org/officeDocument/2006/relationships/hyperlink" Target="https://www.irishtimes.com/culture/film/review/2026/10/07/lesbian-lines-review-cara-holmes-fine-film-is-much-at-home-to-retrospective-joy/" TargetMode="External"/><Relationship Id="rId11" Type="http://schemas.openxmlformats.org/officeDocument/2006/relationships/hyperlink" Target="https://www.filmireland.net/review-lesbian-lines/" TargetMode="External"/><Relationship Id="rId12" Type="http://schemas.openxmlformats.org/officeDocument/2006/relationships/hyperlink" Target="https://www.irishtimes.com/culture/film/2026/07/27/lesbian-lines-director-cara-holmes-growing-up-the-word-lesbian-was-not-really-being-said-out-loud/" TargetMode="External"/><Relationship Id="rId13" Type="http://schemas.openxmlformats.org/officeDocument/2006/relationships/hyperlink" Target="https://www.irishtimes.com/culture/film/2026/10/07/lesbian-lines-review-cara-holmes-fine-film-is-much-at-home-to-retrospective-jo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