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Las Vegas Pride 2026 events for a vibrant October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Las Vegas Pride is bringing its 43rd anniversary to life with a free downtown parade on Friday 9 October, followed by ten days of LGBTQIA+ events, dancing and community celebration. With an all-ages welcome and the theme “Rise, Resist, Rejoice!”, the programme offers a lively way to mark LGBTQIA+ History Month.</w:t>
      </w:r>
      <w:r/>
    </w:p>
    <w:p>
      <w:pPr>
        <w:pStyle w:val="Heading2"/>
      </w:pPr>
      <w:r>
        <w:t>Essential Takeaways</w:t>
      </w:r>
      <w:r/>
      <w:r/>
    </w:p>
    <w:p>
      <w:pPr>
        <w:pStyle w:val="ListBullet"/>
        <w:spacing w:line="240" w:lineRule="auto"/>
        <w:ind w:left="720"/>
      </w:pPr>
      <w:r/>
      <w:r>
        <w:rPr>
          <w:b/>
        </w:rPr>
        <w:t>Free opening parade:</w:t>
      </w:r>
      <w:r>
        <w:t xml:space="preserve"> The all-ages procession begins at Fourth Street and Bridger Avenue in downtown Las Vegas.</w:t>
      </w:r>
      <w:r/>
    </w:p>
    <w:p>
      <w:pPr>
        <w:pStyle w:val="ListBullet"/>
        <w:spacing w:line="240" w:lineRule="auto"/>
        <w:ind w:left="720"/>
      </w:pPr>
      <w:r/>
      <w:r>
        <w:rPr>
          <w:b/>
        </w:rPr>
        <w:t>Ten days of events:</w:t>
      </w:r>
      <w:r>
        <w:t xml:space="preserve"> Celebrations continue through 18 October, including the Rainbow Rave and annual festival.</w:t>
      </w:r>
      <w:r/>
    </w:p>
    <w:p>
      <w:pPr>
        <w:pStyle w:val="ListBullet"/>
        <w:spacing w:line="240" w:lineRule="auto"/>
        <w:ind w:left="720"/>
      </w:pPr>
      <w:r/>
      <w:r>
        <w:rPr>
          <w:b/>
        </w:rPr>
        <w:t>A bold 2026 theme:</w:t>
      </w:r>
      <w:r>
        <w:t xml:space="preserve"> “Rise, Resist, Rejoice!” focuses on resilience, unity and joy.</w:t>
      </w:r>
      <w:r/>
    </w:p>
    <w:p>
      <w:pPr>
        <w:pStyle w:val="ListBullet"/>
        <w:spacing w:line="240" w:lineRule="auto"/>
        <w:ind w:left="720"/>
      </w:pPr>
      <w:r/>
      <w:r>
        <w:rPr>
          <w:b/>
        </w:rPr>
        <w:t>Different events, different access:</w:t>
      </w:r>
      <w:r>
        <w:t xml:space="preserve"> The parade is free, while the Rainbow Rave is for over-18s and requires tickets.</w:t>
      </w:r>
      <w:r/>
    </w:p>
    <w:p>
      <w:pPr>
        <w:pStyle w:val="ListBullet"/>
        <w:spacing w:line="240" w:lineRule="auto"/>
        <w:ind w:left="720"/>
      </w:pPr>
      <w:r/>
      <w:r>
        <w:rPr>
          <w:b/>
        </w:rPr>
        <w:t>Community at the centre:</w:t>
      </w:r>
      <w:r>
        <w:t xml:space="preserve"> Las Vegas Pride has spent 43 years promoting visibility and amplifying LGBTQIA+ voices.</w:t>
      </w:r>
      <w:r/>
      <w:r/>
    </w:p>
    <w:p>
      <w:pPr>
        <w:pStyle w:val="Heading2"/>
      </w:pPr>
      <w:r>
        <w:t>Downtown Las Vegas gets ready to celebrate</w:t>
      </w:r>
      <w:r/>
    </w:p>
    <w:p>
      <w:r/>
      <w:r>
        <w:t>The strongest image of Las Vegas Pride 2026 may be the simplest one: colourful entries moving through downtown, surrounded by people in bright outfits, waving flags and cheering from the street. The opening parade runs from 6pm to 11pm on Friday 9 October, starting at Fourth Street and Bridger Avenue.</w:t>
      </w:r>
      <w:r/>
    </w:p>
    <w:p>
      <w:r/>
      <w:r>
        <w:t>It’s free, family-friendly and open to everyone, making it an easy first stop for visitors and local families alike. According to the Las Vegas Pride event information, the parade also launches National Coming Out Weekend and the organisation’s wider LGBTQIA+ History Month programme.</w:t>
      </w:r>
      <w:r/>
    </w:p>
    <w:p>
      <w:r/>
      <w:r>
        <w:t>That combination gives the evening a little more weight than a typical night out. There’s music and spectacle, of course, but also a visible reminder of how much community celebration can matter.</w:t>
      </w:r>
      <w:r/>
    </w:p>
    <w:p>
      <w:pPr>
        <w:pStyle w:val="Heading2"/>
      </w:pPr>
      <w:r>
        <w:t>Why the 43rd anniversary feels significant</w:t>
      </w:r>
      <w:r/>
    </w:p>
    <w:p>
      <w:r/>
      <w:r>
        <w:t>Las Vegas Pride has been serving the community for 43 years, building its programme around visibility, connection and LGBTQIA+ representation. Its anniversary celebration arrives at a time when Pride events are increasingly balancing joyful public gatherings with space for history, advocacy and reflection.</w:t>
      </w:r>
      <w:r/>
    </w:p>
    <w:p>
      <w:r/>
      <w:r>
        <w:t>The 2026 theme, “Rise, Resist, Rejoice!”, neatly captures that mix. It recognises resilience and unity, while keeping joy firmly in the frame, which is perhaps exactly what a long-running celebration needs.</w:t>
      </w:r>
      <w:r/>
    </w:p>
    <w:p>
      <w:r/>
      <w:r>
        <w:t>The organisation’s anniversary announcement presents the milestone as a celebration of the community’s continuing energy and diversity. After more than four decades, the event feels less like a one-off date in the calendar and more like a familiar thread running through Las Vegas life.</w:t>
      </w:r>
      <w:r/>
    </w:p>
    <w:p>
      <w:pPr>
        <w:pStyle w:val="Heading2"/>
      </w:pPr>
      <w:r>
        <w:t>What else is happening during Las Vegas Pride 2026?</w:t>
      </w:r>
      <w:r/>
    </w:p>
    <w:p>
      <w:r/>
      <w:r>
        <w:t>The parade is only the opening scene. On Saturday 10 October, the Rainbow Rave takes over AREA15’s A Lot on South Rancho Drive from 8.30pm. This event is for guests aged 18 and over, and tickets are required, so it’s worth checking availability before heading out.</w:t>
      </w:r>
      <w:r/>
    </w:p>
    <w:p>
      <w:r/>
      <w:r>
        <w:t>The annual Las Vegas Pride Festival follows on Saturday 17 October, with full details and timings available through the organisation’s official programme. Event listings from Vegas4Locals and the Las Vegas Pride calendar also point visitors towards the broader schedule, which is useful if you’re planning more than one night.</w:t>
      </w:r>
      <w:r/>
    </w:p>
    <w:p>
      <w:r/>
      <w:r>
        <w:t>Meanwhile, the celebration continues until Sunday 18 October. That gives visitors plenty of flexibility, whether they want the bustle of the parade, a late-night dance event or a festival-focused day.</w:t>
      </w:r>
      <w:r/>
    </w:p>
    <w:p>
      <w:pPr>
        <w:pStyle w:val="Heading2"/>
      </w:pPr>
      <w:r>
        <w:t>A simple guide to planning your visit</w:t>
      </w:r>
      <w:r/>
    </w:p>
    <w:p>
      <w:r/>
      <w:r>
        <w:t>If you’re bringing children or prefer a relaxed public event, the parade is the clearest starting point. Arrive early enough to find a comfortable viewing spot, and wear light, practical clothing. Las Vegas evenings can be warm, but standing outdoors for several hours still calls for water, sensible shoes and a little patience.</w:t>
      </w:r>
      <w:r/>
    </w:p>
    <w:p>
      <w:r/>
      <w:r>
        <w:t>For the Rainbow Rave, check the age requirement and ticket arrangements in advance. AREA15 is a destination in its own right, so allowing extra time for travel, entry and meeting friends will make the night feel considerably smoother.</w:t>
      </w:r>
      <w:r/>
    </w:p>
    <w:p>
      <w:r/>
      <w:r>
        <w:t>Visitors planning the festival should check the official Las Vegas Pride website for updated timings, access information and any programme changes. As ever with large public events, the details that seem small, such as parking, transport and entry rules, can make the biggest difference.</w:t>
      </w:r>
      <w:r/>
    </w:p>
    <w:p>
      <w:pPr>
        <w:pStyle w:val="Heading2"/>
      </w:pPr>
      <w:r>
        <w:t>A celebration built for both joy and visibility</w:t>
      </w:r>
      <w:r/>
    </w:p>
    <w:p>
      <w:r/>
      <w:r>
        <w:t>Pride events can be loud, glittery and gloriously busy, but their appeal goes beyond the photographs. A free public parade gives people a chance to see themselves represented in the centre of the city, while the wider schedule creates room for dancing, conversation and community connection.</w:t>
      </w:r>
      <w:r/>
    </w:p>
    <w:p>
      <w:r/>
      <w:r>
        <w:t>The Pride Tree’s event listings reflect the broader appetite for LGBTQIA+ gatherings in Las Vegas, from headline celebrations to smaller community-focused occasions. That variety matters because not everyone experiences Pride in the same way. Some want a crowd and a soundtrack, while others simply want to feel welcome.</w:t>
      </w:r>
      <w:r/>
    </w:p>
    <w:p>
      <w:r/>
      <w:r>
        <w:t>For Las Vegas, the 43rd anniversary is a chance to look back without standing still. The message is upbeat, the programme is practical and the welcome is deliberately broad. In a city known for spectacle, that sense of belonging may be the most memorable part.</w:t>
      </w:r>
      <w:r/>
    </w:p>
    <w:p>
      <w:r/>
      <w:r>
        <w:t>Check the official schedule before travelling, then choose the event that suits your pace best.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https://nevadabusiness.com/2026/10/las-vegas-pride-kicks-off-43rd-anniversary-celebration-tonight-with-downtown-parade-10-9/</w:t>
        </w:r>
      </w:hyperlink>
      <w:r>
        <w:t xml:space="preserve"> - Please view link - unable to able to access data</w:t>
      </w:r>
      <w:r/>
    </w:p>
    <w:p>
      <w:pPr>
        <w:pStyle w:val="ListNumber"/>
        <w:spacing w:line="240" w:lineRule="auto"/>
        <w:ind w:left="720"/>
      </w:pPr>
      <w:r/>
      <w:hyperlink r:id="rId10">
        <w:r>
          <w:rPr>
            <w:color w:val="0000EE"/>
            <w:u w:val="single"/>
          </w:rPr>
          <w:t>https://lasvegaspride.org/2026/05/05/las-vegas-pride-is-celebrating-43-fabulous-years-of-serving-the-community/</w:t>
        </w:r>
      </w:hyperlink>
      <w:r>
        <w:t xml:space="preserve"> - Las Vegas PRIDE is celebrating its 43rd anniversary in 2026, marking over four decades of amplifying LGBTQIA+ voices and promoting community visibility. The theme for this year's celebration is 'Rise, Resist, Rejoice!', highlighting the community's resilience and unity. The festivities coincide with LGBTQIA+ History Month and National Coming Out Day, featuring a 10-day series of events from October 9 to October 18, including the annual parade and festival.</w:t>
      </w:r>
      <w:r/>
    </w:p>
    <w:p>
      <w:pPr>
        <w:pStyle w:val="ListNumber"/>
        <w:spacing w:line="240" w:lineRule="auto"/>
        <w:ind w:left="720"/>
      </w:pPr>
      <w:r/>
      <w:hyperlink r:id="rId12">
        <w:r>
          <w:rPr>
            <w:color w:val="0000EE"/>
            <w:u w:val="single"/>
          </w:rPr>
          <w:t>https://lasvegaspride.org/2026/04/02/festival-guide-2026/</w:t>
        </w:r>
      </w:hyperlink>
      <w:r>
        <w:t xml:space="preserve"> - The 2026 Las Vegas PRIDE Festival is scheduled for October 17, 2026, from noon to 10:00 PM PDT at the Desert Breeze Events Center. The festival is a family-friendly, PG-rated experience until 7 p.m., after which it transitions to PRIDE After-Dark, an R-rated event. Attendees can expect live entertainment, food vendors, community organizations, and various activities celebrating the LGBTQIA+ community.</w:t>
      </w:r>
      <w:r/>
    </w:p>
    <w:p>
      <w:pPr>
        <w:pStyle w:val="ListNumber"/>
        <w:spacing w:line="240" w:lineRule="auto"/>
        <w:ind w:left="720"/>
      </w:pPr>
      <w:r/>
      <w:hyperlink r:id="rId11">
        <w:r>
          <w:rPr>
            <w:color w:val="0000EE"/>
            <w:u w:val="single"/>
          </w:rPr>
          <w:t>https://lasvegaspride.org/events/</w:t>
        </w:r>
      </w:hyperlink>
      <w:r>
        <w:t xml:space="preserve"> - The Las Vegas PRIDE 2026 calendar features a variety of events from October 8 to October 25, including the Las Vegas PRIDE Night Parade on October 9 at 6:00 pm, Diva’s Diner at Denny’s Las Vegas on October 9 at 10:00 pm, and the Las Vegas PRIDE Rainbow Rave on October 10 at 8:30 pm. These events aim to celebrate and uplift the LGBTQIA+ community through diverse activities and gatherings.</w:t>
      </w:r>
      <w:r/>
    </w:p>
    <w:p>
      <w:pPr>
        <w:pStyle w:val="ListNumber"/>
        <w:spacing w:line="240" w:lineRule="auto"/>
        <w:ind w:left="720"/>
      </w:pPr>
      <w:r/>
      <w:hyperlink r:id="rId14">
        <w:r>
          <w:rPr>
            <w:color w:val="0000EE"/>
            <w:u w:val="single"/>
          </w:rPr>
          <w:t>https://www.vegas4locals.com/event/las-vegas-pride-festival-2026/</w:t>
        </w:r>
      </w:hyperlink>
      <w:r>
        <w:t xml:space="preserve"> - The Las Vegas PRIDE Festival 2026 is set for October 17, 2026, from 12:00 pm to 10:00 pm at the Desert Breeze Events Center. The festival offers a full day of live entertainment, food, community organizations, vendors, and activities celebrating Southern Nevada’s LGBTQIA+ community. The event is family-friendly until early evening, transitioning to PRIDE After-Dark in the evening.</w:t>
      </w:r>
      <w:r/>
    </w:p>
    <w:p>
      <w:pPr>
        <w:pStyle w:val="ListNumber"/>
        <w:spacing w:line="240" w:lineRule="auto"/>
        <w:ind w:left="720"/>
      </w:pPr>
      <w:r/>
      <w:hyperlink r:id="rId13">
        <w:r>
          <w:rPr>
            <w:color w:val="0000EE"/>
            <w:u w:val="single"/>
          </w:rPr>
          <w:t>https://www.vegas4locals.com/event/las-vegas-pride-night-parade/</w:t>
        </w:r>
      </w:hyperlink>
      <w:r>
        <w:t xml:space="preserve"> - The Las Vegas PRIDE Night Parade 2026 is scheduled for October 9, 2026, at 6:00 pm in downtown Las Vegas. The parade features illuminated floats, community organizations, performers, local businesses, and thousands of spectators along Fourth Street. The festivities begin with a pre-show at 6:00 p.m., followed by the parade at 7:00 p.m. The event is free for spectators, with no admission ticket or wristband required to watch the parade from public viewing areas.</w:t>
      </w:r>
      <w:r/>
    </w:p>
    <w:p>
      <w:pPr>
        <w:pStyle w:val="ListNumber"/>
        <w:spacing w:line="240" w:lineRule="auto"/>
        <w:ind w:left="720"/>
      </w:pPr>
      <w:r/>
      <w:hyperlink r:id="rId15">
        <w:r>
          <w:rPr>
            <w:color w:val="0000EE"/>
            <w:u w:val="single"/>
          </w:rPr>
          <w:t>https://www.thepridetreelv.com/events</w:t>
        </w:r>
      </w:hyperlink>
      <w:r>
        <w:t xml:space="preserve"> - The Pride Tree is participating in the Las Vegas PRIDE Night Parade on October 9, 2026. Participants are encouraged to wear Pride Tree tie-dye and join the walk or roll in the parade, which begins at 7:00 PM in downtown Las Vegas. The parade route is approximately 1–1.1 miles along paved downtown streets, with participants checking in at their assigned staging areas between 5:30–6:00 PM.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vadabusiness.com/2026/10/las-vegas-pride-kicks-off-43rd-anniversary-celebration-tonight-with-downtown-parade-10-9/" TargetMode="External"/><Relationship Id="rId10" Type="http://schemas.openxmlformats.org/officeDocument/2006/relationships/hyperlink" Target="https://lasvegaspride.org/2026/05/05/las-vegas-pride-is-celebrating-43-fabulous-years-of-serving-the-community/" TargetMode="External"/><Relationship Id="rId11" Type="http://schemas.openxmlformats.org/officeDocument/2006/relationships/hyperlink" Target="https://lasvegaspride.org/events/" TargetMode="External"/><Relationship Id="rId12" Type="http://schemas.openxmlformats.org/officeDocument/2006/relationships/hyperlink" Target="https://lasvegaspride.org/2026/04/02/festival-guide-2026/" TargetMode="External"/><Relationship Id="rId13" Type="http://schemas.openxmlformats.org/officeDocument/2006/relationships/hyperlink" Target="https://www.vegas4locals.com/event/las-vegas-pride-night-parade/" TargetMode="External"/><Relationship Id="rId14" Type="http://schemas.openxmlformats.org/officeDocument/2006/relationships/hyperlink" Target="https://www.vegas4locals.com/event/las-vegas-pride-festival-2026/" TargetMode="External"/><Relationship Id="rId15" Type="http://schemas.openxmlformats.org/officeDocument/2006/relationships/hyperlink" Target="https://www.thepridetreelv.com/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