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inclusive music events in Oisterwijk bring people together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to Oisterwijk are being invited to experience a very different kind of anniversary concert, where live music, personal stories and open conversation meet. Koninklijke Harmonie Asterius is marking 180 years with O'pen Up, a warm, thoughtful celebration of diversity, acceptance and the simple power of meeting someone new.</w:t>
      </w:r>
      <w:r/>
    </w:p>
    <w:p>
      <w:pPr>
        <w:pStyle w:val="Heading2"/>
      </w:pPr>
      <w:r>
        <w:t>Essential Takeaways</w:t>
      </w:r>
      <w:r/>
      <w:r/>
    </w:p>
    <w:p>
      <w:pPr>
        <w:pStyle w:val="ListBullet"/>
        <w:spacing w:line="240" w:lineRule="auto"/>
        <w:ind w:left="720"/>
      </w:pPr>
      <w:r/>
      <w:r>
        <w:rPr>
          <w:b/>
        </w:rPr>
        <w:t>A major milestone:</w:t>
      </w:r>
      <w:r>
        <w:t xml:space="preserve"> Koninklijke Harmonie Asterius is celebrating 180 years with a forward-looking programme.</w:t>
      </w:r>
      <w:r/>
    </w:p>
    <w:p>
      <w:pPr>
        <w:pStyle w:val="ListBullet"/>
        <w:spacing w:line="240" w:lineRule="auto"/>
        <w:ind w:left="720"/>
      </w:pPr>
      <w:r/>
      <w:r>
        <w:rPr>
          <w:b/>
        </w:rPr>
        <w:t>More than a concert:</w:t>
      </w:r>
      <w:r>
        <w:t xml:space="preserve"> O'pen Up combines orchestral music with talks, personal stories and informal encounters.</w:t>
      </w:r>
      <w:r/>
    </w:p>
    <w:p>
      <w:pPr>
        <w:pStyle w:val="ListBullet"/>
        <w:spacing w:line="240" w:lineRule="auto"/>
        <w:ind w:left="720"/>
      </w:pPr>
      <w:r/>
      <w:r>
        <w:rPr>
          <w:b/>
        </w:rPr>
        <w:t>A clear message:</w:t>
      </w:r>
      <w:r>
        <w:t xml:space="preserve"> The event focuses on inclusion, self-expression and greater understanding.</w:t>
      </w:r>
      <w:r/>
    </w:p>
    <w:p>
      <w:pPr>
        <w:pStyle w:val="ListBullet"/>
        <w:spacing w:line="240" w:lineRule="auto"/>
        <w:ind w:left="720"/>
      </w:pPr>
      <w:r/>
      <w:r>
        <w:rPr>
          <w:b/>
        </w:rPr>
        <w:t>Community partners:</w:t>
      </w:r>
      <w:r>
        <w:t xml:space="preserve"> Several organisations will offer information and conversations around LGBTQIA+ identity and equal treatment.</w:t>
      </w:r>
      <w:r/>
    </w:p>
    <w:p>
      <w:pPr>
        <w:pStyle w:val="ListBullet"/>
        <w:spacing w:line="240" w:lineRule="auto"/>
        <w:ind w:left="720"/>
      </w:pPr>
      <w:r/>
      <w:r>
        <w:rPr>
          <w:b/>
        </w:rPr>
        <w:t>Two chances to attend:</w:t>
      </w:r>
      <w:r>
        <w:t xml:space="preserve"> A preview takes place on Friday, followed by the main anniversary concert on Saturday.</w:t>
      </w:r>
      <w:r/>
      <w:r/>
    </w:p>
    <w:p>
      <w:pPr>
        <w:pStyle w:val="Heading2"/>
      </w:pPr>
      <w:r>
        <w:t>A historic band chooses a modern message</w:t>
      </w:r>
      <w:r/>
    </w:p>
    <w:p>
      <w:r/>
      <w:r>
        <w:t>Anniversary concerts often arrive wrapped in nostalgia, with old photographs, familiar marches and a gentle glance backwards. Asterius is taking another route. For its 180th birthday, the Oisterwijk harmony is using music as a starting point for a wider conversation about who feels welcome in the community.</w:t>
      </w:r>
      <w:r/>
    </w:p>
    <w:p>
      <w:r/>
      <w:r>
        <w:t>That gives O'pen Up a distinctly human atmosphere. The sound of a large ensemble remains central, but the evening is also designed to create room for curiosity, conversation and recognition. According to Omroep Brabant, the event places inclusivity and connection firmly alongside the musical programme.</w:t>
      </w:r>
      <w:r/>
    </w:p>
    <w:p>
      <w:r/>
      <w:r>
        <w:t>It feels like a confident choice. A long-established cultural group isn't simply preserving tradition here; it's asking what tradition can do next.</w:t>
      </w:r>
      <w:r/>
    </w:p>
    <w:p>
      <w:pPr>
        <w:pStyle w:val="Heading2"/>
      </w:pPr>
      <w:r>
        <w:t>Why O'pen Up reaches beyond the stage</w:t>
      </w:r>
      <w:r/>
    </w:p>
    <w:p>
      <w:r/>
      <w:r>
        <w:t>The organisers' central idea is straightforward: people who share an interest can find common ground, even when their lives look very different. Music makes that meeting easier because it offers an immediate shared experience, before anyone needs to find the perfect words.</w:t>
      </w:r>
      <w:r/>
    </w:p>
    <w:p>
      <w:r/>
      <w:r>
        <w:t>Tables seating groups of eight are intended to encourage conversation between audience members. That's a small but clever detail. Sitting beside strangers can feel awkward at first, but a welcoming setting and a performance to discuss can make the first question come naturally.</w:t>
      </w:r>
      <w:r/>
    </w:p>
    <w:p>
      <w:r/>
      <w:r>
        <w:t>Coverage from Nieuwsklok describes the anniversary project as a plea for connection and the freedom to be oneself. In practice, that means the concert isn't just asking audiences to listen. It's encouraging them to leave with a slightly broader view of the people around them.</w:t>
      </w:r>
      <w:r/>
    </w:p>
    <w:p>
      <w:pPr>
        <w:pStyle w:val="Heading2"/>
      </w:pPr>
      <w:r>
        <w:t>Personal stories put faces to inclusion</w:t>
      </w:r>
      <w:r/>
    </w:p>
    <w:p>
      <w:r/>
      <w:r>
        <w:t>The programme also includes a Living Books session at the Tiliander library before the music begins. Visitors can hear people speak about their experiences of coming out, gender identity, polyamory and asexuality.</w:t>
      </w:r>
      <w:r/>
    </w:p>
    <w:p>
      <w:r/>
      <w:r>
        <w:t>The format matters because broad terms can sometimes feel distant. A personal story, told by the person who lived it, is more immediate. It can replace assumption with detail, and discomfort with a better question.</w:t>
      </w:r>
      <w:r/>
    </w:p>
    <w:p>
      <w:r/>
      <w:r>
        <w:t>Information stands from groups including COC Tilburg-Breda, RADAR, Roze in Blauw, T-Nederland and T.A.A.R.T. add another practical layer. As listings from Visit Oisterwijk and local event coverage indicate, the event is intended to be both celebratory and useful, giving visitors somewhere to continue the conversation afterwards.</w:t>
      </w:r>
      <w:r/>
    </w:p>
    <w:p>
      <w:pPr>
        <w:pStyle w:val="Heading2"/>
      </w:pPr>
      <w:r>
        <w:t>A thoughtful way to attend</w:t>
      </w:r>
      <w:r/>
    </w:p>
    <w:p>
      <w:r/>
      <w:r>
        <w:t>The best approach is to arrive with an open mind rather than a rehearsed opinion. You don't need specialist knowledge, and you certainly don't need to say everything perfectly. Genuine curiosity is more valuable than trying to sound clever.</w:t>
      </w:r>
      <w:r/>
    </w:p>
    <w:p>
      <w:r/>
      <w:r>
        <w:t>If you're attending with friends, consider making space for a conversation afterwards instead of rushing straight home. Ask what surprised you, which story stayed with you, or whether the evening changed the way you think about inclusion. Sometimes the quiet discussion after the applause is where the real impact begins.</w:t>
      </w:r>
      <w:r/>
    </w:p>
    <w:p>
      <w:r/>
      <w:r>
        <w:t>For families and younger visitors, it's also worth checking the event details and deciding which parts of the programme feel most suitable. The combination of music, stories and community information offers several ways to take part, whether you're there for the performance, the people or both.</w:t>
      </w:r>
      <w:r/>
    </w:p>
    <w:p>
      <w:pPr>
        <w:pStyle w:val="Heading2"/>
      </w:pPr>
      <w:r>
        <w:t>Oisterwijk's anniversary concert looks ahead</w:t>
      </w:r>
      <w:r/>
    </w:p>
    <w:p>
      <w:r/>
      <w:r>
        <w:t>Asterius' celebration arrives at a time when public conversations about acceptance can feel increasingly tense. That makes the decision to put diversity at the centre of a major local event feel especially relevant, rather than decorative.</w:t>
      </w:r>
      <w:r/>
    </w:p>
    <w:p>
      <w:r/>
      <w:r>
        <w:t>The organisers aren't promising to solve every disagreement in one evening. Their ambition is more modest and, perhaps, more realistic: help people meet someone they might not otherwise encounter and encourage them to go home with a little more understanding.</w:t>
      </w:r>
      <w:r/>
    </w:p>
    <w:p>
      <w:r/>
      <w:r>
        <w:t>That may be the most lasting note of all. A beautiful concert can lift the mood for a few hours, but a meaningful conversation can stay with you much longer.</w:t>
      </w:r>
      <w:r/>
    </w:p>
    <w:p>
      <w:r/>
      <w:r>
        <w:t>It's a 180-year celebration with its eyes firmly on the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3">
        <w:r>
          <w:rPr>
            <w:color w:val="0000EE"/>
            <w:u w:val="single"/>
          </w:rPr>
          <w:t>[6]</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https://www.bd.nl/oisterwijk/harmonie-asterius-bestaat-180-jaar-en-breekt-een-lans-voor-acceptatie-met-iets-meer-begrip-naar-huis~a2018ffb/</w:t>
        </w:r>
      </w:hyperlink>
      <w:r>
        <w:t xml:space="preserve"> - Please view link - unable to able to access data</w:t>
      </w:r>
      <w:r/>
    </w:p>
    <w:p>
      <w:pPr>
        <w:pStyle w:val="ListNumber"/>
        <w:spacing w:line="240" w:lineRule="auto"/>
        <w:ind w:left="720"/>
      </w:pPr>
      <w:r/>
      <w:hyperlink r:id="rId10">
        <w:r>
          <w:rPr>
            <w:color w:val="0000EE"/>
            <w:u w:val="single"/>
          </w:rPr>
          <w:t>https://www.oisterwijknieuws.nl/2026/08/concert-met-180-jarige-asterius-oisterwijk/</w:t>
        </w:r>
      </w:hyperlink>
      <w:r>
        <w:t xml:space="preserve"> - Koninklijke Harmonie Asterius uit Oisterwijk viert haar 180-jarig bestaan met het concert 'O'pen Up', gericht op vrijheid, diversiteit en inclusie. Het evenement vindt plaats op 9 en 10 oktober in Tiliander en wordt ondersteund door COC Tilburg-Breda. Het programma omvat muziek, persoonlijke verhalen en ontmoetingen, met als doel verbinding te creëren en maatschappelijke thema's te belichten. Kaarten zijn verkrijgbaar via Tiliander.com.</w:t>
      </w:r>
      <w:r/>
    </w:p>
    <w:p>
      <w:pPr>
        <w:pStyle w:val="ListNumber"/>
        <w:spacing w:line="240" w:lineRule="auto"/>
        <w:ind w:left="720"/>
      </w:pPr>
      <w:r/>
      <w:hyperlink r:id="rId11">
        <w:r>
          <w:rPr>
            <w:color w:val="0000EE"/>
            <w:u w:val="single"/>
          </w:rPr>
          <w:t>https://www.omroepbrabant.nl/nieuws/6029338/jubileumconcert-oisterwijk-viert-inclusiviteit-en-verbinding</w:t>
        </w:r>
      </w:hyperlink>
      <w:r>
        <w:t xml:space="preserve"> - De Koninklijke Harmonie Asterius uit Oisterwijk viert op 9 en 10 oktober haar 180-jarig bestaan met een jubileumconcert in cultureel centrum Tiliander. Het evenement staat in het teken van diversiteit, inclusie en verbinding, ondersteund door de gemeente. Bezoekers kunnen rekenen op een programma vol muziek, persoonlijke verhalen en ontmoetingen. Gratis kaarten zijn beschikbaar voor inwoners met minder financiële middelen, verspreid via het Sociaal Huis.</w:t>
      </w:r>
      <w:r/>
    </w:p>
    <w:p>
      <w:pPr>
        <w:pStyle w:val="ListNumber"/>
        <w:spacing w:line="240" w:lineRule="auto"/>
        <w:ind w:left="720"/>
      </w:pPr>
      <w:r/>
      <w:hyperlink r:id="rId12">
        <w:r>
          <w:rPr>
            <w:color w:val="0000EE"/>
            <w:u w:val="single"/>
          </w:rPr>
          <w:t>https://www.bezoekoisterwijk.nl/uitagenda/1684257516/o-pen-up-koninklijke-harmonie-asterius</w:t>
        </w:r>
      </w:hyperlink>
      <w:r>
        <w:t xml:space="preserve"> - Koninklijke Harmonie Asterius presenteert 'O'pen Up', een avondvullend concert op 9 en 10 oktober in Tiliander, Oisterwijk. Het evenement viert vrijheid, acceptatie en jezelf kunnen zijn, met muziek, verhalen en bijzondere ontmoetingen. De titel verwijst naar Oisterwijk en nodigt uit tot openheid en verbinding. Kaarten zijn verkrijgbaar via Tiliander.com.</w:t>
      </w:r>
      <w:r/>
    </w:p>
    <w:p>
      <w:pPr>
        <w:pStyle w:val="ListNumber"/>
        <w:spacing w:line="240" w:lineRule="auto"/>
        <w:ind w:left="720"/>
      </w:pPr>
      <w:r/>
      <w:hyperlink r:id="rId14">
        <w:r>
          <w:rPr>
            <w:color w:val="0000EE"/>
            <w:u w:val="single"/>
          </w:rPr>
          <w:t>https://nuactueel.nl/oisterwijk/2026-10-09/o-pen-up-koninklijke-harmonie-asterius</w:t>
        </w:r>
      </w:hyperlink>
      <w:r>
        <w:t xml:space="preserve"> - Op 9 oktober 2026 organiseert Koninklijke Harmonie Asterius het evenement 'O'pen Up' in Tiliander, Oisterwijk. Het programma combineert muziek met verhalen en ontmoetingen om bewustwording te creëren over diversiteit en inclusiviteit. Het evenement wordt ondersteund door onder meer de Gemeente Oisterwijk en het COC. Kaarten zijn verkrijgbaar via Tiliander.com.</w:t>
      </w:r>
      <w:r/>
    </w:p>
    <w:p>
      <w:pPr>
        <w:pStyle w:val="ListNumber"/>
        <w:spacing w:line="240" w:lineRule="auto"/>
        <w:ind w:left="720"/>
      </w:pPr>
      <w:r/>
      <w:hyperlink r:id="rId13">
        <w:r>
          <w:rPr>
            <w:color w:val="0000EE"/>
            <w:u w:val="single"/>
          </w:rPr>
          <w:t>https://www.nieuwsklok.nl/cultuur--uitgaan/180-jaar-asterius-muziek-als-krachtig-pleidooi-voor-verbinding-en-jezelf-mogen-zijn-6.241.699642.5a54163251</w:t>
        </w:r>
      </w:hyperlink>
      <w:r>
        <w:t xml:space="preserve"> - Koninklijke Harmonie Asterius viert haar 180-jarig bestaan met 'O'pen Up', een muzikale ode aan vrijheid, diversiteit en inclusie. Samen met de Gemeente Oisterwijk en COC Tilburg-Breda presenteert de vereniging op 9 en 10 oktober een concertbeleving die raakt, inspireert en verbindt. Het evenement benadrukt de rol van muziek in het bevorderen van verbinding en acceptatie.</w:t>
      </w:r>
      <w:r/>
    </w:p>
    <w:p>
      <w:pPr>
        <w:pStyle w:val="ListNumber"/>
        <w:spacing w:line="240" w:lineRule="auto"/>
        <w:ind w:left="720"/>
      </w:pPr>
      <w:r/>
      <w:hyperlink r:id="rId15">
        <w:r>
          <w:rPr>
            <w:color w:val="0000EE"/>
            <w:u w:val="single"/>
          </w:rPr>
          <w:t>https://www.oisterwijknieuws.nl/2026/01/asterius-oisterwijk-ontkurkt-2026-met-nieuwjaarsconcert-2/</w:t>
        </w:r>
      </w:hyperlink>
      <w:r>
        <w:t xml:space="preserve"> - Op 4 januari 2026 opende Koninklijke Harmonie Asterius het jaar met een Nieuwjaarsconcert in Tiliander, Oisterwijk. Onder leiding van Rodin Rosendahl bracht Asterius een programma met werken van hedendaagse componisten, geïnspireerd door verhalen en filmmuziek. Het concert markeerde de start van een bijzonder jaar, aangezien de vereniging in 2026 haar 180-jarig bestaan viert.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oisterwijk/harmonie-asterius-bestaat-180-jaar-en-breekt-een-lans-voor-acceptatie-met-iets-meer-begrip-naar-huis~a2018ffb/" TargetMode="External"/><Relationship Id="rId10" Type="http://schemas.openxmlformats.org/officeDocument/2006/relationships/hyperlink" Target="https://www.oisterwijknieuws.nl/2026/08/concert-met-180-jarige-asterius-oisterwijk/" TargetMode="External"/><Relationship Id="rId11" Type="http://schemas.openxmlformats.org/officeDocument/2006/relationships/hyperlink" Target="https://www.omroepbrabant.nl/nieuws/6029338/jubileumconcert-oisterwijk-viert-inclusiviteit-en-verbinding" TargetMode="External"/><Relationship Id="rId12" Type="http://schemas.openxmlformats.org/officeDocument/2006/relationships/hyperlink" Target="https://www.bezoekoisterwijk.nl/uitagenda/1684257516/o-pen-up-koninklijke-harmonie-asterius" TargetMode="External"/><Relationship Id="rId13" Type="http://schemas.openxmlformats.org/officeDocument/2006/relationships/hyperlink" Target="https://www.nieuwsklok.nl/cultuur--uitgaan/180-jaar-asterius-muziek-als-krachtig-pleidooi-voor-verbinding-en-jezelf-mogen-zijn-6.241.699642.5a54163251" TargetMode="External"/><Relationship Id="rId14" Type="http://schemas.openxmlformats.org/officeDocument/2006/relationships/hyperlink" Target="https://nuactueel.nl/oisterwijk/2026-10-09/o-pen-up-koninklijke-harmonie-asterius" TargetMode="External"/><Relationship Id="rId15" Type="http://schemas.openxmlformats.org/officeDocument/2006/relationships/hyperlink" Target="https://www.oisterwijknieuws.nl/2026/01/asterius-oisterwijk-ontkurkt-2026-met-nieuwjaarsconcert-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