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LGBTQIA+ Art Stickers to Request Online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sticker fans can now request free LGBTQIA+ art stickers from We Are Stardust, with five colourful winning designs celebrating love, identity and connection. The offer is open while supplies last, making it a cheerful, low-cost way to brighten a notebook, laptop or thoughtful gift.</w:t>
      </w:r>
      <w:r/>
    </w:p>
    <w:p>
      <w:pPr>
        <w:pStyle w:val="Heading2"/>
      </w:pPr>
      <w:r>
        <w:t>Essential Takeaways</w:t>
      </w:r>
      <w:r/>
      <w:r/>
    </w:p>
    <w:p>
      <w:pPr>
        <w:pStyle w:val="ListBullet"/>
        <w:spacing w:line="240" w:lineRule="auto"/>
        <w:ind w:left="720"/>
      </w:pPr>
      <w:r/>
      <w:r>
        <w:rPr>
          <w:b/>
        </w:rPr>
        <w:t>Five designs are available:</w:t>
      </w:r>
      <w:r>
        <w:t xml:space="preserve"> The collection includes bold lettering, wildflowers, a grizzly and expressive queer artwork.</w:t>
      </w:r>
      <w:r/>
    </w:p>
    <w:p>
      <w:pPr>
        <w:pStyle w:val="ListBullet"/>
        <w:spacing w:line="240" w:lineRule="auto"/>
        <w:ind w:left="720"/>
      </w:pPr>
      <w:r/>
      <w:r>
        <w:rPr>
          <w:b/>
        </w:rPr>
        <w:t>Choose three favourites:</w:t>
      </w:r>
      <w:r>
        <w:t xml:space="preserve"> Requests can list a top three, although individual designs aren't guaranteed.</w:t>
      </w:r>
      <w:r/>
    </w:p>
    <w:p>
      <w:pPr>
        <w:pStyle w:val="ListBullet"/>
        <w:spacing w:line="240" w:lineRule="auto"/>
        <w:ind w:left="720"/>
      </w:pPr>
      <w:r/>
      <w:r>
        <w:rPr>
          <w:b/>
        </w:rPr>
        <w:t>Gifting is allowed:</w:t>
      </w:r>
      <w:r>
        <w:t xml:space="preserve"> You can send the stickers to yourself or include a friend's address and an optional message.</w:t>
      </w:r>
      <w:r/>
    </w:p>
    <w:p>
      <w:pPr>
        <w:pStyle w:val="ListBullet"/>
        <w:spacing w:line="240" w:lineRule="auto"/>
        <w:ind w:left="720"/>
      </w:pPr>
      <w:r/>
      <w:r>
        <w:rPr>
          <w:b/>
        </w:rPr>
        <w:t>Donations are optional:</w:t>
      </w:r>
      <w:r>
        <w:t xml:space="preserve"> The offer doesn't require payment, but contributions are welcomed.</w:t>
      </w:r>
      <w:r/>
    </w:p>
    <w:p>
      <w:pPr>
        <w:pStyle w:val="ListBullet"/>
        <w:spacing w:line="240" w:lineRule="auto"/>
        <w:ind w:left="720"/>
      </w:pPr>
      <w:r/>
      <w:r>
        <w:rPr>
          <w:b/>
        </w:rPr>
        <w:t>Act promptly:</w:t>
      </w:r>
      <w:r>
        <w:t xml:space="preserve"> The 1,125-sticker allocation is available only while supplies last.</w:t>
      </w:r>
      <w:r/>
      <w:r/>
    </w:p>
    <w:p>
      <w:pPr>
        <w:pStyle w:val="Heading2"/>
      </w:pPr>
      <w:r>
        <w:t>Five colourful designs, one generous idea</w:t>
      </w:r>
      <w:r/>
    </w:p>
    <w:p>
      <w:r/>
      <w:r>
        <w:t>The We Are Stardust sticker offer has a simple appeal: choose art that speaks to you, then find it a small but visible home. The five designs were created by winners of the organisation's 2026 Queer and Trans Sticker Design Contest, giving the collection a handmade, community-led feel rather than a generic promotional gloss.</w:t>
      </w:r>
      <w:r/>
    </w:p>
    <w:p>
      <w:r/>
      <w:r>
        <w:t>Options include "LOVE in ASL" by Kellie Martin, "Connected, We Flourish!" by Julio Hernandez and "Wildflowers" by Sabiano Sage. There are also "Fiercely Flourishing Grizzly" by Joanna Ladd and "Queer Touch Is Sacred" by Nomy Lamm, so the selection moves from quietly symbolic to wonderfully bold.</w:t>
      </w:r>
      <w:r/>
    </w:p>
    <w:p>
      <w:r/>
      <w:r>
        <w:t>We Are Stardust presents its work around inclusion, self-expression and connection, according to its official website. That makes these more than just decorative stickers: they're tiny conversation starters with a distinctly warm purpose.</w:t>
      </w:r>
      <w:r/>
    </w:p>
    <w:p>
      <w:pPr>
        <w:pStyle w:val="Heading2"/>
      </w:pPr>
      <w:r>
        <w:t>How to request the free LGBTQIA+ stickers</w:t>
      </w:r>
      <w:r/>
    </w:p>
    <w:p>
      <w:r/>
      <w:r>
        <w:t>The request process is straightforward. Visit the sticker form, select your three preferred designs, enter your name and email address, and provide the delivery details. You can also choose whether the stickers are for you or a friend, then add a gift note if you'd like to make the envelope feel more personal.</w:t>
      </w:r>
      <w:r/>
    </w:p>
    <w:p>
      <w:r/>
      <w:r>
        <w:t>The form also offers the option to join the organisation's newsletter. It's worth reading each field before submitting, particularly if you're sending the stickers as a gift and need to use someone else's address.</w:t>
      </w:r>
      <w:r/>
    </w:p>
    <w:p>
      <w:r/>
      <w:r>
        <w:t>Freebie listings can disappear quickly, especially when supplies are limited. The offer is being shared by VonBeau, which notes that it doesn't sell products or dispatch the items itself; fulfilment is handled at the discretion of the organisation providing them.</w:t>
      </w:r>
      <w:r/>
    </w:p>
    <w:p>
      <w:pPr>
        <w:pStyle w:val="Heading2"/>
      </w:pPr>
      <w:r>
        <w:t>Pick with a little strategy</w:t>
      </w:r>
      <w:r/>
    </w:p>
    <w:p>
      <w:r/>
      <w:r>
        <w:t>Because the form asks for a top three rather than guaranteeing a specific choice, selection order matters. Put the design you'd most like to receive first, then choose two genuine alternatives instead of treating the list as a wishy-washy shortlist.</w:t>
      </w:r>
      <w:r/>
    </w:p>
    <w:p>
      <w:r/>
      <w:r>
        <w:t>Think about where the sticker might go, too. A detailed design could look lovely on a journal or storage box, while a high-contrast option may stand out better on a laptop or water bottle. If you're gifting one, a design linked to the recipient's personality will feel more thoughtful than simply choosing the brightest image.</w:t>
      </w:r>
      <w:r/>
    </w:p>
    <w:p>
      <w:r/>
      <w:r>
        <w:t>The wider sticker world has embraced community competitions, with arts, science and pride organisations using illustrated designs to encourage participation and visibility. Related contests featured by organisations including WiScience, Long Beach Pride and Fungaia show how a small adhesive format can carry a surprisingly big message.</w:t>
      </w:r>
      <w:r/>
    </w:p>
    <w:p>
      <w:pPr>
        <w:pStyle w:val="Heading2"/>
      </w:pPr>
      <w:r>
        <w:t>A small freebie with a bigger message</w:t>
      </w:r>
      <w:r/>
    </w:p>
    <w:p>
      <w:r/>
      <w:r>
        <w:t>We Are Stardust plans to distribute 1,125 stickers from the winning designs. Donations are appreciated but aren't required, which keeps the offer accessible while giving supporters a way to contribute if they wish.</w:t>
      </w:r>
      <w:r/>
    </w:p>
    <w:p>
      <w:r/>
      <w:r>
        <w:t>There are no guarantees that every first-choice design will be available, and the offer ends when the stock runs out. Still, that slight uncertainty is part of the charm: you get to choose your favourites, then wait to see which bright little message arrives.</w:t>
      </w:r>
      <w:r/>
    </w:p>
    <w:p>
      <w:r/>
      <w:r>
        <w:t>For anyone who enjoys meaningful stationery, sends happy post or wants a modest gift with genuine heart, these stickers are an easy win. Sometimes a tiny piece of art can make an ordinary notebook feel much more like your own.</w:t>
      </w:r>
      <w:r/>
    </w:p>
    <w:p>
      <w:r/>
      <w:r>
        <w:t>Request your three favourites while the free sticker supply lasts.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https://vonbeau.com/freebies/free-stardust-lgbtqia-art-stickers/53661/</w:t>
        </w:r>
      </w:hyperlink>
      <w:r>
        <w:t xml:space="preserve"> - Please view link - unable to able to access data</w:t>
      </w:r>
      <w:r/>
    </w:p>
    <w:p>
      <w:pPr>
        <w:pStyle w:val="ListNumber"/>
        <w:spacing w:line="240" w:lineRule="auto"/>
        <w:ind w:left="720"/>
      </w:pPr>
      <w:r/>
      <w:hyperlink r:id="rId10">
        <w:r>
          <w:rPr>
            <w:color w:val="0000EE"/>
            <w:u w:val="single"/>
          </w:rPr>
          <w:t>https://www.wearestardust.org/</w:t>
        </w:r>
      </w:hyperlink>
      <w:r>
        <w:t xml:space="preserve"> - We Are Stardust is an artist-run LGBTQIA+ centred spiritual lab rooted in Jewish wisdom, using creative practice as a tool for transformation. They envision a world where each person's contribution is appreciated, and individuals find acceptance and celebration in community, feeling part of the greater spiritual significance of all things. Their mission includes distributing free LGBTQIA+ art stickers to spread messages of love, inclusion, and self-expression.</w:t>
      </w:r>
      <w:r/>
    </w:p>
    <w:p>
      <w:pPr>
        <w:pStyle w:val="ListNumber"/>
        <w:spacing w:line="240" w:lineRule="auto"/>
        <w:ind w:left="720"/>
      </w:pPr>
      <w:r/>
      <w:hyperlink r:id="rId11">
        <w:r>
          <w:rPr>
            <w:color w:val="0000EE"/>
            <w:u w:val="single"/>
          </w:rPr>
          <w:t>https://www.wearestardust.org/copy-of-was-sticker-contest</w:t>
        </w:r>
      </w:hyperlink>
      <w:r>
        <w:t xml:space="preserve"> - We Are Stardust is offering free LGBTQIA+ art stickers featuring five designs created by winners of its 2026 Queer &amp; Trans Sticker Design Contest. The organisation is distributing 1,125 stickers to spread messages of love, inclusion, and self-expression. Individuals can choose their top three favourite designs and request them for themselves or as a gift for someone else. Donations are appreciated but optional, and stickers are available while supplies last.</w:t>
      </w:r>
      <w:r/>
    </w:p>
    <w:p>
      <w:pPr>
        <w:pStyle w:val="ListNumber"/>
        <w:spacing w:line="240" w:lineRule="auto"/>
        <w:ind w:left="720"/>
      </w:pPr>
      <w:r/>
      <w:hyperlink r:id="rId12">
        <w:r>
          <w:rPr>
            <w:color w:val="0000EE"/>
            <w:u w:val="single"/>
          </w:rPr>
          <w:t>https://www.wearestardust.org/copy-of-home</w:t>
        </w:r>
      </w:hyperlink>
      <w:r>
        <w:t xml:space="preserve"> - We Are Stardust is sponsoring its first-ever Queer &amp; Trans Sticker Design Contest. The theme for this year's contest is 'Fiercely Flourishing', seeking original sticker designs that embody this theme. The contest is open to LGBTQIA+ artists aged 18 and over, with a deadline for entries by May 15th, 2026. Winners will receive cash prizes and have their designs professionally printed and distributed worldwide.</w:t>
      </w:r>
      <w:r/>
    </w:p>
    <w:p>
      <w:pPr>
        <w:pStyle w:val="ListNumber"/>
        <w:spacing w:line="240" w:lineRule="auto"/>
        <w:ind w:left="720"/>
      </w:pPr>
      <w:r/>
      <w:hyperlink r:id="rId13">
        <w:r>
          <w:rPr>
            <w:color w:val="0000EE"/>
            <w:u w:val="single"/>
          </w:rPr>
          <w:t>https://wiscience.wisc.edu/2026/09/30/the-2026-wiscience-sticker-contest-science-of-the-unseen/</w:t>
        </w:r>
      </w:hyperlink>
      <w:r>
        <w:t xml:space="preserve"> - The 2026 WISCIENCE Sticker Contest at UW–Madison invites students to create a unique, STEM-inspired design under the theme 'Science of the Unseen'. The contest is open to all undergraduate and graduate students, regardless of major. The winning design(s) will be made into stickers shared with the campus STEM community. The deadline for submissions is November 15, 2026, with winners notified by November 30, 2026.</w:t>
      </w:r>
      <w:r/>
    </w:p>
    <w:p>
      <w:pPr>
        <w:pStyle w:val="ListNumber"/>
        <w:spacing w:line="240" w:lineRule="auto"/>
        <w:ind w:left="720"/>
      </w:pPr>
      <w:r/>
      <w:hyperlink r:id="rId14">
        <w:r>
          <w:rPr>
            <w:color w:val="0000EE"/>
            <w:u w:val="single"/>
          </w:rPr>
          <w:t>https://longbeachpride.com/get-involved/theme-contest/</w:t>
        </w:r>
      </w:hyperlink>
      <w:r>
        <w:t xml:space="preserve"> - Long Beach Pride is hosting an art contest for the official theme logo of their 2026 event, 'Fearless and Free'. The contest is open to all artists and graphic designers, with a submission deadline of February 26, 2026. The winning design will be used in advertising and merchandising for Long Beach Pride events and products, with a prize of $500 awarded to the selected artist.</w:t>
      </w:r>
      <w:r/>
    </w:p>
    <w:p>
      <w:pPr>
        <w:pStyle w:val="ListNumber"/>
        <w:spacing w:line="240" w:lineRule="auto"/>
        <w:ind w:left="720"/>
      </w:pPr>
      <w:r/>
      <w:hyperlink r:id="rId15">
        <w:r>
          <w:rPr>
            <w:color w:val="0000EE"/>
            <w:u w:val="single"/>
          </w:rPr>
          <w:t>https://fungaia.substack.com/p/fungaia-sticker-art-competition</w:t>
        </w:r>
      </w:hyperlink>
      <w:r>
        <w:t xml:space="preserve"> - Fungaia is hosting a sticker art competition, inviting individuals to submit original artwork for potential printing and sharing with the fungal community. The competition offers various prizes, including a Fungaia Flow Hood or cash, and the deadline for submissions is October 12, 2026. All entries selected for printing will receive a complete sticker pack.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onbeau.com/freebies/free-stardust-lgbtqia-art-stickers/53661/" TargetMode="External"/><Relationship Id="rId10" Type="http://schemas.openxmlformats.org/officeDocument/2006/relationships/hyperlink" Target="https://www.wearestardust.org/" TargetMode="External"/><Relationship Id="rId11" Type="http://schemas.openxmlformats.org/officeDocument/2006/relationships/hyperlink" Target="https://www.wearestardust.org/copy-of-was-sticker-contest" TargetMode="External"/><Relationship Id="rId12" Type="http://schemas.openxmlformats.org/officeDocument/2006/relationships/hyperlink" Target="https://www.wearestardust.org/copy-of-home" TargetMode="External"/><Relationship Id="rId13" Type="http://schemas.openxmlformats.org/officeDocument/2006/relationships/hyperlink" Target="https://wiscience.wisc.edu/2026/09/30/the-2026-wiscience-sticker-contest-science-of-the-unseen/" TargetMode="External"/><Relationship Id="rId14" Type="http://schemas.openxmlformats.org/officeDocument/2006/relationships/hyperlink" Target="https://longbeachpride.com/get-involved/theme-contest/" TargetMode="External"/><Relationship Id="rId15" Type="http://schemas.openxmlformats.org/officeDocument/2006/relationships/hyperlink" Target="https://fungaia.substack.com/p/fungaia-sticker-art-competi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