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LGBTQ+ Youth Conference in Los Angeles Returns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and allies can look forward to a lively, free day of workshops, awards, music and practical support at Models of Pride 2026 in Hollywood. The Los Angeles LGBT Center’s youth conference brings together major creative voices, community organisations and families, making it a useful as well as celebratory event.</w:t>
      </w:r>
      <w:r/>
    </w:p>
    <w:p>
      <w:pPr>
        <w:pStyle w:val="Heading2"/>
      </w:pPr>
      <w:r>
        <w:t>Essential Takeaways</w:t>
      </w:r>
      <w:r/>
      <w:r/>
    </w:p>
    <w:p>
      <w:pPr>
        <w:pStyle w:val="ListBullet"/>
        <w:spacing w:line="240" w:lineRule="auto"/>
        <w:ind w:left="720"/>
      </w:pPr>
      <w:r/>
      <w:r>
        <w:rPr>
          <w:b/>
        </w:rPr>
        <w:t>Free youth event:</w:t>
      </w:r>
      <w:r>
        <w:t xml:space="preserve"> Models of Pride takes place on 10 October, from 11am to 4pm, at the Anita May Rosenstein Campus.</w:t>
      </w:r>
      <w:r/>
    </w:p>
    <w:p>
      <w:pPr>
        <w:pStyle w:val="ListBullet"/>
        <w:spacing w:line="240" w:lineRule="auto"/>
        <w:ind w:left="720"/>
      </w:pPr>
      <w:r/>
      <w:r>
        <w:rPr>
          <w:b/>
        </w:rPr>
        <w:t>Major honouree:</w:t>
      </w:r>
      <w:r>
        <w:t xml:space="preserve"> Grammy-nominated artist and producer MNEK will receive the Artist of Pride Award.</w:t>
      </w:r>
      <w:r/>
    </w:p>
    <w:p>
      <w:pPr>
        <w:pStyle w:val="ListBullet"/>
        <w:spacing w:line="240" w:lineRule="auto"/>
        <w:ind w:left="720"/>
      </w:pPr>
      <w:r/>
      <w:r>
        <w:rPr>
          <w:b/>
        </w:rPr>
        <w:t>Youth representation:</w:t>
      </w:r>
      <w:r>
        <w:t xml:space="preserve"> Zaya Wade will accept the Model of Pride Award for advocacy involving trans and gender-expansive young people.</w:t>
      </w:r>
      <w:r/>
    </w:p>
    <w:p>
      <w:pPr>
        <w:pStyle w:val="ListBullet"/>
        <w:spacing w:line="240" w:lineRule="auto"/>
        <w:ind w:left="720"/>
      </w:pPr>
      <w:r/>
      <w:r>
        <w:rPr>
          <w:b/>
        </w:rPr>
        <w:t>Practical support:</w:t>
      </w:r>
      <w:r>
        <w:t xml:space="preserve"> Visitors can explore resource, college and job fairs alongside interactive workshops.</w:t>
      </w:r>
      <w:r/>
    </w:p>
    <w:p>
      <w:pPr>
        <w:pStyle w:val="ListBullet"/>
        <w:spacing w:line="240" w:lineRule="auto"/>
        <w:ind w:left="720"/>
      </w:pPr>
      <w:r/>
      <w:r>
        <w:rPr>
          <w:b/>
        </w:rPr>
        <w:t>Wider welcome:</w:t>
      </w:r>
      <w:r>
        <w:t xml:space="preserve"> The Parents and Professionals Institute offers tailored sessions for families, educators and other adult allies.</w:t>
      </w:r>
      <w:r/>
      <w:r/>
    </w:p>
    <w:p>
      <w:pPr>
        <w:pStyle w:val="Heading2"/>
      </w:pPr>
      <w:r>
        <w:t>Models of Pride brings celebration and practical help together</w:t>
      </w:r>
      <w:r/>
    </w:p>
    <w:p>
      <w:r/>
      <w:r>
        <w:t>A youth conference can be inspiring, but it's even more useful when it helps people work out what comes next. Models of Pride 2026 aims to do both, pairing music, creators and awards with college, employment and community resources at the Los Angeles LGBT Center's Hollywood campus.</w:t>
      </w:r>
      <w:r/>
    </w:p>
    <w:p>
      <w:r/>
      <w:r>
        <w:t xml:space="preserve">The free gathering is designed for LGBTQ+ young people and allies aged 24 and under. That combination of celebration and practical guidance gives the event a warmer, more grounded feel than a standard awards ceremony. The Los Angeles LGBT Center's location information places the Anita May Rosenstein Campus at 1118 North McCadden Place. (According to the Los Angeles LGBT Center's campus information.) </w:t>
      </w:r>
      <w:hyperlink r:id="rId9">
        <w:r>
          <w:rPr>
            <w:color w:val="0000EE"/>
            <w:u w:val="single"/>
          </w:rPr>
          <w:t>[4]</w:t>
        </w:r>
      </w:hyperlink>
      <w:r>
        <w:t xml:space="preserve">, </w:t>
      </w:r>
      <w:hyperlink r:id="rId10">
        <w:r>
          <w:rPr>
            <w:color w:val="0000EE"/>
            <w:u w:val="single"/>
          </w:rPr>
          <w:t>[5]</w:t>
        </w:r>
      </w:hyperlink>
      <w:r/>
    </w:p>
    <w:p>
      <w:pPr>
        <w:pStyle w:val="Heading2"/>
      </w:pPr>
      <w:r>
        <w:t>MNEK leads a strong line-up of Pride honourees</w:t>
      </w:r>
      <w:r/>
    </w:p>
    <w:p>
      <w:r/>
      <w:r>
        <w:t xml:space="preserve">MNEK will receive the Artist of Pride Award, adding a high-profile music moment to the day's programme. The UK singer, songwriter and producer has built a reputation for polished pop production and a candid presence, so the honour feels particularly fitting for an event centred on visibility and self-expression. (The Los Angeles LGBT Center announced the award in its official release.) </w:t>
      </w:r>
      <w:hyperlink r:id="rId11">
        <w:r>
          <w:rPr>
            <w:color w:val="0000EE"/>
            <w:u w:val="single"/>
          </w:rPr>
          <w:t>[2]</w:t>
        </w:r>
      </w:hyperlink>
      <w:r/>
    </w:p>
    <w:p>
      <w:r/>
      <w:r>
        <w:t xml:space="preserve">He joins Zaya Wade, who will receive the Model of Pride Award. Wade's work and public advocacy have made her a prominent voice for trans and gender-expansive youth, while digital creator Curly Velasquez will receive the inaugural Storyteller of Pride Award. (The Center's announcement identifies Wade as this year's honouree.) </w:t>
      </w:r>
      <w:hyperlink r:id="rId12">
        <w:r>
          <w:rPr>
            <w:color w:val="0000EE"/>
            <w:u w:val="single"/>
          </w:rPr>
          <w:t>[3]</w:t>
        </w:r>
      </w:hyperlink>
      <w:r/>
    </w:p>
    <w:p>
      <w:pPr>
        <w:pStyle w:val="Heading2"/>
      </w:pPr>
      <w:r>
        <w:t>Creators, music and workshops keep the day moving</w:t>
      </w:r>
      <w:r/>
    </w:p>
    <w:p>
      <w:r/>
      <w:r>
        <w:t>The programme is built to feel active rather than formal. Emmy Award-winning digital creator Ruba Wilson returns as host, while DJ SUCCUBUS will provide the soundtrack, giving the afternoon a distinctly festival-like pulse.</w:t>
      </w:r>
      <w:r/>
    </w:p>
    <w:p>
      <w:r/>
      <w:r>
        <w:t xml:space="preserve">There are also hands-on sessions, including a beauty workshop led by creator Freddie Chen. For visitors who prefer practical activities to speeches, that sort of programming can make a large event feel easier to enter, especially when you're arriving alone or meeting new people. The Center's wider Pride-season activity also points to a broader emphasis on accessible community events and cultural programming. </w:t>
      </w:r>
      <w:hyperlink r:id="rId13">
        <w:r>
          <w:rPr>
            <w:color w:val="0000EE"/>
            <w:u w:val="single"/>
          </w:rPr>
          <w:t>[6]</w:t>
        </w:r>
      </w:hyperlink>
      <w:r>
        <w:t xml:space="preserve">, </w:t>
      </w:r>
      <w:hyperlink r:id="rId14">
        <w:r>
          <w:rPr>
            <w:color w:val="0000EE"/>
            <w:u w:val="single"/>
          </w:rPr>
          <w:t>[7]</w:t>
        </w:r>
      </w:hyperlink>
      <w:r/>
    </w:p>
    <w:p>
      <w:pPr>
        <w:pStyle w:val="Heading2"/>
      </w:pPr>
      <w:r>
        <w:t>What young visitors and families can expect</w:t>
      </w:r>
      <w:r/>
    </w:p>
    <w:p>
      <w:r/>
      <w:r>
        <w:t>Alongside the entertainment, attendees can browse resource, college and job fairs. Those opportunities matter because a supportive conversation with an organisation, adviser or employer can be more valuable than a glossy leaflet, particularly for young people thinking about study, work or finding local services.</w:t>
      </w:r>
      <w:r/>
    </w:p>
    <w:p>
      <w:r/>
      <w:r>
        <w:t xml:space="preserve">Adult supporters aren't being left on the sidelines. The Parents and Professionals Institute runs at the same time, with discussions and resources for educators, guardians and other allies. It's a thoughtful addition, because young people often need support from the whole network around them, not just during one afternoon. The Los Angeles LGBT Center's network of locations reflects the organisation's wider community-service infrastructure. </w:t>
      </w:r>
      <w:hyperlink r:id="rId9">
        <w:r>
          <w:rPr>
            <w:color w:val="0000EE"/>
            <w:u w:val="single"/>
          </w:rPr>
          <w:t>[4]</w:t>
        </w:r>
      </w:hyperlink>
      <w:r>
        <w:t xml:space="preserve">, </w:t>
      </w:r>
      <w:hyperlink r:id="rId10">
        <w:r>
          <w:rPr>
            <w:color w:val="0000EE"/>
            <w:u w:val="single"/>
          </w:rPr>
          <w:t>[5]</w:t>
        </w:r>
      </w:hyperlink>
      <w:r/>
    </w:p>
    <w:p>
      <w:pPr>
        <w:pStyle w:val="Heading2"/>
      </w:pPr>
      <w:r>
        <w:t>Planning your visit to Models of Pride 2026</w:t>
      </w:r>
      <w:r/>
    </w:p>
    <w:p>
      <w:r/>
      <w:r>
        <w:t>The event runs from 11am to 4pm on 10 October at the Anita May Rosenstein Campus in Hollywood. Registration and full programme details are available through modelsofpride.org, and checking ahead is sensible if you want to prioritise specific workshops or fairs.</w:t>
      </w:r>
      <w:r/>
    </w:p>
    <w:p>
      <w:r/>
      <w:r>
        <w:t xml:space="preserve">The campus is part of the Los Angeles LGBT Center's larger network of community spaces, so visitors may also want to explore accessibility, transport and venue information before travelling. A little planning should leave more time for the enjoyable bits, including the music, meeting people and discovering a session that wasn't on your original list. </w:t>
      </w:r>
      <w:hyperlink r:id="rId9">
        <w:r>
          <w:rPr>
            <w:color w:val="0000EE"/>
            <w:u w:val="single"/>
          </w:rPr>
          <w:t>[4]</w:t>
        </w:r>
      </w:hyperlink>
      <w:r>
        <w:t xml:space="preserve">, </w:t>
      </w:r>
      <w:hyperlink r:id="rId10">
        <w:r>
          <w:rPr>
            <w:color w:val="0000EE"/>
            <w:u w:val="single"/>
          </w:rPr>
          <w:t>[5]</w:t>
        </w:r>
      </w:hyperlink>
      <w:r/>
    </w:p>
    <w:p>
      <w:r/>
      <w:r>
        <w:t>It's a bright, practical reminder that Pride events can offer both belonging and a useful next step.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[4]</w:t>
        </w:r>
      </w:hyperlink>
      <w:r>
        <w:t xml:space="preserve">- Paragraph 2: </w:t>
      </w:r>
      <w:hyperlink r:id="rId12">
        <w:r>
          <w:rPr>
            <w:color w:val="0000EE"/>
            <w:u w:val="single"/>
          </w:rPr>
          <w:t>[3]</w:t>
        </w:r>
      </w:hyperlink>
      <w:r>
        <w:t xml:space="preserve">, </w:t>
      </w:r>
      <w:hyperlink r:id="rId10">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https://thepridela.com/2026/10/los-angeles-lgbt-center-models-of-pride-2026/?utm_source=rss&amp;utm_medium=rss&amp;utm_campaign=los-angeles-lgbt-center-models-of-pride-2026</w:t>
        </w:r>
      </w:hyperlink>
      <w:r>
        <w:t xml:space="preserve"> - Please view link - unable to able to access data</w:t>
      </w:r>
      <w:r/>
    </w:p>
    <w:p>
      <w:pPr>
        <w:pStyle w:val="ListNumber"/>
        <w:spacing w:line="240" w:lineRule="auto"/>
        <w:ind w:left="720"/>
      </w:pPr>
      <w:r/>
      <w:hyperlink r:id="rId11">
        <w:r>
          <w:rPr>
            <w:color w:val="0000EE"/>
            <w:u w:val="single"/>
          </w:rPr>
          <w:t>https://lalgbtcenter.org/vanguard/press-releases/los-angeles-lgbt-center-to-honor-uk-pop-music-sensation-and-grammy-nominated-artist-mnek-at-34th-annual-models-of-pride/</w:t>
        </w:r>
      </w:hyperlink>
      <w:r>
        <w:t xml:space="preserve"> - The Los Angeles LGBT Center has announced that Grammy-nominated artist MNEK will receive the Artist of Pride Award at the 34th annual Models of Pride event on October 10, 2026. The event will take place at the Anita May Rosenstein Campus in Hollywood and will also honour Zaya Wade and Curly Velasquez. Emmy Award-winning creator Ruba Wilson will return as the host for this free event, which is the world's largest conference for LGBTQ+ youth and allies aged 24 and under. The event will feature workshops, performances, and a resource fair.</w:t>
      </w:r>
      <w:r/>
    </w:p>
    <w:p>
      <w:pPr>
        <w:pStyle w:val="ListNumber"/>
        <w:spacing w:line="240" w:lineRule="auto"/>
        <w:ind w:left="720"/>
      </w:pPr>
      <w:r/>
      <w:hyperlink r:id="rId12">
        <w:r>
          <w:rPr>
            <w:color w:val="0000EE"/>
            <w:u w:val="single"/>
          </w:rPr>
          <w:t>https://lalgbtcenter.org/vanguard/press-releases/los-angeles-lgbt-center-to-honor-youth-advocate-and-model-zaya-wade-at-34th-annual-models-of-pride/</w:t>
        </w:r>
      </w:hyperlink>
      <w:r>
        <w:t xml:space="preserve"> - The Los Angeles LGBT Center has announced that model and youth advocate Zaya Wade will receive the Model of Pride Award at the 34th annual Models of Pride event on October 10, 2026. Wade, known for her advocacy for trans and gender-expansive youth, will join MNEK and Curly Velasquez as honorees. The event, held at the Anita May Rosenstein Campus in Hollywood, is the world's largest free conference for LGBTQ+ youth and allies aged 24 and under, featuring workshops, performances, and a resource fair.</w:t>
      </w:r>
      <w:r/>
    </w:p>
    <w:p>
      <w:pPr>
        <w:pStyle w:val="ListNumber"/>
        <w:spacing w:line="240" w:lineRule="auto"/>
        <w:ind w:left="720"/>
      </w:pPr>
      <w:r/>
      <w:hyperlink r:id="rId9">
        <w:r>
          <w:rPr>
            <w:color w:val="0000EE"/>
            <w:u w:val="single"/>
          </w:rPr>
          <w:t>https://lalgbtcenter.org/about/locations/anita-may-rosenstein-campus/</w:t>
        </w:r>
      </w:hyperlink>
      <w:r>
        <w:t xml:space="preserve"> - The Anita May Rosenstein Campus is the headquarters of the Los Angeles LGBT Center and serves as the venue for the 34th annual Models of Pride event on October 10, 2026. Located at 1118 N. McCadden Place in Hollywood, the campus offers various services, including youth and senior services, and features multiple locations such as the Senior Center, Youth Center, Pride Hall, and Liberation Coffee House.</w:t>
      </w:r>
      <w:r/>
    </w:p>
    <w:p>
      <w:pPr>
        <w:pStyle w:val="ListNumber"/>
        <w:spacing w:line="240" w:lineRule="auto"/>
        <w:ind w:left="720"/>
      </w:pPr>
      <w:r/>
      <w:hyperlink r:id="rId10">
        <w:r>
          <w:rPr>
            <w:color w:val="0000EE"/>
            <w:u w:val="single"/>
          </w:rPr>
          <w:t>https://lalgbtcenter.org/about/locations/</w:t>
        </w:r>
      </w:hyperlink>
      <w:r>
        <w:t xml:space="preserve"> - The Los Angeles LGBT Center operates multiple locations across Los Angeles, including the Anita May Rosenstein Campus at 1118 N. McCadden Place, which serves as the headquarters and hosts the 34th annual Models of Pride event on October 10, 2026. Other locations include the McDonald/Wright Building, Trans Wellness Center, and the Senior Center &amp; Senior Housing, providing a range of services for the LGBTQ+ community.</w:t>
      </w:r>
      <w:r/>
    </w:p>
    <w:p>
      <w:pPr>
        <w:pStyle w:val="ListNumber"/>
        <w:spacing w:line="240" w:lineRule="auto"/>
        <w:ind w:left="720"/>
      </w:pPr>
      <w:r/>
      <w:hyperlink r:id="rId13">
        <w:r>
          <w:rPr>
            <w:color w:val="0000EE"/>
            <w:u w:val="single"/>
          </w:rPr>
          <w:t>https://lalgbtcenter.org/vanguard/press-releases/los-angeles-lgbt-center-announces-2026-pride-season-love-lives-here-campaign-community-activations-and-free-capsule-merchandising-collection/</w:t>
        </w:r>
      </w:hyperlink>
      <w:r>
        <w:t xml:space="preserve"> - The Los Angeles LGBT Center has announced its 2026 Pride theme, 'Love Lives Here,' alongside a season of Pride activations, community partnerships, and fundraising opportunities across Los Angeles. The theme reflects the Center's nearly 60-year commitment to ensuring LGBTQ+ people always have a place to turn for care, community, and belonging. The announcement includes community activations and a free capsule merchandising collection.</w:t>
      </w:r>
      <w:r/>
    </w:p>
    <w:p>
      <w:pPr>
        <w:pStyle w:val="ListNumber"/>
        <w:spacing w:line="240" w:lineRule="auto"/>
        <w:ind w:left="720"/>
      </w:pPr>
      <w:r/>
      <w:hyperlink r:id="rId14">
        <w:r>
          <w:rPr>
            <w:color w:val="0000EE"/>
            <w:u w:val="single"/>
          </w:rPr>
          <w:t>https://lalgbtcenter.org/about/locations/pride-hall-bayard-rustin-plaza/</w:t>
        </w:r>
      </w:hyperlink>
      <w:r>
        <w:t xml:space="preserve"> - Pride Hall &amp; Bayard Rustin Plaza are central community hubs at the Anita May Rosenstein Campus, serving as venues for events like the 34th annual Models of Pride. Pride Hall boasts two-story-high ceilings and a convertible air wall, while Bayard Rustin Plaza is a multi-level outdoor space with native foliage and garden beds, ideal for private meetings, large conference programs, and galas.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lgbtcenter.org/about/locations/anita-may-rosenstein-campus/" TargetMode="External"/><Relationship Id="rId10" Type="http://schemas.openxmlformats.org/officeDocument/2006/relationships/hyperlink" Target="https://lalgbtcenter.org/about/locations/" TargetMode="External"/><Relationship Id="rId11" Type="http://schemas.openxmlformats.org/officeDocument/2006/relationships/hyperlink" Target="https://lalgbtcenter.org/vanguard/press-releases/los-angeles-lgbt-center-to-honor-uk-pop-music-sensation-and-grammy-nominated-artist-mnek-at-34th-annual-models-of-pride/" TargetMode="External"/><Relationship Id="rId12" Type="http://schemas.openxmlformats.org/officeDocument/2006/relationships/hyperlink" Target="https://lalgbtcenter.org/vanguard/press-releases/los-angeles-lgbt-center-to-honor-youth-advocate-and-model-zaya-wade-at-34th-annual-models-of-pride/" TargetMode="External"/><Relationship Id="rId13" Type="http://schemas.openxmlformats.org/officeDocument/2006/relationships/hyperlink" Target="https://lalgbtcenter.org/vanguard/press-releases/los-angeles-lgbt-center-announces-2026-pride-season-love-lives-here-campaign-community-activations-and-free-capsule-merchandising-collection/" TargetMode="External"/><Relationship Id="rId14" Type="http://schemas.openxmlformats.org/officeDocument/2006/relationships/hyperlink" Target="https://lalgbtcenter.org/about/locations/pride-hall-bayard-rustin-plaza/" TargetMode="External"/><Relationship Id="rId15" Type="http://schemas.openxmlformats.org/officeDocument/2006/relationships/hyperlink" Target="https://thepridela.com/2026/10/los-angeles-lgbt-center-models-of-pride-2026/?utm_source=rss&amp;utm_medium=rss&amp;utm_campaign=los-angeles-lgbt-center-models-of-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