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Las Vegas Pride Night Parade Guide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families and festival-goers can look forward to a bright, free Las Vegas Pride Night Parade in Downtown Las Vegas on Friday, 9 October 2026. With a 6pm pre-show, a 7pm parade and illuminated floats moving along Fourth Street, it’s an easy-going evening of visibility, music and community spirit beneath the city lights.</w:t>
      </w:r>
      <w:r/>
    </w:p>
    <w:p>
      <w:pPr>
        <w:pStyle w:val="Heading2"/>
      </w:pPr>
      <w:r>
        <w:t>Essential Takeaways</w:t>
      </w:r>
      <w:r/>
      <w:r/>
    </w:p>
    <w:p>
      <w:pPr>
        <w:pStyle w:val="ListBullet"/>
        <w:spacing w:line="240" w:lineRule="auto"/>
        <w:ind w:left="720"/>
      </w:pPr>
      <w:r/>
      <w:r>
        <w:rPr>
          <w:b/>
        </w:rPr>
        <w:t>Free to watch:</w:t>
      </w:r>
      <w:r>
        <w:t xml:space="preserve"> Public spectator areas don't require tickets or wristbands.</w:t>
      </w:r>
      <w:r/>
    </w:p>
    <w:p>
      <w:pPr>
        <w:pStyle w:val="ListBullet"/>
        <w:spacing w:line="240" w:lineRule="auto"/>
        <w:ind w:left="720"/>
      </w:pPr>
      <w:r/>
      <w:r>
        <w:rPr>
          <w:b/>
        </w:rPr>
        <w:t>Arrive early:</w:t>
      </w:r>
      <w:r>
        <w:t xml:space="preserve"> The pre-show begins at 6pm, with the parade following at 7pm.</w:t>
      </w:r>
      <w:r/>
    </w:p>
    <w:p>
      <w:pPr>
        <w:pStyle w:val="ListBullet"/>
        <w:spacing w:line="240" w:lineRule="auto"/>
        <w:ind w:left="720"/>
      </w:pPr>
      <w:r/>
      <w:r>
        <w:rPr>
          <w:b/>
        </w:rPr>
        <w:t>Main location:</w:t>
      </w:r>
      <w:r>
        <w:t xml:space="preserve"> The stage and block-party activity centre on Fourth Street and Bridger Avenue.</w:t>
      </w:r>
      <w:r/>
    </w:p>
    <w:p>
      <w:pPr>
        <w:pStyle w:val="ListBullet"/>
        <w:spacing w:line="240" w:lineRule="auto"/>
        <w:ind w:left="720"/>
      </w:pPr>
      <w:r/>
      <w:r>
        <w:rPr>
          <w:b/>
        </w:rPr>
        <w:t>Plan your journey:</w:t>
      </w:r>
      <w:r>
        <w:t xml:space="preserve"> Road closures and heavy traffic are expected from roughly 3pm until midnight.</w:t>
      </w:r>
      <w:r/>
    </w:p>
    <w:p>
      <w:pPr>
        <w:pStyle w:val="ListBullet"/>
        <w:spacing w:line="240" w:lineRule="auto"/>
        <w:ind w:left="720"/>
      </w:pPr>
      <w:r/>
      <w:r>
        <w:rPr>
          <w:b/>
        </w:rPr>
        <w:t>Bring spending money:</w:t>
      </w:r>
      <w:r>
        <w:t xml:space="preserve"> Food trucks, drinks, merchandise and community stalls may accept payment on site.</w:t>
      </w:r>
      <w:r/>
      <w:r/>
    </w:p>
    <w:p>
      <w:pPr>
        <w:pStyle w:val="Heading2"/>
      </w:pPr>
      <w:r>
        <w:t>Downtown Las Vegas gets a glowing Pride makeover</w:t>
      </w:r>
      <w:r/>
    </w:p>
    <w:p>
      <w:r/>
      <w:r>
        <w:t>Once the sun goes down, Fourth Street is expected to take on a distinctly electric mood. Illuminated floats, rainbow decorations, performers and marching community groups will bring plenty of colour to the Downtown Las Vegas route, with the city's neon backdrop doing some of the visual heavy lifting.</w:t>
      </w:r>
      <w:r/>
    </w:p>
    <w:p>
      <w:r/>
      <w:r>
        <w:t>The evening celebrates Southern Nevada's LGBTQIA+ communities, allies, organisations and local businesses. According to the official Las Vegas Pride event listings, the parade is designed as a public celebration of equality and visibility rather than a ticketed arena-style show.</w:t>
      </w:r>
      <w:r/>
    </w:p>
    <w:p>
      <w:r/>
      <w:r>
        <w:t>For visitors, that makes it a particularly approachable event. You can watch from public areas, soak up the atmosphere and decide how long to stay without committing to an expensive night out.</w:t>
      </w:r>
      <w:r/>
    </w:p>
    <w:p>
      <w:pPr>
        <w:pStyle w:val="Heading2"/>
      </w:pPr>
      <w:r>
        <w:t>What happens before the parade?</w:t>
      </w:r>
      <w:r/>
    </w:p>
    <w:p>
      <w:r/>
      <w:r>
        <w:t>The action starts with a pre-show at 6pm, an hour before the main procession. Entertainment, exhibitors, activities and a block-party atmosphere are expected around the main stage at Fourth Street and Bridger Avenue.</w:t>
      </w:r>
      <w:r/>
    </w:p>
    <w:p>
      <w:r/>
      <w:r>
        <w:t>Food trucks and beverage stations should add an appealingly informal touch. It’s worth bringing a bank card, although having a little cash as a backup can still be useful at busy community events.</w:t>
      </w:r>
      <w:r/>
    </w:p>
    <w:p>
      <w:r/>
      <w:r>
        <w:t>The official Las Vegas Pride calendar provides the wider event context, while the parade information highlights the importance of arriving before the crowd settles in. If you want a clear view, don't leave it until the last minute. Comfortable shoes will help, too, especially if your parking spot ends up several blocks away.</w:t>
      </w:r>
      <w:r/>
    </w:p>
    <w:p>
      <w:pPr>
        <w:pStyle w:val="Heading2"/>
      </w:pPr>
      <w:r>
        <w:t>Free entry, but traffic needs planning</w:t>
      </w:r>
      <w:r/>
    </w:p>
    <w:p>
      <w:r/>
      <w:r>
        <w:t>The parade itself is free for spectators, but getting there could require more thought than the admission arrangements. Expected traffic effects stretch along Fourth Street from Charleston Boulevard to Stewart Avenue, with disruption forecast from approximately 3pm through midnight.</w:t>
      </w:r>
      <w:r/>
    </w:p>
    <w:p>
      <w:r/>
      <w:r>
        <w:t>Public garages and paid surface lots are available around downtown, although spaces, prices and access points can vary. A rideshare drop-off away from the busiest section, an RTC bus or a longer walk from a peripheral car park may prove less stressful than trying to park beside the route.</w:t>
      </w:r>
      <w:r/>
    </w:p>
    <w:p>
      <w:r/>
      <w:r>
        <w:t>Las Vegas event guides regularly advise visitors to check travel details before leaving home, and that advice is especially sensible here. Temporary signs and police instructions should take priority, while designated crossing points are the safest way to move around the route.</w:t>
      </w:r>
      <w:r/>
    </w:p>
    <w:p>
      <w:pPr>
        <w:pStyle w:val="Heading2"/>
      </w:pPr>
      <w:r>
        <w:t>How to make the most of Las Vegas Pride</w:t>
      </w:r>
      <w:r/>
    </w:p>
    <w:p>
      <w:r/>
      <w:r>
        <w:t>Arriving early gives you more than a better viewing position. You’ll have time to explore community stands, find refreshments and get your bearings before the parade begins. It also avoids the slightly frantic shuffle that can happen when a free event draws a large crowd.</w:t>
      </w:r>
      <w:r/>
    </w:p>
    <w:p>
      <w:r/>
      <w:r>
        <w:t>Dress for the evening rather than relying on daytime temperatures. Bright colours and Pride-themed accessories will fit the mood, but a light extra layer may be welcome later on. Your phone battery may also disappear quickly if you're filming floats, so a portable charger is a quietly useful addition.</w:t>
      </w:r>
      <w:r/>
    </w:p>
    <w:p>
      <w:r/>
      <w:r>
        <w:t>If you're attending with children or a mixed-age group, check the latest official guidance and choose a viewing point that leaves room for easy movement. The parade is community-focused and welcoming, but busy streets can feel intense for younger spectators.</w:t>
      </w:r>
      <w:r/>
    </w:p>
    <w:p>
      <w:pPr>
        <w:pStyle w:val="Heading2"/>
      </w:pPr>
      <w:r>
        <w:t>The celebration continues with a Pride festival</w:t>
      </w:r>
      <w:r/>
    </w:p>
    <w:p>
      <w:r/>
      <w:r>
        <w:t>The parade isn't the only major Pride event on the calendar. The Las Vegas Pride Festival is scheduled for Saturday, 17 October 2026, at Desert Breeze Events Center, with live entertainment, exhibitors, food, shopping and health and wellbeing resources.</w:t>
      </w:r>
      <w:r/>
    </w:p>
    <w:p>
      <w:r/>
      <w:r>
        <w:t>Festival admission is listed at $10 plus fees for general visitors, with reduced prices for young people, students and seniors, while children aged five and under can attend free. Family-friendly programming is planned until 7pm, followed by Pride After-Dark activities that may include adult language.</w:t>
      </w:r>
      <w:r/>
    </w:p>
    <w:p>
      <w:r/>
      <w:r>
        <w:t>Together, the parade and festival offer two different ways to join in: a free, street-level celebration in the glow of downtown, followed by a fuller daytime festival experience the following weekend. For many visitors, that combination is the best part of the schedule.</w:t>
      </w:r>
      <w:r/>
    </w:p>
    <w:p>
      <w:r/>
      <w:r>
        <w:t>Come for the lights, stay for the community and plan your journey before the streets fill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9">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[4]</w:t>
        </w:r>
      </w:hyperlink>
      <w:r>
        <w:t xml:space="preserve">, </w:t>
      </w:r>
      <w:hyperlink r:id="rId14">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9">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9">
        <w:r>
          <w:rPr>
            <w:color w:val="0000EE"/>
            <w:u w:val="single"/>
          </w:rPr>
          <w:t>[4]</w:t>
        </w:r>
      </w:hyperlink>
      <w:r>
        <w:t xml:space="preserve">, </w:t>
      </w:r>
      <w:hyperlink r:id="rId12">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9">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https://www.vegas4locals.com/event/las-vegas-pride-night-parade/</w:t>
        </w:r>
      </w:hyperlink>
      <w:r>
        <w:t xml:space="preserve"> - Please view link - unable to able to access data</w:t>
      </w:r>
      <w:r/>
    </w:p>
    <w:p>
      <w:pPr>
        <w:pStyle w:val="ListNumber"/>
        <w:spacing w:line="240" w:lineRule="auto"/>
        <w:ind w:left="720"/>
      </w:pPr>
      <w:r/>
      <w:hyperlink r:id="rId10">
        <w:r>
          <w:rPr>
            <w:color w:val="0000EE"/>
            <w:u w:val="single"/>
          </w:rPr>
          <w:t>https://lasvegaspride.org/pride-parade/</w:t>
        </w:r>
      </w:hyperlink>
      <w:r>
        <w:t xml:space="preserve"> - The Las Vegas PRIDE Night Parade is scheduled for October 9, 2026, in downtown Las Vegas. The pre-show begins at 6:00 p.m., leading up to the parade at 7:00 p.m. The main stage is located at the intersection of 4th Street and Bridger Avenue, with a block party featuring beverage stations, food trucks, and exhibitors along 4th Street. The event is free for spectators, with no admission ticket or wristband required. For more details, visit the official Las Vegas PRIDE website.</w:t>
      </w:r>
      <w:r/>
    </w:p>
    <w:p>
      <w:pPr>
        <w:pStyle w:val="ListNumber"/>
        <w:spacing w:line="240" w:lineRule="auto"/>
        <w:ind w:left="720"/>
      </w:pPr>
      <w:r/>
      <w:hyperlink r:id="rId11">
        <w:r>
          <w:rPr>
            <w:color w:val="0000EE"/>
            <w:u w:val="single"/>
          </w:rPr>
          <w:t>https://lasvegaspride.org/events/</w:t>
        </w:r>
      </w:hyperlink>
      <w:r>
        <w:t xml:space="preserve"> - Las Vegas PRIDE has a series of events planned for October 2026, including the Las Vegas PRIDE Night Parade on October 9, 2026, from 6:00 p.m. to 10:00 p.m. The parade will take place in downtown Las Vegas, with the main stage at 4th Street and Bridger Avenue. Additional events include Diva’s Diner at Denny’s Las Vegas and the Official Las Vegas PRIDE Night Parade After Party at The Phoenix Bar and Lounge. For a full list of events, visit the Las Vegas PRIDE events page.</w:t>
      </w:r>
      <w:r/>
    </w:p>
    <w:p>
      <w:pPr>
        <w:pStyle w:val="ListNumber"/>
        <w:spacing w:line="240" w:lineRule="auto"/>
        <w:ind w:left="720"/>
      </w:pPr>
      <w:r/>
      <w:hyperlink r:id="rId9">
        <w:r>
          <w:rPr>
            <w:color w:val="0000EE"/>
            <w:u w:val="single"/>
          </w:rPr>
          <w:t>https://www.vegas4locals.com/event/las-vegas-pride-night-parade/</w:t>
        </w:r>
      </w:hyperlink>
      <w:r>
        <w:t xml:space="preserve"> - The Las Vegas PRIDE Night Parade is a free event celebrating community, visibility, and equality. Scheduled for Friday, October 9, 2026, in downtown Las Vegas, the festivities begin with a pre-show at 6:00 p.m., followed by the parade at 7:00 p.m. The main stage is located at the intersection of 4th Street and Bridger Avenue, with a block party featuring food trucks, beverage stations, and community exhibitors along 4th Street. No admission ticket or wristband is required to watch the parade from public viewing areas.</w:t>
      </w:r>
      <w:r/>
    </w:p>
    <w:p>
      <w:pPr>
        <w:pStyle w:val="ListNumber"/>
        <w:spacing w:line="240" w:lineRule="auto"/>
        <w:ind w:left="720"/>
      </w:pPr>
      <w:r/>
      <w:hyperlink r:id="rId12">
        <w:r>
          <w:rPr>
            <w:color w:val="0000EE"/>
            <w:u w:val="single"/>
          </w:rPr>
          <w:t>https://www.lasvegashowto.com/pride-las-vegas</w:t>
        </w:r>
      </w:hyperlink>
      <w:r>
        <w:t xml:space="preserve"> - The Las Vegas Pride Parade &amp; Festival is the largest annual LGBT event in Las Vegas, celebrating social and self-acceptance, achievements, legal rights, and pride. The 2026 event is scheduled for Friday, October 9, in downtown Las Vegas. The parade begins at 7:00 p.m., with the pre-show starting at 6:00 p.m. The main stage is located at the intersection of 4th Street and Bridger Avenue. For more information, visit LasVegasHowTo.com.</w:t>
      </w:r>
      <w:r/>
    </w:p>
    <w:p>
      <w:pPr>
        <w:pStyle w:val="ListNumber"/>
        <w:spacing w:line="240" w:lineRule="auto"/>
        <w:ind w:left="720"/>
      </w:pPr>
      <w:r/>
      <w:hyperlink r:id="rId13">
        <w:r>
          <w:rPr>
            <w:color w:val="0000EE"/>
            <w:u w:val="single"/>
          </w:rPr>
          <w:t>https://www.thepridetreelv.com/events</w:t>
        </w:r>
      </w:hyperlink>
      <w:r>
        <w:t xml:space="preserve"> - The Pride Tree is participating in the Las Vegas PRIDE Night Parade on October 9, 2026. Participants are encouraged to wear Pride Tree tie-dye and join the parade, which begins at 7:00 p.m. in downtown Las Vegas. The parade route is approximately 1–1.1 miles along paved downtown streets. For more details, visit The Pride Tree's events page.</w:t>
      </w:r>
      <w:r/>
    </w:p>
    <w:p>
      <w:pPr>
        <w:pStyle w:val="ListNumber"/>
        <w:spacing w:line="240" w:lineRule="auto"/>
        <w:ind w:left="720"/>
      </w:pPr>
      <w:r/>
      <w:hyperlink r:id="rId14">
        <w:r>
          <w:rPr>
            <w:color w:val="0000EE"/>
            <w:u w:val="single"/>
          </w:rPr>
          <w:t>https://lasvegays.com/events/official-las-vegas-pride-night-parade-after-party-2026-10-09/</w:t>
        </w:r>
      </w:hyperlink>
      <w:r>
        <w:t xml:space="preserve"> - The Official Las Vegas PRIDE Night Parade After Party is scheduled for Friday, October 9, 2026, from 10:00 p.m. to 2:00 a.m. at The Phoenix Bar &amp; Lounge, located at 4213 W Sahara Ave, Las Vegas, NV. The event features DJ Ashley Q and an 11 p.m. show hosted by Keyska Diva. There is no cover charge, and guests must be 21 or older with valid ID. For more information, visit Las VeGays.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egas4locals.com/event/las-vegas-pride-night-parade/" TargetMode="External"/><Relationship Id="rId10" Type="http://schemas.openxmlformats.org/officeDocument/2006/relationships/hyperlink" Target="https://lasvegaspride.org/pride-parade/" TargetMode="External"/><Relationship Id="rId11" Type="http://schemas.openxmlformats.org/officeDocument/2006/relationships/hyperlink" Target="https://lasvegaspride.org/events/" TargetMode="External"/><Relationship Id="rId12" Type="http://schemas.openxmlformats.org/officeDocument/2006/relationships/hyperlink" Target="https://www.lasvegashowto.com/pride-las-vegas" TargetMode="External"/><Relationship Id="rId13" Type="http://schemas.openxmlformats.org/officeDocument/2006/relationships/hyperlink" Target="https://www.thepridetreelv.com/events" TargetMode="External"/><Relationship Id="rId14" Type="http://schemas.openxmlformats.org/officeDocument/2006/relationships/hyperlink" Target="https://lasvegays.com/events/official-las-vegas-pride-night-parade-after-party-2026-10-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