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Chicago LGBTQ+ journalism fundraiser shows community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in Chicago have turned a lively night of music, food and fundraising into a major boost for Black queer journalism. E3 Radio’s latest Purple Tie Affair reached its $50,000 target, helping protect independent reporting and sustain Queer News, its award-winning podcast, while also supporting wider LGBTQ+ community work.</w:t>
      </w:r>
      <w:r/>
    </w:p>
    <w:p>
      <w:pPr>
        <w:pStyle w:val="Heading2"/>
      </w:pPr>
      <w:r>
        <w:t>Essential Takeaways</w:t>
      </w:r>
      <w:r/>
      <w:r/>
    </w:p>
    <w:p>
      <w:pPr>
        <w:pStyle w:val="ListBullet"/>
        <w:spacing w:line="240" w:lineRule="auto"/>
        <w:ind w:left="720"/>
      </w:pPr>
      <w:r/>
      <w:r>
        <w:rPr>
          <w:b/>
        </w:rPr>
        <w:t>Fundraising target met:</w:t>
      </w:r>
      <w:r>
        <w:t xml:space="preserve"> E3 Radio raised $50,000 at its 12th Purple Tie Affair.</w:t>
      </w:r>
      <w:r/>
    </w:p>
    <w:p>
      <w:pPr>
        <w:pStyle w:val="ListBullet"/>
        <w:spacing w:line="240" w:lineRule="auto"/>
        <w:ind w:left="720"/>
      </w:pPr>
      <w:r/>
      <w:r>
        <w:rPr>
          <w:b/>
        </w:rPr>
        <w:t>Fast early response:</w:t>
      </w:r>
      <w:r>
        <w:t xml:space="preserve"> The first live appeal brought in $10,000 within 10 minutes.</w:t>
      </w:r>
      <w:r/>
    </w:p>
    <w:p>
      <w:pPr>
        <w:pStyle w:val="ListBullet"/>
        <w:spacing w:line="240" w:lineRule="auto"/>
        <w:ind w:left="720"/>
      </w:pPr>
      <w:r/>
      <w:r>
        <w:rPr>
          <w:b/>
        </w:rPr>
        <w:t>Journalism at the centre:</w:t>
      </w:r>
      <w:r>
        <w:t xml:space="preserve"> Proceeds will help sustain Queer News and support Toward Pride.</w:t>
      </w:r>
      <w:r/>
    </w:p>
    <w:p>
      <w:pPr>
        <w:pStyle w:val="ListBullet"/>
        <w:spacing w:line="240" w:lineRule="auto"/>
        <w:ind w:left="720"/>
      </w:pPr>
      <w:r/>
      <w:r>
        <w:rPr>
          <w:b/>
        </w:rPr>
        <w:t>A genuinely Chicago night:</w:t>
      </w:r>
      <w:r>
        <w:t xml:space="preserve"> Frenchie Davis headlined, with live music, tacos, sweets and a silent auction.</w:t>
      </w:r>
      <w:r/>
    </w:p>
    <w:p>
      <w:pPr>
        <w:pStyle w:val="ListBullet"/>
        <w:spacing w:line="240" w:lineRule="auto"/>
        <w:ind w:left="720"/>
      </w:pPr>
      <w:r/>
      <w:r>
        <w:rPr>
          <w:b/>
        </w:rPr>
        <w:t>A growing tradition:</w:t>
      </w:r>
      <w:r>
        <w:t xml:space="preserve"> The annual event has directed more than $20,000 to local LGBTQ+ organisations since it began.</w:t>
      </w:r>
      <w:r/>
      <w:r/>
    </w:p>
    <w:p>
      <w:pPr>
        <w:pStyle w:val="Heading2"/>
      </w:pPr>
      <w:r>
        <w:t>A fundraiser with real momentum</w:t>
      </w:r>
      <w:r/>
    </w:p>
    <w:p>
      <w:r/>
      <w:r>
        <w:t>The clearest sign of the evening's impact arrived almost immediately. E3 Radio's first live appeal raised $10,000 in just 10 minutes, a response that reportedly sent the room into cheers and helped set the tone for the rest of the night.</w:t>
      </w:r>
      <w:r/>
    </w:p>
    <w:p>
      <w:r/>
      <w:r>
        <w:t xml:space="preserve">By the close of the Purple Tie Affair, the independent outlet had reached its full $50,000 goal. For a small media organisation, that's not simply a pleasing total on a fundraising graphic. It can mean more reporting, more production time and a better chance of keeping community stories visible. Gaye Magazine reported on the event's success. </w:t>
      </w:r>
      <w:hyperlink r:id="rId9">
        <w:r>
          <w:rPr>
            <w:color w:val="0000EE"/>
            <w:u w:val="single"/>
          </w:rPr>
          <w:t>[2]</w:t>
        </w:r>
      </w:hyperlink>
      <w:r/>
    </w:p>
    <w:p>
      <w:r/>
      <w:r>
        <w:t xml:space="preserve">The benefit took place at Sidetrack in Chicago, bringing together LGBTQ+ supporters for a concert, silent auction and a night of collective giving. The atmosphere sounds less like a formal industry dinner and more like a warm, energetic community gathering, which is probably exactly the point. </w:t>
      </w:r>
      <w:hyperlink r:id="rId10">
        <w:r>
          <w:rPr>
            <w:color w:val="0000EE"/>
            <w:u w:val="single"/>
          </w:rPr>
          <w:t>[6]</w:t>
        </w:r>
      </w:hyperlink>
      <w:r/>
    </w:p>
    <w:p>
      <w:pPr>
        <w:pStyle w:val="Heading2"/>
      </w:pPr>
      <w:r>
        <w:t>Music, food and a room full of supporters</w:t>
      </w:r>
      <w:r/>
    </w:p>
    <w:p>
      <w:r/>
      <w:r>
        <w:t xml:space="preserve">Frenchie Davis headlined the event, in what organisers described as her first performance after major surgery. That detail gave her appearance an especially personal edge, turning a headline performance into a moment of resilience as well as entertainment. </w:t>
      </w:r>
      <w:hyperlink r:id="rId9">
        <w:r>
          <w:rPr>
            <w:color w:val="0000EE"/>
            <w:u w:val="single"/>
          </w:rPr>
          <w:t>[2]</w:t>
        </w:r>
      </w:hyperlink>
      <w:r/>
    </w:p>
    <w:p>
      <w:r/>
      <w:r>
        <w:t xml:space="preserve">Kenyotta &amp; Kemistry also performed, while Trina Tru Luv hosted. Guests could move from the music to a taco bar serving freshly made tortillas, then finish the evening at a Ferrara candy station where they could fill bags to take home. It was a practical reminder that successful fundraising often works best when it feels generous and enjoyable, rather than worthy but sombre. </w:t>
      </w:r>
      <w:hyperlink r:id="rId9">
        <w:r>
          <w:rPr>
            <w:color w:val="0000EE"/>
            <w:u w:val="single"/>
          </w:rPr>
          <w:t>[2]</w:t>
        </w:r>
      </w:hyperlink>
      <w:r/>
    </w:p>
    <w:p>
      <w:r/>
      <w:r>
        <w:t xml:space="preserve">Chicago Mayor Brandon Johnson attended and offered brief remarks affirming his support for the city's LGBTQ+ community, according to E3 Radio. The evening also honoured Otis Mack, continuing the affair's tradition of recognising people who have helped shape queer life in Chicago. </w:t>
      </w:r>
      <w:hyperlink r:id="rId9">
        <w:r>
          <w:rPr>
            <w:color w:val="0000EE"/>
            <w:u w:val="single"/>
          </w:rPr>
          <w:t>[2]</w:t>
        </w:r>
      </w:hyperlink>
      <w:r/>
    </w:p>
    <w:p>
      <w:pPr>
        <w:pStyle w:val="Heading2"/>
      </w:pPr>
      <w:r>
        <w:t>Why independent Black queer media matters</w:t>
      </w:r>
      <w:r/>
    </w:p>
    <w:p>
      <w:r/>
      <w:r>
        <w:t xml:space="preserve">E3 Radio's mission reaches beyond broadcasting music. Founded by Chicago entrepreneur Anna DeShawn, the outlet reports on LGBTQ+ politics, culture and entertainment through an intersectional lens, with particular attention to Black queer communities and other voices too often overlooked by mainstream media. </w:t>
      </w:r>
      <w:hyperlink r:id="rId11">
        <w:r>
          <w:rPr>
            <w:color w:val="0000EE"/>
            <w:u w:val="single"/>
          </w:rPr>
          <w:t>[7]</w:t>
        </w:r>
      </w:hyperlink>
      <w:r/>
    </w:p>
    <w:p>
      <w:r/>
      <w:r>
        <w:t xml:space="preserve">That focus matters at a time when local journalism is under sustained financial pressure. Independent outlets frequently have to build several kinds of support at once, from memberships and sponsorships to events that let readers and listeners meet the people behind the work. The Purple Tie Affair puts that relationship in the room, with a direct link between donations and future storytelling. </w:t>
      </w:r>
      <w:hyperlink r:id="rId10">
        <w:r>
          <w:rPr>
            <w:color w:val="0000EE"/>
            <w:u w:val="single"/>
          </w:rPr>
          <w:t>[6]</w:t>
        </w:r>
      </w:hyperlink>
      <w:r/>
    </w:p>
    <w:p>
      <w:r/>
      <w:r>
        <w:t xml:space="preserve">DeShawn also co-founded The Qube, a production company and platform supporting Black, Indigenous and other creators of colour, including queer and transgender voices. Her wider work gives the fundraiser a clear through-line: the evening wasn't only raising money, it was investing in who gets to tell the story. </w:t>
      </w:r>
      <w:hyperlink r:id="rId11">
        <w:r>
          <w:rPr>
            <w:color w:val="0000EE"/>
            <w:u w:val="single"/>
          </w:rPr>
          <w:t>[7]</w:t>
        </w:r>
      </w:hyperlink>
      <w:r/>
    </w:p>
    <w:p>
      <w:pPr>
        <w:pStyle w:val="Heading2"/>
      </w:pPr>
      <w:r>
        <w:t>Queer News gives the campaign a lasting voice</w:t>
      </w:r>
      <w:r/>
    </w:p>
    <w:p>
      <w:r/>
      <w:r>
        <w:t xml:space="preserve">The main beneficiary is Queer News, E3 Radio's weekly podcast covering politics, culture and entertainment. Hosted by DeShawn, the show won an Ambie Award in the DIY category in 2023, giving it recognition beyond its home community while retaining its independent character. </w:t>
      </w:r>
      <w:hyperlink r:id="rId11">
        <w:r>
          <w:rPr>
            <w:color w:val="0000EE"/>
            <w:u w:val="single"/>
          </w:rPr>
          <w:t>[7]</w:t>
        </w:r>
      </w:hyperlink>
      <w:r/>
    </w:p>
    <w:p>
      <w:r/>
      <w:r>
        <w:t xml:space="preserve">That combination is increasingly valuable. Podcasts can offer immediacy and intimacy, but they still require reporting, editing, hosting and distribution. A successful fundraiser can help turn listener goodwill into the practical resources needed to keep a regular show sounding sharp and consistent. </w:t>
      </w:r>
      <w:hyperlink r:id="rId11">
        <w:r>
          <w:rPr>
            <w:color w:val="0000EE"/>
            <w:u w:val="single"/>
          </w:rPr>
          <w:t>[7]</w:t>
        </w:r>
      </w:hyperlink>
      <w:r/>
    </w:p>
    <w:p>
      <w:r/>
      <w:r>
        <w:t xml:space="preserve">Some of the proceeds will also benefit Toward Pride, formerly known as Pride in the Pews. The arrangement widens the impact beyond one newsroom, connecting media support with broader community organising and LGBTQ+ advocacy. </w:t>
      </w:r>
      <w:hyperlink r:id="rId9">
        <w:r>
          <w:rPr>
            <w:color w:val="0000EE"/>
            <w:u w:val="single"/>
          </w:rPr>
          <w:t>[2]</w:t>
        </w:r>
      </w:hyperlink>
      <w:r/>
    </w:p>
    <w:p>
      <w:pPr>
        <w:pStyle w:val="Heading2"/>
      </w:pPr>
      <w:r>
        <w:t>A local tradition with a bigger future</w:t>
      </w:r>
      <w:r/>
    </w:p>
    <w:p>
      <w:r/>
      <w:r>
        <w:t xml:space="preserve">The Purple Tie Affair began in 2013, when DeShawn turned her 30th birthday into a benefit for local nonprofits. Since then, the event has raised more than $20,000 for Chicago organisations serving LGBTQ+ communities, according to E3 Radio. </w:t>
      </w:r>
      <w:hyperlink r:id="rId9">
        <w:r>
          <w:rPr>
            <w:color w:val="0000EE"/>
            <w:u w:val="single"/>
          </w:rPr>
          <w:t>[2]</w:t>
        </w:r>
      </w:hyperlink>
      <w:r/>
    </w:p>
    <w:p>
      <w:r/>
      <w:r>
        <w:t>This year's result marks an important shift because the fundraiser also supported the outlet doing the reporting. That model feels especially relevant now: communities aren't only being asked to consume independent journalism, they're being invited to help sustain it.</w:t>
      </w:r>
      <w:r/>
    </w:p>
    <w:p>
      <w:r/>
      <w:r>
        <w:t xml:space="preserve">Attendees also received E3 Radio's first printed LGBTQ+ business directory, adding a tangible local resource to an evening built around digital media. It's a small but telling detail. In a world of endless scrolling, a printed guide can feel surprisingly personal, like proof that the community exists both online and around the corner. </w:t>
      </w:r>
      <w:hyperlink r:id="rId9">
        <w:r>
          <w:rPr>
            <w:color w:val="0000EE"/>
            <w:u w:val="single"/>
          </w:rPr>
          <w:t>[2]</w:t>
        </w:r>
      </w:hyperlink>
      <w:r/>
    </w:p>
    <w:p>
      <w:r/>
      <w:r>
        <w:t xml:space="preserve">A $50,000 total won't solve every challenge facing queer media, but it offers something just as important: breathing room, confidence and a visible show of solidarity. For E3 Radio, the message from Chicago was unmistakable. </w:t>
      </w:r>
      <w:hyperlink r:id="rId9">
        <w:r>
          <w:rPr>
            <w:color w:val="0000EE"/>
            <w:u w:val="single"/>
          </w:rPr>
          <w:t>[2]</w:t>
        </w:r>
      </w:hyperlink>
      <w:r/>
    </w:p>
    <w:p>
      <w:r/>
      <w:r>
        <w:t>Support the independent queer journalism and community work that keeps local stories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Paragraph 3: </w:t>
      </w:r>
      <w:hyperlink r:id="rId10">
        <w:r>
          <w:rPr>
            <w:color w:val="0000EE"/>
            <w:u w:val="single"/>
          </w:rPr>
          <w:t>[6]</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1">
        <w:r>
          <w:rPr>
            <w:color w:val="0000EE"/>
            <w:u w:val="single"/>
          </w:rPr>
          <w:t>[7]</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1">
        <w:r>
          <w:rPr>
            <w:color w:val="0000EE"/>
            <w:u w:val="single"/>
          </w:rPr>
          <w:t>[7]</w:t>
        </w:r>
      </w:hyperlink>
      <w:r>
        <w:t xml:space="preserve">- Paragraph 12: </w:t>
      </w:r>
      <w:hyperlink r:id="rId11">
        <w:r>
          <w:rPr>
            <w:color w:val="0000EE"/>
            <w:u w:val="single"/>
          </w:rPr>
          <w:t>[7]</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Paragraph 16: </w:t>
      </w:r>
      <w:hyperlink r:id="rId9">
        <w:r>
          <w:rPr>
            <w:color w:val="0000EE"/>
            <w:u w:val="single"/>
          </w:rPr>
          <w:t>[2]</w:t>
        </w:r>
      </w:hyperlink>
      <w:r>
        <w:t xml:space="preserve">- Paragraph 17: </w:t>
      </w:r>
      <w:hyperlink r:id="rId9">
        <w:r>
          <w:rPr>
            <w:color w:val="0000EE"/>
            <w:u w:val="single"/>
          </w:rPr>
          <w:t>[2]</w:t>
        </w:r>
      </w:hyperlink>
      <w:r>
        <w:t xml:space="preserve">- Paragraph 18: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https://www.gayemagazine.com/e3-radio-raises-50000-at-chicagos-purple-tie-affair-to-support-black-queer-journalism/</w:t>
        </w:r>
      </w:hyperlink>
      <w:r>
        <w:t xml:space="preserve"> - Please view link - unable to able to access data</w:t>
      </w:r>
      <w:r/>
    </w:p>
    <w:p>
      <w:pPr>
        <w:pStyle w:val="ListNumber"/>
        <w:spacing w:line="240" w:lineRule="auto"/>
        <w:ind w:left="720"/>
      </w:pPr>
      <w:r/>
      <w:hyperlink r:id="rId9">
        <w:r>
          <w:rPr>
            <w:color w:val="0000EE"/>
            <w:u w:val="single"/>
          </w:rPr>
          <w:t>https://www.gayemagazine.com/e3-radio-raises-50000-at-chicagos-purple-tie-affair-to-support-black-queer-journalism/</w:t>
        </w:r>
      </w:hyperlink>
      <w:r>
        <w:t xml:space="preserve"> - E3 Radio's 12th annual Purple Tie Affair in Chicago raised $50,000 to support Black queer journalism. The event featured performances by Frenchie Davis and Kenyotta &amp; Kemistry, with Chicago Mayor Brandon Johnson in attendance. Proceeds will sustain the 'Queer News' podcast and benefit Toward Pride. The evening honoured Otis Mack and introduced E3 Radio's first printed LGBTQ+ business directory. Founder Anna DeShawn emphasised the importance of community-centred reporting and a free press.</w:t>
      </w:r>
      <w:r/>
    </w:p>
    <w:p>
      <w:pPr>
        <w:pStyle w:val="ListNumber"/>
        <w:spacing w:line="240" w:lineRule="auto"/>
        <w:ind w:left="720"/>
      </w:pPr>
      <w:r/>
      <w:hyperlink r:id="rId12">
        <w:r>
          <w:rPr>
            <w:color w:val="0000EE"/>
            <w:u w:val="single"/>
          </w:rPr>
          <w:t>https://www.gayout.com/usa-canada/united-states/chicago/events/e3-radio-s-12th-annual-purple-tie-affair-concert-silent-auction-2026-10-03</w:t>
        </w:r>
      </w:hyperlink>
      <w:r>
        <w:t xml:space="preserve"> - E3 Radio's 12th Annual Purple Tie Affair is a fundraiser celebrating Black and queer-owned media, featuring live music, drag performances, and a silent auction. The event supports independent Black queer journalism and local grassroots organisations in Chicago. Attendees can enjoy performances by artists like Frenchie Davis and Kenyotta &amp; Kemistry, with a portion of proceeds benefiting Toward Pride. The event takes place on October 3, 2026, at Sidetrack in Chicago.</w:t>
      </w:r>
      <w:r/>
    </w:p>
    <w:p>
      <w:pPr>
        <w:pStyle w:val="ListNumber"/>
        <w:spacing w:line="240" w:lineRule="auto"/>
        <w:ind w:left="720"/>
      </w:pPr>
      <w:r/>
      <w:hyperlink r:id="rId13">
        <w:r>
          <w:rPr>
            <w:color w:val="0000EE"/>
            <w:u w:val="single"/>
          </w:rPr>
          <w:t>https://chicagosocialbutterflies.com/wp-events/e3-radios-11th-annual-purple-tie-affair-concert-silent-auction/</w:t>
        </w:r>
      </w:hyperlink>
      <w:r>
        <w:t xml:space="preserve"> - E3 Radio's 11th Annual Purple Tie Affair is a celebration supporting Black and queer-owned media, featuring live music, drag performances, and a silent auction. The event aims to raise funds for E3 Radio and local grassroots organisations making a meaningful difference in Chicago. Attendees can enjoy performances by artists like Frenchie Davis and Kenyotta &amp; Kemistry, with a portion of proceeds benefiting Toward Pride. The event takes place on October 4, 2025, at Sidetrack in Chicago.</w:t>
      </w:r>
      <w:r/>
    </w:p>
    <w:p>
      <w:pPr>
        <w:pStyle w:val="ListNumber"/>
        <w:spacing w:line="240" w:lineRule="auto"/>
        <w:ind w:left="720"/>
      </w:pPr>
      <w:r/>
      <w:hyperlink r:id="rId14">
        <w:r>
          <w:rPr>
            <w:color w:val="0000EE"/>
            <w:u w:val="single"/>
          </w:rPr>
          <w:t>https://pridechicago.org/event/the-purple-tie-affair/</w:t>
        </w:r>
      </w:hyperlink>
      <w:r>
        <w:t xml:space="preserve"> - The Purple Tie Affair is a fundraiser celebrating Black and queer-owned media, featuring live music, drag performances, and a silent auction. The event supports independent Black queer journalism and local grassroots organisations in Chicago. Attendees can enjoy performances by artists like Frenchie Davis and Kenyotta &amp; Kemistry, with a portion of proceeds benefiting Toward Pride. The event takes place on October 3, 2026, at Sidetrack in Chicago.</w:t>
      </w:r>
      <w:r/>
    </w:p>
    <w:p>
      <w:pPr>
        <w:pStyle w:val="ListNumber"/>
        <w:spacing w:line="240" w:lineRule="auto"/>
        <w:ind w:left="720"/>
      </w:pPr>
      <w:r/>
      <w:hyperlink r:id="rId10">
        <w:r>
          <w:rPr>
            <w:color w:val="0000EE"/>
            <w:u w:val="single"/>
          </w:rPr>
          <w:t>https://shoutoutradio.lgbt/news/general/408/chicago-queer-media-hold-fundraiser-on-october-3rd</w:t>
        </w:r>
      </w:hyperlink>
      <w:r>
        <w:t xml:space="preserve"> - Chicago-based LGBT+ radio station E3 and news platform Queer News are hosting a Purple Tie event on October 3rd, headed by Grammy-nominated star Frenchie Davis. The event aims to support independent Black and queer-owned media platforms, featuring live music, drag performances, and a silent auction. The organisers have produced their first LGBTQ+ business directory, which will be included in guests' thank-you bags. The event takes place at Sidetrack (3349 N Halsted St) from 6 pm local time.</w:t>
      </w:r>
      <w:r/>
    </w:p>
    <w:p>
      <w:pPr>
        <w:pStyle w:val="ListNumber"/>
        <w:spacing w:line="240" w:lineRule="auto"/>
        <w:ind w:left="720"/>
      </w:pPr>
      <w:r/>
      <w:hyperlink r:id="rId11">
        <w:r>
          <w:rPr>
            <w:color w:val="0000EE"/>
            <w:u w:val="single"/>
          </w:rPr>
          <w:t>https://e3radio.fm/queer-news/</w:t>
        </w:r>
      </w:hyperlink>
      <w:r>
        <w:t xml:space="preserve"> - Queer News is an Ambie award-winning weekly news podcast where race and sexuality meet politics, culture, and entertainment. Hosted by Anna DeShawn, the podcast brings reporting that centres and celebrates all lesbian, gay, bisexual, transgender, queer, and comrade communities. A new episode drops every Monday by 9 am CT, covering topics such as mental wellness, domestic violence in the LGBTQ community, Black HIV/AIDS awareness, queer relationships and parenting, coming out, trans rights, and the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emagazine.com/e3-radio-raises-50000-at-chicagos-purple-tie-affair-to-support-black-queer-journalism/" TargetMode="External"/><Relationship Id="rId10" Type="http://schemas.openxmlformats.org/officeDocument/2006/relationships/hyperlink" Target="https://shoutoutradio.lgbt/news/general/408/chicago-queer-media-hold-fundraiser-on-october-3rd" TargetMode="External"/><Relationship Id="rId11" Type="http://schemas.openxmlformats.org/officeDocument/2006/relationships/hyperlink" Target="https://e3radio.fm/queer-news/" TargetMode="External"/><Relationship Id="rId12" Type="http://schemas.openxmlformats.org/officeDocument/2006/relationships/hyperlink" Target="https://www.gayout.com/usa-canada/united-states/chicago/events/e3-radio-s-12th-annual-purple-tie-affair-concert-silent-auction-2026-10-03" TargetMode="External"/><Relationship Id="rId13" Type="http://schemas.openxmlformats.org/officeDocument/2006/relationships/hyperlink" Target="https://chicagosocialbutterflies.com/wp-events/e3-radios-11th-annual-purple-tie-affair-concert-silent-auction/" TargetMode="External"/><Relationship Id="rId14" Type="http://schemas.openxmlformats.org/officeDocument/2006/relationships/hyperlink" Target="https://pridechicago.org/event/the-purple-tie-affai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