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Career Fair Tips for Finding Inclusive Job Opportunities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Job seekers in Hampton Roads can turn one conversation into a useful next step at the LGBT Life Center's Second Annual Career &amp; Resource Fair. With more than 15 employers, practical support and a welcoming community atmosphere, the event offers more than a pile of leaflets. It can help visitors sharpen their confidence, connections and career direction.</w:t>
      </w:r>
      <w:r/>
    </w:p>
    <w:p>
      <w:pPr>
        <w:pStyle w:val="Heading2"/>
      </w:pPr>
      <w:r>
        <w:t>Essential Takeaways</w:t>
      </w:r>
      <w:r/>
      <w:r/>
    </w:p>
    <w:p>
      <w:pPr>
        <w:pStyle w:val="ListBullet"/>
        <w:spacing w:line="240" w:lineRule="auto"/>
        <w:ind w:left="720"/>
      </w:pPr>
      <w:r/>
      <w:r>
        <w:rPr>
          <w:b/>
        </w:rPr>
        <w:t>More than recruitment:</w:t>
      </w:r>
      <w:r>
        <w:t xml:space="preserve"> The fair combines employer introductions with résumé reviews, mock interviews and professional headshots.</w:t>
      </w:r>
      <w:r/>
    </w:p>
    <w:p>
      <w:pPr>
        <w:pStyle w:val="ListBullet"/>
        <w:spacing w:line="240" w:lineRule="auto"/>
        <w:ind w:left="720"/>
      </w:pPr>
      <w:r/>
      <w:r>
        <w:rPr>
          <w:b/>
        </w:rPr>
        <w:t>A welcoming setting:</w:t>
      </w:r>
      <w:r>
        <w:t xml:space="preserve"> LGBT Life Center aims to connect job seekers with inclusive employers and local support.</w:t>
      </w:r>
      <w:r/>
    </w:p>
    <w:p>
      <w:pPr>
        <w:pStyle w:val="ListBullet"/>
        <w:spacing w:line="240" w:lineRule="auto"/>
        <w:ind w:left="720"/>
      </w:pPr>
      <w:r/>
      <w:r>
        <w:rPr>
          <w:b/>
        </w:rPr>
        <w:t>Useful preparation:</w:t>
      </w:r>
      <w:r>
        <w:t xml:space="preserve"> Bring an up-to-date résumé, dress comfortably and prepare a brief introduction.</w:t>
      </w:r>
      <w:r/>
    </w:p>
    <w:p>
      <w:pPr>
        <w:pStyle w:val="ListBullet"/>
        <w:spacing w:line="240" w:lineRule="auto"/>
        <w:ind w:left="720"/>
      </w:pPr>
      <w:r/>
      <w:r>
        <w:rPr>
          <w:b/>
        </w:rPr>
        <w:t>Small wins count:</w:t>
      </w:r>
      <w:r>
        <w:t xml:space="preserve"> A stronger LinkedIn profile or a helpful conversation can matter even without an immediate job offer.</w:t>
      </w:r>
      <w:r/>
    </w:p>
    <w:p>
      <w:pPr>
        <w:pStyle w:val="ListBullet"/>
        <w:spacing w:line="240" w:lineRule="auto"/>
        <w:ind w:left="720"/>
      </w:pPr>
      <w:r/>
      <w:r>
        <w:rPr>
          <w:b/>
        </w:rPr>
        <w:t>Employers gain, too:</w:t>
      </w:r>
      <w:r>
        <w:t xml:space="preserve"> Businesses can meet local talent while showing visible support for the community.</w:t>
      </w:r>
      <w:r/>
      <w:r/>
    </w:p>
    <w:p>
      <w:pPr>
        <w:pStyle w:val="Heading2"/>
      </w:pPr>
      <w:r>
        <w:t>A career fair can be more than a queue for applications</w:t>
      </w:r>
      <w:r/>
    </w:p>
    <w:p>
      <w:r/>
      <w:r>
        <w:t>The most valuable moment at a career fair isn't always the formal interview. Sometimes it's a relaxed conversation that helps someone realise their experience is more useful than they thought. That human element sits at the heart of the LGBT Life Center's event in Hampton Roads.</w:t>
      </w:r>
      <w:r/>
    </w:p>
    <w:p>
      <w:r/>
      <w:r>
        <w:t>The centre's previous fair brought together 25 employers, while this year's event is expected to include more than 15 companies and organisations. According to the LGBT Life Center, visitors can speak with recruiters, meet staff and explore opportunities without needing to arrive with a perfect five-year plan.</w:t>
      </w:r>
      <w:r/>
    </w:p>
    <w:p>
      <w:r/>
      <w:r>
        <w:t>That matters because job hunting can feel oddly performative. A friendly introduction, a clearer explanation of your skills or a quick bit of reassurance can make the next application feel far less daunting.</w:t>
      </w:r>
      <w:r/>
    </w:p>
    <w:p>
      <w:pPr>
        <w:pStyle w:val="Heading2"/>
      </w:pPr>
      <w:r>
        <w:t>Practical support makes the first step easier</w:t>
      </w:r>
      <w:r/>
    </w:p>
    <w:p>
      <w:r/>
      <w:r>
        <w:t>Career fairs often leave people worrying about what to wear, how to describe their experience and whether their résumé is strong enough. This event is designed to address those nerves rather than simply test them.</w:t>
      </w:r>
      <w:r/>
    </w:p>
    <w:p>
      <w:r/>
      <w:r>
        <w:t>Visitors can receive résumé feedback, practise mock interviews and update their LinkedIn profiles. Professional headshots are also available, giving job seekers a sharper image for online profiles and applications. Career advice organisations such as Indeed recommend preparing a concise introduction and researching participating employers before arriving, both of which can make conversations flow more naturally.</w:t>
      </w:r>
      <w:r/>
    </w:p>
    <w:p>
      <w:r/>
      <w:r>
        <w:t>A good approach is to choose two or three employers you'd genuinely like to understand better. Prepare one simple question for each, then let the discussion develop. It sounds modest, but that is often more effective than trying to impress everyone in the room.</w:t>
      </w:r>
      <w:r/>
    </w:p>
    <w:p>
      <w:pPr>
        <w:pStyle w:val="Heading2"/>
      </w:pPr>
      <w:r>
        <w:t>Why inclusive employer contact matters</w:t>
      </w:r>
      <w:r/>
    </w:p>
    <w:p>
      <w:r/>
      <w:r>
        <w:t>For many job seekers, meeting employers in a supportive environment can be just as important as seeing advertised vacancies. A direct conversation may reveal a company's workplace culture, values and openness in ways a job listing cannot.</w:t>
      </w:r>
      <w:r/>
    </w:p>
    <w:p>
      <w:r/>
      <w:r>
        <w:t>The LGBT Life Center's fair also gives attendees a chance to meet employers that want to connect with the local LGBTQ+ community. Career fairs can help candidates compare organisations side by side, while employers get a more personal sense of the people behind the applications.</w:t>
      </w:r>
      <w:r/>
    </w:p>
    <w:p>
      <w:r/>
      <w:r>
        <w:t>That wider context is useful. A role may look attractive on paper, but a welcoming conversation can tell you whether the organisation feels like somewhere you'd actually want to spend your working week.</w:t>
      </w:r>
      <w:r/>
    </w:p>
    <w:p>
      <w:pPr>
        <w:pStyle w:val="Heading2"/>
      </w:pPr>
      <w:r>
        <w:t>Bring the basics, but don't chase perfection</w:t>
      </w:r>
      <w:r/>
    </w:p>
    <w:p>
      <w:r/>
      <w:r>
        <w:t>Arriving prepared helps, although there is no need to turn the day into a military operation. Bring several copies of your résumé if you have them, keep your phone charged and wear something smart but comfortable. A notebook can be handy for recording names, follow-up dates and details that blur together later.</w:t>
      </w:r>
      <w:r/>
    </w:p>
    <w:p>
      <w:r/>
      <w:r>
        <w:t>Indeed's career guidance suggests researching employers, practising an introduction and following up after the event. A short message thanking a recruiter for their time can keep the connection warm, especially when hiring decisions take longer than expected.</w:t>
      </w:r>
      <w:r/>
    </w:p>
    <w:p>
      <w:r/>
      <w:r>
        <w:t>If your work history is unconventional, focus on transferable skills. Customer service, organisation, teamwork, problem-solving and reliability all have value, even when they were developed outside a traditional office.</w:t>
      </w:r>
      <w:r/>
    </w:p>
    <w:p>
      <w:pPr>
        <w:pStyle w:val="Heading2"/>
      </w:pPr>
      <w:r>
        <w:t>The real result may arrive later</w:t>
      </w:r>
      <w:r/>
    </w:p>
    <w:p>
      <w:r/>
      <w:r>
        <w:t>A job offer on the day would be welcome, but it isn't the only useful outcome. The LGBT Life Center says previous attendees progressed to interview stages after making connections, while others left with improved résumés, new outfits or greater confidence.</w:t>
      </w:r>
      <w:r/>
    </w:p>
    <w:p>
      <w:r/>
      <w:r>
        <w:t>Career and Company notes that fairs can expose job seekers to roles and employers they might not otherwise discover. That makes the event useful for people who are actively applying, as well as those quietly wondering whether it's time for a change.</w:t>
      </w:r>
      <w:r/>
    </w:p>
    <w:p>
      <w:r/>
      <w:r>
        <w:t>There is something encouraging about that slower definition of progress. You might leave with a recruiter’s email, a better headshot or simply a clearer idea of what you want next. Sometimes a career move starts with nothing more dramatic than a conversation that feels easy.</w:t>
      </w:r>
      <w:r/>
    </w:p>
    <w:p>
      <w:r/>
      <w:r>
        <w:t>The LGBT Life Center's Second Annual Career &amp; Resource Fair takes place on 15 October, offering job seekers and employers a chance to meet, learn and build connections in person.</w:t>
      </w:r>
      <w:r/>
    </w:p>
    <w:p>
      <w:r/>
      <w:r>
        <w:t>A stronger career move can begin with one friendly introduction.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2">
        <w:r>
          <w:rPr>
            <w:color w:val="0000EE"/>
            <w:u w:val="single"/>
          </w:rPr>
          <w:t>[6]</w:t>
        </w:r>
      </w:hyperlink>
      <w:r>
        <w:t xml:space="preserve">, </w:t>
      </w:r>
      <w:hyperlink r:id="rId14">
        <w:r>
          <w:rPr>
            <w:color w:val="0000EE"/>
            <w:u w:val="single"/>
          </w:rPr>
          <w:t>[7]</w:t>
        </w:r>
      </w:hyperlink>
      <w:r>
        <w:t xml:space="preserve">- Paragraph 6: </w:t>
      </w:r>
      <w:hyperlink r:id="rId13">
        <w:r>
          <w:rPr>
            <w:color w:val="0000EE"/>
            <w:u w:val="single"/>
          </w:rPr>
          <w:t>[5]</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[6]</w:t>
        </w:r>
      </w:hyperlink>
      <w:r>
        <w:t xml:space="preserve">, </w:t>
      </w:r>
      <w:hyperlink r:id="rId14">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3">
        <w:r>
          <w:rPr>
            <w:color w:val="0000EE"/>
            <w:u w:val="single"/>
          </w:rPr>
          <w:t>[5]</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https://lgbtlifecenter.org/blog/5-ways-our-career-fair-can-open-doors-to-new-opportunities/</w:t>
        </w:r>
      </w:hyperlink>
      <w:r>
        <w:t xml:space="preserve"> - Please view link - unable to able to access data</w:t>
      </w:r>
      <w:r/>
    </w:p>
    <w:p>
      <w:pPr>
        <w:pStyle w:val="ListNumber"/>
        <w:spacing w:line="240" w:lineRule="auto"/>
        <w:ind w:left="720"/>
      </w:pPr>
      <w:r/>
      <w:hyperlink r:id="rId9">
        <w:r>
          <w:rPr>
            <w:color w:val="0000EE"/>
            <w:u w:val="single"/>
          </w:rPr>
          <w:t>https://lgbtlifecenter.org/blog/5-ways-our-career-fair-can-open-doors-to-new-opportunities/</w:t>
        </w:r>
      </w:hyperlink>
      <w:r>
        <w:t xml:space="preserve"> - The LGBT Life Center's Second Annual Career &amp; Resource Fair aims to connect job seekers with over 15 companies and organisations, fostering opportunities for employment and community engagement. The event offers résumé reviews, mock interviews, and professional headshots to assist attendees in their career pursuits. Last year's fair saw 25 employers and provided additional support, including meals, music, and new outfits for participants. The Centre's mission is to empower the LGBTQ and HIV communities by improving health, wellness, and providing transformative education and advocacy.</w:t>
      </w:r>
      <w:r/>
    </w:p>
    <w:p>
      <w:pPr>
        <w:pStyle w:val="ListNumber"/>
        <w:spacing w:line="240" w:lineRule="auto"/>
        <w:ind w:left="720"/>
      </w:pPr>
      <w:r/>
      <w:hyperlink r:id="rId10">
        <w:r>
          <w:rPr>
            <w:color w:val="0000EE"/>
            <w:u w:val="single"/>
          </w:rPr>
          <w:t>https://lgbtlifecenter.org/blog/events/hampton-lgbt-life-centers-on-the-road-to-your-future-career-resource-fair/</w:t>
        </w:r>
      </w:hyperlink>
      <w:r>
        <w:t xml:space="preserve"> - Scheduled for October 15, 2026, the LGBT Life Center's 'On the Road to Your Future: Career &amp; Resource Fair' in Hampton offers career coaching, mock interviews, networking with local employers, and community resources. The event aims to assist individuals actively seeking work, considering a career change, or those wishing to enhance their preparedness. Attendees are encouraged to bring their résumés and take the next step toward their future careers.</w:t>
      </w:r>
      <w:r/>
    </w:p>
    <w:p>
      <w:pPr>
        <w:pStyle w:val="ListNumber"/>
        <w:spacing w:line="240" w:lineRule="auto"/>
        <w:ind w:left="720"/>
      </w:pPr>
      <w:r/>
      <w:hyperlink r:id="rId11">
        <w:r>
          <w:rPr>
            <w:color w:val="0000EE"/>
            <w:u w:val="single"/>
          </w:rPr>
          <w:t>https://lgbtlifecenter.org/blog/events/lgbt-life-center-job-career-fair/</w:t>
        </w:r>
      </w:hyperlink>
      <w:r>
        <w:t xml:space="preserve"> - The LGBT Life Center's Job &amp; Career Fair, held on March 26, 2025, in Hampton, provided job seekers with opportunities to meet employers, explore job openings, and access resources to support their career growth. The event featured résumé-building workshops and interview skill-building sessions to help participants enhance their job search strategies and boost their confidence in the hiring process.</w:t>
      </w:r>
      <w:r/>
    </w:p>
    <w:p>
      <w:pPr>
        <w:pStyle w:val="ListNumber"/>
        <w:spacing w:line="240" w:lineRule="auto"/>
        <w:ind w:left="720"/>
      </w:pPr>
      <w:r/>
      <w:hyperlink r:id="rId13">
        <w:r>
          <w:rPr>
            <w:color w:val="0000EE"/>
            <w:u w:val="single"/>
          </w:rPr>
          <w:t>https://careerandcompany.com/services/benefits-of-career-fairs-for-job-seekers</w:t>
        </w:r>
      </w:hyperlink>
      <w:r>
        <w:t xml:space="preserve"> - Career fairs offer job seekers valuable opportunities to connect with multiple potential employers, learn about various interview processes, and understand what employers seek in candidates. While immediate job offers may not always result, attending career fairs can significantly increase formal sector employment by providing exposure to a wide range of employers and job opportunities.</w:t>
      </w:r>
      <w:r/>
    </w:p>
    <w:p>
      <w:pPr>
        <w:pStyle w:val="ListNumber"/>
        <w:spacing w:line="240" w:lineRule="auto"/>
        <w:ind w:left="720"/>
      </w:pPr>
      <w:r/>
      <w:hyperlink r:id="rId12">
        <w:r>
          <w:rPr>
            <w:color w:val="0000EE"/>
            <w:u w:val="single"/>
          </w:rPr>
          <w:t>https://www.indeed.com/career-advice/finding-a-job/what-is-a-job-fair</w:t>
        </w:r>
      </w:hyperlink>
      <w:r>
        <w:t xml:space="preserve"> - Job fairs are events where employers and job seekers meet to discuss employment opportunities. They provide a platform for job seekers to connect with multiple employers, learn about different companies, and explore various job openings. Attending job fairs can be particularly beneficial for recent graduates and individuals considering a career change, offering a chance to network and discover new opportunities.</w:t>
      </w:r>
      <w:r/>
    </w:p>
    <w:p>
      <w:pPr>
        <w:pStyle w:val="ListNumber"/>
        <w:spacing w:line="240" w:lineRule="auto"/>
        <w:ind w:left="720"/>
      </w:pPr>
      <w:r/>
      <w:hyperlink r:id="rId14">
        <w:r>
          <w:rPr>
            <w:color w:val="0000EE"/>
            <w:u w:val="single"/>
          </w:rPr>
          <w:t>https://www.indeed.com/career-advice/finding-a-job/advice-for-career-fairs</w:t>
        </w:r>
      </w:hyperlink>
      <w:r>
        <w:t xml:space="preserve"> - Career fairs are events where employers and job seekers meet to discuss employment opportunities. They provide a platform for job seekers to connect with multiple employers, learn about different companies, and explore various job openings. Attending career fairs can be particularly beneficial for recent graduates and individuals considering a career change, offering a chance to network and discover new opportunities.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lifecenter.org/blog/5-ways-our-career-fair-can-open-doors-to-new-opportunities/" TargetMode="External"/><Relationship Id="rId10" Type="http://schemas.openxmlformats.org/officeDocument/2006/relationships/hyperlink" Target="https://lgbtlifecenter.org/blog/events/hampton-lgbt-life-centers-on-the-road-to-your-future-career-resource-fair/" TargetMode="External"/><Relationship Id="rId11" Type="http://schemas.openxmlformats.org/officeDocument/2006/relationships/hyperlink" Target="https://lgbtlifecenter.org/blog/events/lgbt-life-center-job-career-fair/" TargetMode="External"/><Relationship Id="rId12" Type="http://schemas.openxmlformats.org/officeDocument/2006/relationships/hyperlink" Target="https://www.indeed.com/career-advice/finding-a-job/what-is-a-job-fair" TargetMode="External"/><Relationship Id="rId13" Type="http://schemas.openxmlformats.org/officeDocument/2006/relationships/hyperlink" Target="https://careerandcompany.com/services/benefits-of-career-fairs-for-job-seekers" TargetMode="External"/><Relationship Id="rId14" Type="http://schemas.openxmlformats.org/officeDocument/2006/relationships/hyperlink" Target="https://www.indeed.com/career-advice/finding-a-job/advice-for-career-fai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