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Pride Festival 2026: Sunday Events After Weather Cancellation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Pride organisers have reshaped the 2026 festival weekend after severe weather cancelled Saturday programming, with Sunday activities expected to go ahead. Atlanta United is joining the celebrations with a Pride activation and parade float, giving supporters a colourful reason to return while the club heads into a crucial MLS run-in.</w:t>
      </w:r>
      <w:r/>
    </w:p>
    <w:p>
      <w:pPr>
        <w:pStyle w:val="Heading2"/>
      </w:pPr>
      <w:r>
        <w:t>Essential Takeaways</w:t>
      </w:r>
      <w:r/>
      <w:r/>
    </w:p>
    <w:p>
      <w:pPr>
        <w:pStyle w:val="ListBullet"/>
        <w:spacing w:line="240" w:lineRule="auto"/>
        <w:ind w:left="720"/>
      </w:pPr>
      <w:r/>
      <w:r>
        <w:rPr>
          <w:b/>
        </w:rPr>
        <w:t>Saturday was cancelled:</w:t>
      </w:r>
      <w:r>
        <w:t xml:space="preserve"> Severe weather forced Atlanta Pride to call off the festival's planned opening-day programme.</w:t>
      </w:r>
      <w:r/>
    </w:p>
    <w:p>
      <w:pPr>
        <w:pStyle w:val="ListBullet"/>
        <w:spacing w:line="240" w:lineRule="auto"/>
        <w:ind w:left="720"/>
      </w:pPr>
      <w:r/>
      <w:r>
        <w:rPr>
          <w:b/>
        </w:rPr>
        <w:t>Sunday remains the focus:</w:t>
      </w:r>
      <w:r>
        <w:t xml:space="preserve"> Organisers expected festivities to continue, subject to official updates and conditions.</w:t>
      </w:r>
      <w:r/>
    </w:p>
    <w:p>
      <w:pPr>
        <w:pStyle w:val="ListBullet"/>
        <w:spacing w:line="240" w:lineRule="auto"/>
        <w:ind w:left="720"/>
      </w:pPr>
      <w:r/>
      <w:r>
        <w:rPr>
          <w:b/>
        </w:rPr>
        <w:t>Atlanta United is taking part:</w:t>
      </w:r>
      <w:r>
        <w:t xml:space="preserve"> Fans can find face paint, glitter, temporary tattoos, games and giveaways at the club's Gear Up for Pride station.</w:t>
      </w:r>
      <w:r/>
    </w:p>
    <w:p>
      <w:pPr>
        <w:pStyle w:val="ListBullet"/>
        <w:spacing w:line="240" w:lineRule="auto"/>
        <w:ind w:left="720"/>
      </w:pPr>
      <w:r/>
      <w:r>
        <w:rPr>
          <w:b/>
        </w:rPr>
        <w:t>The parade gets a football soundtrack:</w:t>
      </w:r>
      <w:r>
        <w:t xml:space="preserve"> DJ EU is set to perform from the club's float, joined by staff, supporters and volunteers.</w:t>
      </w:r>
      <w:r/>
    </w:p>
    <w:p>
      <w:pPr>
        <w:pStyle w:val="ListBullet"/>
        <w:spacing w:line="240" w:lineRule="auto"/>
        <w:ind w:left="720"/>
      </w:pPr>
      <w:r/>
      <w:r>
        <w:rPr>
          <w:b/>
        </w:rPr>
        <w:t>The MLS schedule stays busy:</w:t>
      </w:r>
      <w:r>
        <w:t xml:space="preserve"> Atlanta United faces CF Montreal, Inter Miami and Chicago Fire during a demanding October stretch.</w:t>
      </w:r>
      <w:r/>
      <w:r/>
    </w:p>
    <w:p>
      <w:pPr>
        <w:pStyle w:val="Heading2"/>
      </w:pPr>
      <w:r>
        <w:t>Saturday's cancellation changed the weekend mood</w:t>
      </w:r>
      <w:r/>
    </w:p>
    <w:p>
      <w:r/>
      <w:r>
        <w:t>Atlanta Pride had hoped to launch its festival with a full Saturday programme, but a serious weather threat made that impossible. The organisation announced the cancellation after monitoring conditions and urged visitors to rely on its social channels for further announcements.</w:t>
      </w:r>
      <w:r/>
    </w:p>
    <w:p>
      <w:r/>
      <w:r>
        <w:t>That decision is frustrating for anyone who had planned a full day out, particularly visitors travelling into the city. Still, cancelling early is the sensible call when thunderstorms and unsafe conditions are in the forecast. According to Atlanta Pride, Sunday festivities were expected to proceed, although attendees were advised to check for updates before setting off.</w:t>
      </w:r>
      <w:r/>
    </w:p>
    <w:p>
      <w:r/>
      <w:r>
        <w:t>The festival is one of the city's major annual celebrations, drawing residents, visitors, community groups and businesses into central Atlanta. Midtown Atlanta's event listings continue to position the weekend as a key fixture on the city's autumn calendar.</w:t>
      </w:r>
      <w:r/>
    </w:p>
    <w:p>
      <w:pPr>
        <w:pStyle w:val="Heading2"/>
      </w:pPr>
      <w:r>
        <w:t>Atlanta United brings colour, noise and a little football flair</w:t>
      </w:r>
      <w:r/>
    </w:p>
    <w:p>
      <w:r/>
      <w:r>
        <w:t>Atlanta United's involvement gives Sunday's celebrations an unmistakable stadium feel. At the Gear Up for Pride activation, visitors can expect face paint, glitter, temporary tattoos, mini-games and giveaways, so even casual passers-by should find something to do between parade moments.</w:t>
      </w:r>
      <w:r/>
    </w:p>
    <w:p>
      <w:r/>
      <w:r>
        <w:t>The club's float is planned to feature a performance by DJ EU, alongside Atlanta United staff, supporters and volunteers from The Trevor Project. Jaymes Black, the organisation's chief executive, is also scheduled to participate, adding a community-focused dimension to the football club's presence.</w:t>
      </w:r>
      <w:r/>
    </w:p>
    <w:p>
      <w:r/>
      <w:r>
        <w:t>For supporters, it's a chance to see the 5-Stripes away from Mercedes-Benz Stadium. For the wider festival crowd, the setup sounds more like a lively street party than a traditional club promotion, which is probably exactly the right tone for Pride.</w:t>
      </w:r>
      <w:r/>
    </w:p>
    <w:p>
      <w:pPr>
        <w:pStyle w:val="Heading2"/>
      </w:pPr>
      <w:r>
        <w:t>What visitors should know before heading out</w:t>
      </w:r>
      <w:r/>
    </w:p>
    <w:p>
      <w:r/>
      <w:r>
        <w:t>The most useful advice is also the least glamorous: check the forecast and official updates before leaving home. Atlanta Pride's website and social media channels are the places to confirm timings, routes and any weather-related changes, while Midtown Atlanta provides useful background on the festival and parade.</w:t>
      </w:r>
      <w:r/>
    </w:p>
    <w:p>
      <w:r/>
      <w:r>
        <w:t>Comfort matters, too. Wear shoes that can handle standing and walking, carry water, and bring sun protection if the clouds clear. Glitter may be festive, but a waterproof layer is the more practical accessory when Atlanta's weather is behaving unpredictably.</w:t>
      </w:r>
      <w:r/>
    </w:p>
    <w:p>
      <w:r/>
      <w:r>
        <w:t>Anyone attending with children or mobility needs should allow extra time around crowded streets and parade areas. A simple meeting point can also help if phone signals become patchy or the group gets separated.</w:t>
      </w:r>
      <w:r/>
    </w:p>
    <w:p>
      <w:pPr>
        <w:pStyle w:val="Heading2"/>
      </w:pPr>
      <w:r>
        <w:t>The club's Pride weekend comes during a tight MLS run</w:t>
      </w:r>
      <w:r/>
    </w:p>
    <w:p>
      <w:r/>
      <w:r>
        <w:t>Atlanta United's community commitments arrive as the team navigates a demanding final stretch of the regular season. The club is listed 14th in the Eastern Conference with seven wins, six draws and 14 defeats, leaving every remaining fixture important.</w:t>
      </w:r>
      <w:r/>
    </w:p>
    <w:p>
      <w:r/>
      <w:r>
        <w:t>The schedule moves quickly after the weekend. Atlanta travels to CF Montreal on 14 October, then returns home to face Inter Miami on 17 October before meeting Chicago Fire on 24 October. That sequence leaves little room for recovery, making squad management just as important as match-day energy.</w:t>
      </w:r>
      <w:r/>
    </w:p>
    <w:p>
      <w:r/>
      <w:r>
        <w:t>All MLS matches are available through Apple TV, with the service listed at $12.99 a month or $99 annually without a separate standalone MLS Season Pass. Selected games are also shown nationally on FOX and FS1, giving supporters more than one way to follow the run-in.</w:t>
      </w:r>
      <w:r/>
    </w:p>
    <w:p>
      <w:pPr>
        <w:pStyle w:val="Heading2"/>
      </w:pPr>
      <w:r>
        <w:t>A disrupted start, but Sunday still has plenty to offer</w:t>
      </w:r>
      <w:r/>
    </w:p>
    <w:p>
      <w:r/>
      <w:r>
        <w:t>Weather cancellations can flatten the atmosphere around any festival, yet they don't necessarily define the whole weekend. With Atlanta Pride expecting Sunday events to continue and Atlanta United adding music, activities and familiar red-and-black energy, the second day still has plenty of appeal.</w:t>
      </w:r>
      <w:r/>
    </w:p>
    <w:p>
      <w:r/>
      <w:r>
        <w:t>The key is to treat the timetable as flexible rather than fixed. Check the latest information, plan for changing conditions and leave room for the unexpected. Sometimes the best festival moments happen between the headline events, with a DJ, a friendly crowd and a football float rolling past.</w:t>
      </w:r>
      <w:r/>
    </w:p>
    <w:p>
      <w:r/>
      <w:r>
        <w:t>It's a changed weekend, but Sunday could still deliver the colour and community Atlanta Pride is known for.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[1]</w:t>
        </w:r>
      </w:hyperlink>
      <w:r>
        <w:t xml:space="preserve">, </w:t>
      </w:r>
      <w:hyperlink r:id="rId13">
        <w:r>
          <w:rPr>
            <w:color w:val="0000EE"/>
            <w:u w:val="single"/>
          </w:rPr>
          <w:t>[5]</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0">
        <w:r>
          <w:rPr>
            <w:color w:val="0000EE"/>
            <w:u w:val="single"/>
          </w:rPr>
          <w:t>[2]</w:t>
        </w:r>
      </w:hyperlink>
      <w:r>
        <w:t xml:space="preserve">- Paragraph 9: </w:t>
      </w:r>
      <w:hyperlink r:id="rId9">
        <w:r>
          <w:rPr>
            <w:color w:val="0000EE"/>
            <w:u w:val="single"/>
          </w:rPr>
          <w:t>[1]</w:t>
        </w:r>
      </w:hyperlink>
      <w:r>
        <w:t xml:space="preserve">, </w:t>
      </w:r>
      <w:hyperlink r:id="rId12">
        <w:r>
          <w:rPr>
            <w:color w:val="0000EE"/>
            <w:u w:val="single"/>
          </w:rPr>
          <w:t>[4]</w:t>
        </w:r>
      </w:hyperlink>
      <w:r>
        <w:t xml:space="preserve">- Paragraph 10: </w:t>
      </w:r>
      <w:hyperlink r:id="rId9">
        <w:r>
          <w:rPr>
            <w:color w:val="0000EE"/>
            <w:u w:val="single"/>
          </w:rPr>
          <w:t>[1]</w:t>
        </w:r>
      </w:hyperlink>
      <w:r>
        <w:t xml:space="preserve">, </w:t>
      </w:r>
      <w:hyperlink r:id="rId13">
        <w:r>
          <w:rPr>
            <w:color w:val="0000EE"/>
            <w:u w:val="single"/>
          </w:rPr>
          <w:t>[5]</w:t>
        </w:r>
      </w:hyperlink>
      <w:r>
        <w:t xml:space="preserve">- Paragraph 11: </w:t>
      </w:r>
      <w:hyperlink r:id="rId9">
        <w:r>
          <w:rPr>
            <w:color w:val="0000EE"/>
            <w:u w:val="single"/>
          </w:rPr>
          <w:t>[1]</w:t>
        </w:r>
      </w:hyperlink>
      <w:r>
        <w:t xml:space="preserve">, </w:t>
      </w:r>
      <w:hyperlink r:id="rId11">
        <w:r>
          <w:rPr>
            <w:color w:val="0000EE"/>
            <w:u w:val="single"/>
          </w:rPr>
          <w:t>[3]</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https://news-usa.today/atlanta-united-adjusts-pride-match-schedule-after-weather-cancellation/</w:t>
        </w:r>
      </w:hyperlink>
      <w:r>
        <w:t xml:space="preserve"> - Please view link - unable to able to access data</w:t>
      </w:r>
      <w:r/>
    </w:p>
    <w:p>
      <w:pPr>
        <w:pStyle w:val="ListNumber"/>
        <w:spacing w:line="240" w:lineRule="auto"/>
        <w:ind w:left="720"/>
      </w:pPr>
      <w:r/>
      <w:hyperlink r:id="rId10">
        <w:r>
          <w:rPr>
            <w:color w:val="0000EE"/>
            <w:u w:val="single"/>
          </w:rPr>
          <w:t>https://atlantapride.org/2026/10/09/atlanta-pride-cancels-saturday-festival-programming-due-to-severe-weather-threat-sunday-festivities-expected-to-proceed/</w:t>
        </w:r>
      </w:hyperlink>
      <w:r>
        <w:t xml:space="preserve"> - On October 9, 2026, Atlanta Pride announced the cancellation of all Saturday, October 10, programming at the 2026 Atlanta Pride Festival in Piedmont Park due to the threat of severe weather and anticipated hazardous conditions across the Atlanta area. The safety of festival attendees, volunteers, performers, vendors, staff, and the broader community remains Atlanta Pride’s highest priority. The cancellation applies to Saturday, October 10, ONLY. Atlanta Pride fully expects to proceed with festival programming and the Atlanta Pride Parade on Sunday, October 11, as scheduled, weather and safety conditions permitting. “While this is an incredibly difficult decision, the safety and well-being of our community must always come first,” said Chris McCain, Executive Director of Atlanta Pride. “Atlanta Pride is a celebration of resilience, unity, and community, and those values remain at the heart of everything we do. We are working diligently to ensure that Sunday’s festivities can move forward safely, and we look forward to coming together to celebrate Pride.” Atlanta Pride is actively working with its production teams, performers, vendors, and community partners to make necessary adjustments to Sunday’s entertainment lineup and festival programming. Atlanta Pride will share additional details, including an updated schedule, as soon as they become available. All guests who purchased a Saturday-only Premium Pass will have their passes honored on Sunday, October 11. Additional information regarding Premium Pass access and logistics will be communicated directly to pass holders. Atlanta Pride encourages all attendees to continue monitoring official communication channels for the latest information regarding Sunday programming, entertainment schedules, and any additional weather-related developments. Atlanta Pride will share updates through its official Instagram (@atlantapride) and Facebook channels, website, and the Atlanta Pride Festival mobile app. For the latest information, visit www.atlantapride.org.</w:t>
      </w:r>
      <w:r/>
    </w:p>
    <w:p>
      <w:pPr>
        <w:pStyle w:val="ListNumber"/>
        <w:spacing w:line="240" w:lineRule="auto"/>
        <w:ind w:left="720"/>
      </w:pPr>
      <w:r/>
      <w:hyperlink r:id="rId11">
        <w:r>
          <w:rPr>
            <w:color w:val="0000EE"/>
            <w:u w:val="single"/>
          </w:rPr>
          <w:t>https://roughdraftatlanta.com/2026/10/09/atlanta-pride-cancels-first-day-saturday/</w:t>
        </w:r>
      </w:hyperlink>
      <w:r>
        <w:t xml:space="preserve"> - Due to the impending severe weather expected from Hurricane Isaias on Saturday, Atlanta Pride canceled the first day of the two-day festival. In a press release, the organization announced that all programming on Saturday, Oct. 10, would be canceled due to anticipated hazardous conditions. As of Friday, Oct. 9, the Pride parade remained scheduled for noon on Sunday, Oct. 11. The festival at Piedmont Park is also expected to commence on Sunday, weather and safety conditions permitting. Saturday-only premium passes will be honored on Sunday. Gov. Brian Kemp issued a state of emergency for all of Georgia’s 159 counties in preparation of Hurricane Isaias. As of 9:10 a.m. on Oct. 9, Isaias had reached Category 3 storm status with sustained winds of 120 mph. Georgia Power said in a press release that it is preparing to respond to potential power outages over the weekend. Atlanta Pride is one of several events across Metro Atlanta that has been canceled due to the storm, including Georgia-Alabama watch parties in Chamblee and Tucker, the Atlanta Turkish Food Festival, Fall Festival on Ponce, the Mayor’s 5K on the 5th Runway at the Atlanta airport, the Cryptid Creatives Halloween Market in East Atlanta Village, and the Making Strides Against Breast Cancer Walk at Atlantic Station. Further updates on Hurricane Isaias will be shared on Rough Draft’s live weather blog.</w:t>
      </w:r>
      <w:r/>
    </w:p>
    <w:p>
      <w:pPr>
        <w:pStyle w:val="ListNumber"/>
        <w:spacing w:line="240" w:lineRule="auto"/>
        <w:ind w:left="720"/>
      </w:pPr>
      <w:r/>
      <w:hyperlink r:id="rId12">
        <w:r>
          <w:rPr>
            <w:color w:val="0000EE"/>
            <w:u w:val="single"/>
          </w:rPr>
          <w:t>https://www.midtownatl.com/do/atlanta-pride-festival</w:t>
        </w:r>
      </w:hyperlink>
      <w:r>
        <w:t xml:space="preserve"> - The Atlanta Pride Festival is a significant annual event in Midtown Atlanta, typically held in October. The festival features a variety of activities, including music, merchandise, art, and food, and is a central gathering for the LGBTQIA+ community in the region. The 2023 festival was scheduled for October 14-15, 2023, at Piedmont Park. The event aims to celebrate the diversity and resilience of the LGBTQIA+ community, offering a platform for activism, education, and celebration. The festival is free to attend, though some after-parties, concerts, or special events may charge admission.</w:t>
      </w:r>
      <w:r/>
    </w:p>
    <w:p>
      <w:pPr>
        <w:pStyle w:val="ListNumber"/>
        <w:spacing w:line="240" w:lineRule="auto"/>
        <w:ind w:left="720"/>
      </w:pPr>
      <w:r/>
      <w:hyperlink r:id="rId13">
        <w:r>
          <w:rPr>
            <w:color w:val="0000EE"/>
            <w:u w:val="single"/>
          </w:rPr>
          <w:t>https://www.midtownatl.com/do/atlanta-pride-parade</w:t>
        </w:r>
      </w:hyperlink>
      <w:r>
        <w:t xml:space="preserve"> - The Atlanta Pride Parade is a major event in Midtown Atlanta, typically held in October. The parade is one of the largest in the region, drawing over 100,000 people along the streets of Midtown Atlanta. Traditionally, it steps off from the Atlanta Civic Center MARTA Station at noon on Sunday and continues down Peachtree Street, turning right onto 10th Street and ending a block from the Charles Allen Gates to Piedmont Park. The parade features a diverse array of participants, including LGBTQ+ organizations, advocacy groups, corporate and business groups, faith communities, social clubs, sports leagues, and student groups. The event is a vibrant display of support and solidarity for the LGBTQ+ community.</w:t>
      </w:r>
      <w:r/>
    </w:p>
    <w:p>
      <w:pPr>
        <w:pStyle w:val="ListNumber"/>
        <w:spacing w:line="240" w:lineRule="auto"/>
        <w:ind w:left="720"/>
      </w:pPr>
      <w:r/>
      <w:hyperlink r:id="rId14">
        <w:r>
          <w:rPr>
            <w:color w:val="0000EE"/>
            <w:u w:val="single"/>
          </w:rPr>
          <w:t>https://roughdraftatlanta.com/2023/08/17/whats-going-down-atlanta-black-pride-weekend/</w:t>
        </w:r>
      </w:hyperlink>
      <w:r>
        <w:t xml:space="preserve"> - Atlanta Black Pride Weekend (ABPW) is an annual event held in Atlanta, typically over Labor Day weekend. In 2023, the event was hosted by RockStars Productions and Traxx Girls at The Starling hotel in Midtown. ABPW features a variety of activities, including registration and ticket pick-up, a vendor market, mixers, parties, and award ceremonies. The weekend officially starts on Friday with events such as the Annual N*kd Hustle All Girl Day Party at Magic City and a male mixer at The Starling. The event aims to celebrate and support the Black LGBTQ+ community in Atlanta.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usa.today/atlanta-united-adjusts-pride-match-schedule-after-weather-cancellation/" TargetMode="External"/><Relationship Id="rId10" Type="http://schemas.openxmlformats.org/officeDocument/2006/relationships/hyperlink" Target="https://atlantapride.org/2026/10/09/atlanta-pride-cancels-saturday-festival-programming-due-to-severe-weather-threat-sunday-festivities-expected-to-proceed/" TargetMode="External"/><Relationship Id="rId11" Type="http://schemas.openxmlformats.org/officeDocument/2006/relationships/hyperlink" Target="https://roughdraftatlanta.com/2026/10/09/atlanta-pride-cancels-first-day-saturday/" TargetMode="External"/><Relationship Id="rId12" Type="http://schemas.openxmlformats.org/officeDocument/2006/relationships/hyperlink" Target="https://www.midtownatl.com/do/atlanta-pride-festival" TargetMode="External"/><Relationship Id="rId13" Type="http://schemas.openxmlformats.org/officeDocument/2006/relationships/hyperlink" Target="https://www.midtownatl.com/do/atlanta-pride-parade" TargetMode="External"/><Relationship Id="rId14" Type="http://schemas.openxmlformats.org/officeDocument/2006/relationships/hyperlink" Target="https://roughdraftatlanta.com/2023/08/17/whats-going-down-atlanta-black-pride-week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