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Mike Flanagan’s Carrie Feels So Powerful for Queer Viewers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finding fresh meaning in Mike Flanagan’s new Carrie series on Prime Video, where familiar horror becomes a thoughtful story about isolation, identity and finding strength in what makes you different. With Matthew Lillard and Josie Totah highlighting its queer resonance, this latest adaptation gives Stephen King’s classic a surprisingly tender new pulse.</w:t>
      </w:r>
      <w:r/>
    </w:p>
    <w:p>
      <w:pPr>
        <w:pStyle w:val="Heading2"/>
      </w:pPr>
      <w:r>
        <w:t>Essential Takeaways</w:t>
      </w:r>
      <w:r/>
      <w:r/>
    </w:p>
    <w:p>
      <w:pPr>
        <w:pStyle w:val="ListBullet"/>
        <w:spacing w:line="240" w:lineRule="auto"/>
        <w:ind w:left="720"/>
      </w:pPr>
      <w:r/>
      <w:r>
        <w:rPr>
          <w:b/>
        </w:rPr>
        <w:t>A familiar story, expanded:</w:t>
      </w:r>
      <w:r>
        <w:t xml:space="preserve"> The series spends more time with Carrie, Margaret and the classmates surrounding them.</w:t>
      </w:r>
      <w:r/>
    </w:p>
    <w:p>
      <w:pPr>
        <w:pStyle w:val="ListBullet"/>
        <w:spacing w:line="240" w:lineRule="auto"/>
        <w:ind w:left="720"/>
      </w:pPr>
      <w:r/>
      <w:r>
        <w:rPr>
          <w:b/>
        </w:rPr>
        <w:t>Queer themes sit at its centre:</w:t>
      </w:r>
      <w:r>
        <w:t xml:space="preserve"> Isolation, otherness and self-discovery give the horror a broader emotional reach.</w:t>
      </w:r>
      <w:r/>
    </w:p>
    <w:p>
      <w:pPr>
        <w:pStyle w:val="ListBullet"/>
        <w:spacing w:line="240" w:lineRule="auto"/>
        <w:ind w:left="720"/>
      </w:pPr>
      <w:r/>
      <w:r>
        <w:rPr>
          <w:b/>
        </w:rPr>
        <w:t>The infamous period scene has changed:</w:t>
      </w:r>
      <w:r>
        <w:t xml:space="preserve"> Flanagan uses it to examine how cruelty becomes normalised.</w:t>
      </w:r>
      <w:r/>
    </w:p>
    <w:p>
      <w:pPr>
        <w:pStyle w:val="ListBullet"/>
        <w:spacing w:line="240" w:lineRule="auto"/>
        <w:ind w:left="720"/>
      </w:pPr>
      <w:r/>
      <w:r>
        <w:rPr>
          <w:b/>
        </w:rPr>
        <w:t>The cast sees hope in Carrie:</w:t>
      </w:r>
      <w:r>
        <w:t xml:space="preserve"> Her difference gradually becomes a source of power rather than shame.</w:t>
      </w:r>
      <w:r/>
    </w:p>
    <w:p>
      <w:pPr>
        <w:pStyle w:val="ListBullet"/>
        <w:spacing w:line="240" w:lineRule="auto"/>
        <w:ind w:left="720"/>
      </w:pPr>
      <w:r/>
      <w:r>
        <w:rPr>
          <w:b/>
        </w:rPr>
        <w:t>It still delivers the scares:</w:t>
      </w:r>
      <w:r>
        <w:t xml:space="preserve"> The new series keeps the dark atmosphere while adding more character detail.</w:t>
      </w:r>
      <w:r/>
      <w:r/>
    </w:p>
    <w:p>
      <w:pPr>
        <w:pStyle w:val="Heading2"/>
      </w:pPr>
      <w:r>
        <w:t>Carrie’s outsider story still cuts deep</w:t>
      </w:r>
      <w:r/>
    </w:p>
    <w:p>
      <w:r/>
      <w:r>
        <w:t>The most striking thing about this Carrie isn't the blood, the prom or even the supernatural destruction. It's the quiet ache underneath them: the feeling of being watched, judged and pushed to the edge of the room.</w:t>
      </w:r>
      <w:r/>
    </w:p>
    <w:p>
      <w:r/>
      <w:r>
        <w:t>That emotional thread has always made Stephen King's story more than a straightforward revenge horror. In Flanagan's version, it has more space to breathe. Reviews from The Atlantic and GamesRadar have highlighted the adaptation's willingness to linger with its characters rather than rush towards the ending audiences already know.</w:t>
      </w:r>
      <w:r/>
    </w:p>
    <w:p>
      <w:r/>
      <w:r>
        <w:t>For queer viewers, that sense of being treated as strange or inconvenient can feel especially familiar. Carrie isn't a direct allegory for every queer experience, of course, but the story understands the damage caused by constant scrutiny. Sometimes the most frightening part isn't the supernatural power. It's what people decide to do with their fear of difference.</w:t>
      </w:r>
      <w:r/>
    </w:p>
    <w:p>
      <w:pPr>
        <w:pStyle w:val="Heading2"/>
      </w:pPr>
      <w:r>
        <w:t>Matthew Lillard understands why it matters</w:t>
      </w:r>
      <w:r/>
    </w:p>
    <w:p>
      <w:r/>
      <w:r>
        <w:t>Matthew Lillard has spoken about feeling like an outsider while growing up, as well as raising queer children. That personal connection helps explain why he hopes the series makes queer viewers feel recognised rather than simply used as an audience reference.</w:t>
      </w:r>
      <w:r/>
    </w:p>
    <w:p>
      <w:r/>
      <w:r>
        <w:t>His interpretation of the story focuses on Carrie rising from humiliation towards self-definition. It's a hopeful reading of an otherwise bleak tale, and it shifts attention away from the spectacle of revenge towards the person forced to endure it.</w:t>
      </w:r>
      <w:r/>
    </w:p>
    <w:p>
      <w:r/>
      <w:r>
        <w:t>That approach also fits Flanagan's broader style. As GamesRadar reported when filming wrapped, the director described the project as one of his favourite productions. He appears less interested in recreating the old beats perfectly than in asking what they mean now, which is probably the only sensible reason to revisit such a well-known story.</w:t>
      </w:r>
      <w:r/>
    </w:p>
    <w:p>
      <w:pPr>
        <w:pStyle w:val="Heading2"/>
      </w:pPr>
      <w:r>
        <w:t>A new Carrie makes room for compassion</w:t>
      </w:r>
      <w:r/>
    </w:p>
    <w:p>
      <w:r/>
      <w:r>
        <w:t>Summer H. Howell's Carrie is presented as curious, vulnerable and eager to understand the world around her. That warmth makes the cruelty aimed at her harder to watch, but it also gives the character a fuller life beyond being the target of abuse.</w:t>
      </w:r>
      <w:r/>
    </w:p>
    <w:p>
      <w:r/>
      <w:r>
        <w:t>The same goes for Samantha Sloyan's Margaret. Her relationship with Carrie remains deeply troubling, yet the series explores the fear, control and damaged love tangled up inside it. The result isn't an excuse for Margaret's behaviour, but it does make the family dynamic more unsettlingly human.</w:t>
      </w:r>
      <w:r/>
    </w:p>
    <w:p>
      <w:r/>
      <w:r>
        <w:t>Meanwhile, Josie Totah has pointed to the idea that an apparent flaw can become a superpower, a concept with obvious queer resonance. It’s a neat emotional key for the series: what others label as broken may be the very thing that helps someone survive.</w:t>
      </w:r>
      <w:r/>
    </w:p>
    <w:p>
      <w:pPr>
        <w:pStyle w:val="Heading2"/>
      </w:pPr>
      <w:r>
        <w:t>Why the period scene has been rethought</w:t>
      </w:r>
      <w:r/>
    </w:p>
    <w:p>
      <w:r/>
      <w:r>
        <w:t>One of the most discussed changes involves Carrie's first period. Flanagan reportedly altered the notorious sequence because the story needed to confront how easily cruelty can become ordinary, especially when a crowd decides someone is safe to mock.</w:t>
      </w:r>
      <w:r/>
    </w:p>
    <w:p>
      <w:r/>
      <w:r>
        <w:t>That matters because the scene isn't frightening only for what happens to Carrie. It shows how quickly embarrassment turns into entertainment, and how bystanders can become part of the harm without appearing to do very much at all.</w:t>
      </w:r>
      <w:r/>
    </w:p>
    <w:p>
      <w:r/>
      <w:r>
        <w:t>GamesRadar's coverage of the change frames it as a conversation about the normalisation of cruelty. In practical terms, that means the series isn't treating the incident as an isolated shock moment. It's showing the social machinery around it, where humiliation gains momentum because everyone else treats it as a joke.</w:t>
      </w:r>
      <w:r/>
    </w:p>
    <w:p>
      <w:pPr>
        <w:pStyle w:val="Heading2"/>
      </w:pPr>
      <w:r>
        <w:t>Is another Carrie really necessary?</w:t>
      </w:r>
      <w:r/>
    </w:p>
    <w:p>
      <w:r/>
      <w:r>
        <w:t>That was the obvious question before this series arrived. The answer seems to be yes, but only because Flanagan has avoided making a polished copy of earlier versions.</w:t>
      </w:r>
      <w:r/>
    </w:p>
    <w:p>
      <w:r/>
      <w:r>
        <w:t>The Atlantic, The Daily Beast and GamesRadar have each approached the new adaptation as a modern update rather than a simple retelling. Its strength lies in widening the story around Carrie, giving supporting characters more emotional texture and allowing the horror to build gradually.</w:t>
      </w:r>
      <w:r/>
    </w:p>
    <w:p>
      <w:r/>
      <w:r>
        <w:t>There are still plenty of reasons to watch with the lights low. The prom remains an event worth dreading, the atmosphere is suitably grim and the story knows how to make an ordinary hallway feel hostile. But the real appeal is quieter: this Carrie understands that being seen can be frightening, liberating and long overdue.</w:t>
      </w:r>
      <w:r/>
    </w:p>
    <w:p>
      <w:r/>
      <w:r>
        <w:t>It's a darker kind of coming-of-age story, but its message is unexpectedly warm: difference doesn't have to remain a wound.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[6]</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3">
        <w:r>
          <w:rPr>
            <w:color w:val="0000EE"/>
            <w:u w:val="single"/>
          </w:rPr>
          <w:t>[5]</w:t>
        </w:r>
      </w:hyperlink>
      <w:r>
        <w:t xml:space="preserve">- Paragraph 18: </w:t>
      </w:r>
      <w:hyperlink r:id="rId15">
        <w:r>
          <w:rPr>
            <w:color w:val="0000EE"/>
            <w:u w:val="single"/>
          </w:rPr>
          <w:t>[6]</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https://gayety.com/matthew-lillard-hopes-queer-fans-feel-seen-in-carrie-exclusive</w:t>
        </w:r>
      </w:hyperlink>
      <w:r>
        <w:t xml:space="preserve"> - Please view link - unable to able to access data</w:t>
      </w:r>
      <w:r/>
    </w:p>
    <w:p>
      <w:pPr>
        <w:pStyle w:val="ListNumber"/>
        <w:spacing w:line="240" w:lineRule="auto"/>
        <w:ind w:left="720"/>
      </w:pPr>
      <w:r/>
      <w:hyperlink r:id="rId10">
        <w:r>
          <w:rPr>
            <w:color w:val="0000EE"/>
            <w:u w:val="single"/>
          </w:rPr>
          <w:t>https://www.theatlantic.com/culture/2026/10/carrie-tv-show-review-mike-flanagan-stephen-king/688914/?utm_source=openai</w:t>
        </w:r>
      </w:hyperlink>
      <w:r>
        <w:t xml:space="preserve"> - Mike Flanagan's adaptation of Stephen King's 'Carrie' reimagines the classic horror tale for the digital age. The series introduces subplots like paranormal investigations and a psychic cabal, which dilute the story's central personal tragedy. The emphasis on compassion and nuanced backstories alters the core of King's story, softening its brutality and venting its emotional catharsis. The result is a polished but emotionally neutered adaptation that sidelines Carrie's personal arc in favour of broader commentary on societal dysfunction.</w:t>
      </w:r>
      <w:r/>
    </w:p>
    <w:p>
      <w:pPr>
        <w:pStyle w:val="ListNumber"/>
        <w:spacing w:line="240" w:lineRule="auto"/>
        <w:ind w:left="720"/>
      </w:pPr>
      <w:r/>
      <w:hyperlink r:id="rId12">
        <w:r>
          <w:rPr>
            <w:color w:val="0000EE"/>
            <w:u w:val="single"/>
          </w:rPr>
          <w:t>https://www.gamesradar.com/entertainment/horror-shows/mike-flanagan-changed-the-infamous-period-scene-in-his-version-of-carrie-because-we-needed-to-talk-about-the-normalization-of-cruelty/</w:t>
        </w:r>
      </w:hyperlink>
      <w:r>
        <w:t xml:space="preserve"> - Director Mike Flanagan has revamped the infamous period scene from Stephen King's 1974 novel 'Carrie' in his upcoming digital-age adaptation, premiering on Prime Video on October 7. Set in 2025, Flanagan's version incorporates the pervasive influence of social media and smartphones to intensify the cruelty Carrie experiences—emphasising the normalization of bullying in today's digital society. Rather than stopping at physical humiliation, Carrie's classmates now film her distress and share it, amplifying her suffering. Flanagan believes the inclusion of social media is crucial to authentically depicting modern teenage life and the unique challenges they face. He reflects on his own experiences with bullying in the '90s and expresses admiration for the resilience of contemporary youth navigating the permanent, viral nature of online embarrassment. The series stars Summer H. Howell as Carrie, with a supporting cast including Samantha Sloyan and Matthew Lillard. Notably, Stephen King himself endorsed Flanagan's adaptation, praising its powerful commentary on social media. Comprising eight episodes, this chilling reimagining adds new layers to the classic horror tale, making it all the more emotionally resonant and socially relevant.</w:t>
      </w:r>
      <w:r/>
    </w:p>
    <w:p>
      <w:pPr>
        <w:pStyle w:val="ListNumber"/>
        <w:spacing w:line="240" w:lineRule="auto"/>
        <w:ind w:left="720"/>
      </w:pPr>
      <w:r/>
      <w:hyperlink r:id="rId11">
        <w:r>
          <w:rPr>
            <w:color w:val="0000EE"/>
            <w:u w:val="single"/>
          </w:rPr>
          <w:t>https://www.gamesradar.com/entertainment/horror-shows/carrie-mike-flanagan-tv-show-review/</w:t>
        </w:r>
      </w:hyperlink>
      <w:r>
        <w:t xml:space="preserve"> - Mike Flanagan’s 2026 adaptation of Stephen King's 'Carrie' reimagines the classic horror tale for the modern age, premiering on Prime Video on October 7. Centered around Summer Howell’s nuanced portrayal of the telekinetic misfit, Carrie White, the show explores the contemporary teenage experience amid social media toxicity, permissive parenting, and societal neglect. Flanagan, motivated by his role as a parent, uses the series to tackle broader issues like public school struggles, mental health, and youth identity. The eight-episode series diverges from previous adaptations by expanding character backstories, particularly exploring Carrie’s complex relationships with her abusive mother Margaret and conspiracy-theorist father Ralph, whose presence is a new addition. Standout performances by Howell and Samantha Sloyan enrich the emotional depth of the characters. While the series covers iconic moments like the prom scene, its finale lacks the explosive climax fans may expect, focusing instead on future plot development. Though it occasionally suffers from YA clichés, this adaptation succeeds in elevating the central themes of the original while providing a poignant look at modern adolescence. It positions itself as essential viewing for both horror fans and parents navigating today’s social climate.</w:t>
      </w:r>
      <w:r/>
    </w:p>
    <w:p>
      <w:pPr>
        <w:pStyle w:val="ListNumber"/>
        <w:spacing w:line="240" w:lineRule="auto"/>
        <w:ind w:left="720"/>
      </w:pPr>
      <w:r/>
      <w:hyperlink r:id="rId13">
        <w:r>
          <w:rPr>
            <w:color w:val="0000EE"/>
            <w:u w:val="single"/>
          </w:rPr>
          <w:t>https://www.thedailybeast.com/obsessed/carrie-stephen-kings-timeless-horror-classic-gets-a-stunning-modern-update/</w:t>
        </w:r>
      </w:hyperlink>
      <w:r>
        <w:t xml:space="preserve"> - Mike Flanagan’s new adaptation of Stephen King’s 'Carrie', premiering on Prime Video on October 7, transforms the horror classic into a modern, eight-part television saga. While remaining faithful to King's core story, Flanagan introduces significant updates and character developments that lend the show both freshness and emotional depth. Featuring Summer H. Howell as a more sympathetic and socially capable Carrie White, the series incorporates contemporary elements such as social media bullying and a true-crime documentary framing device. Samantha Sloyan delivers a powerful performance as Margaret, Carrie’s religiously fanatical mother, whose paranoia is heightened by present-day conspiracy theories. Expanded subplots and character backstories deepen the narrative, adding nuance without disrupting the original's trajectory toward prom-night catastrophe. Although the remake lacks the chilling suspense of its predecessors, it offers a heartfelt and socially reflective take on teen cruelty and modern isolation. Flanagan’s daring reinterpretation doesn’t aim to outdo the original but successfully reimagines it for a new generation, maintaining its thematic resonance while opening the door for potential continuation in future seasons.</w:t>
      </w:r>
      <w:r/>
    </w:p>
    <w:p>
      <w:pPr>
        <w:pStyle w:val="ListNumber"/>
        <w:spacing w:line="240" w:lineRule="auto"/>
        <w:ind w:left="720"/>
      </w:pPr>
      <w:r/>
      <w:hyperlink r:id="rId15">
        <w:r>
          <w:rPr>
            <w:color w:val="0000EE"/>
            <w:u w:val="single"/>
          </w:rPr>
          <w:t>https://www.gamesradar.com/entertainment/horror-movies/upcoming-stephen-king-movies-and-tv-shows/</w:t>
        </w:r>
      </w:hyperlink>
      <w:r>
        <w:t xml:space="preserve"> - Stephen King fans have much to anticipate with a broad array of upcoming movies and TV shows scheduled for release in 2026 and beyond. Highlights include Mike Flanagan’s modern adaptation of 'Carrie' on Prime Video, praised for addressing social media’s dangers, and new versions of 'The Mist' and 'The Dark Tower'. Other projects in development include adaptations of 'Rat', 'Cujo', 'The Girl Who Loved Tom Gordon', 'Billy Summers', and 'Elevation'. Netflix and HBO are reviving fan-favourites like 'The Institute' and 'It: Welcome to Derry' for new seasons. Additionally, A24 is turning 'Fairy Tale' into a series, while 'The Dark Tower' is expected to unfold over five seasons and two films. Several anticipated projects have stalled, including 'The Talisman', 'From a Buick 8', 'Christine', 'The Tommyknockers', 'Joyland', 'The Dark Half', and 'Sleeping Beauties', though many remain in active development. This expansive King-verse continues to grow, blending horror and dark fantasy across diverse platforms.</w:t>
      </w:r>
      <w:r/>
    </w:p>
    <w:p>
      <w:pPr>
        <w:pStyle w:val="ListNumber"/>
        <w:spacing w:line="240" w:lineRule="auto"/>
        <w:ind w:left="720"/>
      </w:pPr>
      <w:r/>
      <w:hyperlink r:id="rId14">
        <w:r>
          <w:rPr>
            <w:color w:val="0000EE"/>
            <w:u w:val="single"/>
          </w:rPr>
          <w:t>https://www.gamesradar.com/entertainment/horror-shows/the-haunting-of-hill-house-creator-mike-flanagan-calls-his-new-tv-adaptation-of-stephen-kings-carrie-one-of-my-favorite-projects-ever-as-filming-wraps/</w:t>
        </w:r>
      </w:hyperlink>
      <w:r>
        <w:t xml:space="preserve"> - Filming has officially wrapped on Amazon’s upcoming TV adaptation of Stephen King's 'Carrie', with showrunner Mike Flanagan expressing deep enthusiasm about the project. Flanagan, known for creating acclaimed horror series like 'The Haunting of Hill House' and 'Midnight Mass', called 'Carrie' 'one of the best experiences' of his career and 'one of [his] favorite projects ever.' This marks Flanagan’s first television work outside of Netflix. The series stars Summer H. Howell as Carrie, a bullied teenager who discovers telekinetic powers. The ensemble cast also includes Matthew Lillard, Amber Midthunder, Samantha Sloyan, Kate Siegel, Katee Sackhoff, and Rahul Kohli. This adaptation follows several previous screen versions of King’s 1974 novel, including Brian De Palma’s 1976 classic starring Sissy Spacek, as well as less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matthew-lillard-hopes-queer-fans-feel-seen-in-carrie-exclusive" TargetMode="External"/><Relationship Id="rId10" Type="http://schemas.openxmlformats.org/officeDocument/2006/relationships/hyperlink" Target="https://www.theatlantic.com/culture/2026/10/carrie-tv-show-review-mike-flanagan-stephen-king/688914/?utm_source=openai" TargetMode="External"/><Relationship Id="rId11" Type="http://schemas.openxmlformats.org/officeDocument/2006/relationships/hyperlink" Target="https://www.gamesradar.com/entertainment/horror-shows/carrie-mike-flanagan-tv-show-review/" TargetMode="External"/><Relationship Id="rId12" Type="http://schemas.openxmlformats.org/officeDocument/2006/relationships/hyperlink" Target="https://www.gamesradar.com/entertainment/horror-shows/mike-flanagan-changed-the-infamous-period-scene-in-his-version-of-carrie-because-we-needed-to-talk-about-the-normalization-of-cruelty/" TargetMode="External"/><Relationship Id="rId13" Type="http://schemas.openxmlformats.org/officeDocument/2006/relationships/hyperlink" Target="https://www.thedailybeast.com/obsessed/carrie-stephen-kings-timeless-horror-classic-gets-a-stunning-modern-update/" TargetMode="External"/><Relationship Id="rId14" Type="http://schemas.openxmlformats.org/officeDocument/2006/relationships/hyperlink" Target="https://www.gamesradar.com/entertainment/horror-shows/the-haunting-of-hill-house-creator-mike-flanagan-calls-his-new-tv-adaptation-of-stephen-kings-carrie-one-of-my-favorite-projects-ever-as-filming-wraps/" TargetMode="External"/><Relationship Id="rId15" Type="http://schemas.openxmlformats.org/officeDocument/2006/relationships/hyperlink" Target="https://www.gamesradar.com/entertainment/horror-movies/upcoming-stephen-king-movies-and-tv-sh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