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 Australia Pride Flight 2027: Book the Pinterest-Themed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already booking Virgin Australia Pride Flight 2027, with flights from Melbourne and Brisbane to Sydney promising music, drag, drinks and a Pinterest-inspired theme. The event returns on Friday 5 March 2027, offering LGBTQIA+ guests and allies a colourful way to begin Sydney's annual Pride celebrations while supporting scholarships for LGBTQIA+ young people.</w:t>
      </w:r>
      <w:r/>
    </w:p>
    <w:p>
      <w:pPr>
        <w:pStyle w:val="Heading2"/>
      </w:pPr>
      <w:r>
        <w:t>Essential Takeaways</w:t>
      </w:r>
      <w:r/>
      <w:r/>
    </w:p>
    <w:p>
      <w:pPr>
        <w:pStyle w:val="ListBullet"/>
        <w:spacing w:line="240" w:lineRule="auto"/>
        <w:ind w:left="720"/>
      </w:pPr>
      <w:r/>
      <w:r>
        <w:rPr>
          <w:b/>
        </w:rPr>
        <w:t>Flights are on sale:</w:t>
      </w:r>
      <w:r>
        <w:t xml:space="preserve"> One-way tickets cost $289 from Melbourne or Brisbane to Sydney.</w:t>
      </w:r>
      <w:r/>
    </w:p>
    <w:p>
      <w:pPr>
        <w:pStyle w:val="ListBullet"/>
        <w:spacing w:line="240" w:lineRule="auto"/>
        <w:ind w:left="720"/>
      </w:pPr>
      <w:r/>
      <w:r>
        <w:rPr>
          <w:b/>
        </w:rPr>
        <w:t>The theme is coming later:</w:t>
      </w:r>
      <w:r>
        <w:t xml:space="preserve"> Virgin Australia and Pinterest will reveal the 2027 concept in December 2026.</w:t>
      </w:r>
      <w:r/>
    </w:p>
    <w:p>
      <w:pPr>
        <w:pStyle w:val="ListBullet"/>
        <w:spacing w:line="240" w:lineRule="auto"/>
        <w:ind w:left="720"/>
      </w:pPr>
      <w:r/>
      <w:r>
        <w:rPr>
          <w:b/>
        </w:rPr>
        <w:t>Entertainment is built in:</w:t>
      </w:r>
      <w:r>
        <w:t xml:space="preserve"> Expect gate parties, DJs, drag performances, drinks and giveaways.</w:t>
      </w:r>
      <w:r/>
    </w:p>
    <w:p>
      <w:pPr>
        <w:pStyle w:val="ListBullet"/>
        <w:spacing w:line="240" w:lineRule="auto"/>
        <w:ind w:left="720"/>
      </w:pPr>
      <w:r/>
      <w:r>
        <w:rPr>
          <w:b/>
        </w:rPr>
        <w:t>The weekend continues:</w:t>
      </w:r>
      <w:r>
        <w:t xml:space="preserve"> New brunch and parade-viewing events will follow on Saturday 6 March.</w:t>
      </w:r>
      <w:r/>
    </w:p>
    <w:p>
      <w:pPr>
        <w:pStyle w:val="ListBullet"/>
        <w:spacing w:line="240" w:lineRule="auto"/>
        <w:ind w:left="720"/>
      </w:pPr>
      <w:r/>
      <w:r>
        <w:rPr>
          <w:b/>
        </w:rPr>
        <w:t>Tickets support youth:</w:t>
      </w:r>
      <w:r>
        <w:t xml:space="preserve"> $10,000 from ticket sales will go to The Pinnacle Foundation.</w:t>
      </w:r>
      <w:r/>
      <w:r/>
    </w:p>
    <w:p>
      <w:pPr>
        <w:pStyle w:val="Heading2"/>
      </w:pPr>
      <w:r>
        <w:t>Pride Flight is turning the journey into the party</w:t>
      </w:r>
      <w:r/>
    </w:p>
    <w:p>
      <w:r/>
      <w:r>
        <w:t>Forget the usual airport shuffle and lukewarm terminal coffee. Virgin Australia Pride Flight 2027 is designed to start the celebration before take-off, with gate entertainment, music, drag performances, bottomless beverages and sponsor giveaways included in the experience.</w:t>
      </w:r>
      <w:r/>
    </w:p>
    <w:p>
      <w:r/>
      <w:r>
        <w:t>The two headline flights will leave Melbourne and Brisbane for Sydney on Friday 5 March 2027. According to Virgin Australia, tickets cost $289 one way, making the flight both a festival opener and a convenient route into the weekend.</w:t>
      </w:r>
      <w:r/>
    </w:p>
    <w:p>
      <w:r/>
      <w:r>
        <w:t>The onboard programme will feature DJ Harry K, Beverly Kills, Freya Armani, Kora Kurvacious and Karen From Finance, with further names still to be announced. Guests can also compete for Virgin Australia flights and holidays through the best-dressed competition, so a bold outfit may be more than just a good photo opportunity.</w:t>
      </w:r>
      <w:r/>
    </w:p>
    <w:p>
      <w:pPr>
        <w:pStyle w:val="Heading2"/>
      </w:pPr>
      <w:r>
        <w:t>Pinterest Predicts will set the dress code</w:t>
      </w:r>
      <w:r/>
    </w:p>
    <w:p>
      <w:r/>
      <w:r>
        <w:t>The most intriguing detail is still under wraps. Virgin Australia is working with Pinterest on a theme informed by Pinterest Predicts, the platform's annual look at emerging style, design and culture trends.</w:t>
      </w:r>
      <w:r/>
    </w:p>
    <w:p>
      <w:r/>
      <w:r>
        <w:t>The theme won't be revealed until December 2026, giving passengers time to create mood boards, gather inspiration and plan outfits before boarding. It's a smart partnership for an event built around visual self-expression, and it could turn the cabin into something resembling a flying fashion mood board.</w:t>
      </w:r>
      <w:r/>
    </w:p>
    <w:p>
      <w:r/>
      <w:r>
        <w:t>Previous Pride Flight concepts have included Disco Rodeo and Sky High Disco. The new theme is expected to bring an even more playful, expressive feel, although passengers will have to wait a little longer before the sequins, tailoring or inflatable accessories become clear.</w:t>
      </w:r>
      <w:r/>
    </w:p>
    <w:p>
      <w:pPr>
        <w:pStyle w:val="Heading2"/>
      </w:pPr>
      <w:r>
        <w:t>The celebration carries on after landing</w:t>
      </w:r>
      <w:r/>
    </w:p>
    <w:p>
      <w:r/>
      <w:r>
        <w:t>Landing in Sydney won't mean the fun is over. Ticket holders receive VIP entry and three complimentary drinks at the official Pride Flight Landing Party at The Beresford, providing an easy next stop after the flight.</w:t>
      </w:r>
      <w:r/>
    </w:p>
    <w:p>
      <w:r/>
      <w:r>
        <w:t>Virgin Australia and its venue partners are also introducing two Saturday events on 6 March 2027. The Bero Drag Brunch, presented by Virgin Australia and Absolut, will offer a daytime option, while the Virgin Australia and Kinselas Parade Viewing Party will keep guests close to the main spectacle.</w:t>
      </w:r>
      <w:r/>
    </w:p>
    <w:p>
      <w:r/>
      <w:r>
        <w:t>This wider programme matters because it turns Pride Flight from a single flight into a weekend itinerary. Travellers can arrive, settle in and move between airport celebrations, nightlife, brunch and parade viewing without having to build the whole plan from scratch.</w:t>
      </w:r>
      <w:r/>
    </w:p>
    <w:p>
      <w:pPr>
        <w:pStyle w:val="Heading2"/>
      </w:pPr>
      <w:r>
        <w:t>How to plan your Pride Flight weekend</w:t>
      </w:r>
      <w:r/>
    </w:p>
    <w:p>
      <w:r/>
      <w:r>
        <w:t>If you're considering Pride Flight 2027, booking early is sensible. The Melbourne and Brisbane departures are limited event flights, and demand is likely to rise once the Pinterest Predicts theme is announced.</w:t>
      </w:r>
      <w:r/>
    </w:p>
    <w:p>
      <w:r/>
      <w:r>
        <w:t>It's also worth checking the practical details before committing. Confirm your departure airport, allow time for the gate party and choose luggage and accommodation that won't leave you juggling an elaborate outfit at check-in. Your future self will thank you for making room for the shoes.</w:t>
      </w:r>
      <w:r/>
    </w:p>
    <w:p>
      <w:r/>
      <w:r>
        <w:t>Eligible Velocity Frequent Flyer members can save 15 per cent on stays at participating IHG Hotels and Resorts properties, including InterContinental, Kimpton, Crowne Plaza and Holiday Inn. That could make extending the trip more appealing, particularly for guests travelling from interstate.</w:t>
      </w:r>
      <w:r/>
    </w:p>
    <w:p>
      <w:pPr>
        <w:pStyle w:val="Heading2"/>
      </w:pPr>
      <w:r>
        <w:t>A colourful event with a tangible purpose</w:t>
      </w:r>
      <w:r/>
    </w:p>
    <w:p>
      <w:r/>
      <w:r>
        <w:t>The celebration also supports a longer-term cause. Virgin Australia will donate $10,000 from Pride Flight ticket sales to The Pinnacle Foundation, which provides educational scholarships, mentoring and future opportunities for LGBTQIA+ youth.</w:t>
      </w:r>
      <w:r/>
    </w:p>
    <w:p>
      <w:r/>
      <w:r>
        <w:t>Andrew Cleary, Virgin Australia's chief customer officer and Velocity Frequent Flyer CEO, said the event began as an idea from the airline's employees and has grown into an annual community occasion. He described Pride Flight as a way to bring people together while reinforcing the airline's commitment to inclusion.</w:t>
      </w:r>
      <w:r/>
    </w:p>
    <w:p>
      <w:r/>
      <w:r>
        <w:t>That combination of spectacle and support gives the event more weight than a themed flight alone. It can be loud, glittery and wonderfully over the top, while still helping young people access education and guidance.</w:t>
      </w:r>
      <w:r/>
    </w:p>
    <w:p>
      <w:r/>
      <w:r>
        <w:t>Virgin Australia's 2027 Pride Flight is shaping up as a strong option for travellers who want their journey to feel like part of the celebration, rather than merely the way to get there.</w:t>
      </w:r>
      <w:r/>
    </w:p>
    <w:p>
      <w:r/>
      <w:r>
        <w:t>It's a small flight with a very big weekend waiting at the other 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0">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https://www.bandt.com.au/virgin-australia-partners-with-pinterest-predicts-for-2027-pride-flights/</w:t>
        </w:r>
      </w:hyperlink>
      <w:r>
        <w:t xml:space="preserve"> - Please view link - unable to able to access data</w:t>
      </w:r>
      <w:r/>
    </w:p>
    <w:p>
      <w:pPr>
        <w:pStyle w:val="ListNumber"/>
        <w:spacing w:line="240" w:lineRule="auto"/>
        <w:ind w:left="720"/>
      </w:pPr>
      <w:r/>
      <w:hyperlink r:id="rId10">
        <w:r>
          <w:rPr>
            <w:color w:val="0000EE"/>
            <w:u w:val="single"/>
          </w:rPr>
          <w:t>https://www.virginaustralia.com/au/en/newsroom/2026/10/virgin-australia-pride-flight-returns-for-2027-with-a-pinterest-predicts-theme/</w:t>
        </w:r>
      </w:hyperlink>
      <w:r>
        <w:t xml:space="preserve"> - Virgin Australia has announced the return of its Pride Flight for 2027, marking its seventh consecutive year. The flight will feature a theme developed in collaboration with Pinterest, based on Pinterest Predicts™, and is set to be revealed in December 2026. The event includes flights from Melbourne and Brisbane to Sydney on 5 March 2027, priced at $289 one-way. Passengers can expect departure gate parties, bottomless beverages, sponsor giveaways, DJ music, and drag entertainment. Additionally, Virgin Australia is partnering with The Pinnacle Foundation, contributing $10,000 from ticket sales to support educational scholarships for LGBTQIA+ youth.</w:t>
      </w:r>
      <w:r/>
    </w:p>
    <w:p>
      <w:pPr>
        <w:pStyle w:val="ListNumber"/>
        <w:spacing w:line="240" w:lineRule="auto"/>
        <w:ind w:left="720"/>
      </w:pPr>
      <w:r/>
      <w:hyperlink r:id="rId11">
        <w:r>
          <w:rPr>
            <w:color w:val="0000EE"/>
            <w:u w:val="single"/>
          </w:rPr>
          <w:t>https://www.virginaustralia.com/us/en/book/book/pride-flight/</w:t>
        </w:r>
      </w:hyperlink>
      <w:r>
        <w:t xml:space="preserve"> - Virgin Australia is offering Pride Flight 2027, departing from Brisbane and Melbourne to Sydney on 5 March 2027. The flight experience includes departure parties, in-flight entertainment with DJ beats and drag performances, and a Landing Party at The Beresford. On 6 March 2027, two new events are introduced: The Bero Drag Brunch presented by Virgin Australia and Absolut, and the Virgin Australia x Kinselas Parade Viewing Party. Eligible Velocity Frequent Flyer members can enjoy a 15% discount on stays at participating IHG Hotels &amp; Resorts.</w:t>
      </w:r>
      <w:r/>
    </w:p>
    <w:p>
      <w:pPr>
        <w:pStyle w:val="ListNumber"/>
        <w:spacing w:line="240" w:lineRule="auto"/>
        <w:ind w:left="720"/>
      </w:pPr>
      <w:r/>
      <w:hyperlink r:id="rId12">
        <w:r>
          <w:rPr>
            <w:color w:val="0000EE"/>
            <w:u w:val="single"/>
          </w:rPr>
          <w:t>https://www.virginaustralia.com/eu/en/book/book/pride-flight/</w:t>
        </w:r>
      </w:hyperlink>
      <w:r>
        <w:t xml:space="preserve"> - Virgin Australia is presenting Pride Flight 2027, scheduled for 5 March 2027, with flights from Brisbane and Melbourne to Sydney. The event features departure parties, in-flight entertainment, and a Landing Party at The Beresford. On 6 March 2027, two new events are introduced: The Bero Drag Brunch presented by Virgin Australia and Absolut, and the Virgin Australia x Kinselas Parade Viewing Party. Eligible Velocity Frequent Flyer members can avail a 15% discount on stays at participating IHG Hotels &amp; Resorts.</w:t>
      </w:r>
      <w:r/>
    </w:p>
    <w:p>
      <w:pPr>
        <w:pStyle w:val="ListNumber"/>
        <w:spacing w:line="240" w:lineRule="auto"/>
        <w:ind w:left="720"/>
      </w:pPr>
      <w:r/>
      <w:hyperlink r:id="rId13">
        <w:r>
          <w:rPr>
            <w:color w:val="0000EE"/>
            <w:u w:val="single"/>
          </w:rPr>
          <w:t>https://www.youtube.com/watch?v=5wycp9WbDVc</w:t>
        </w:r>
      </w:hyperlink>
      <w:r>
        <w:t xml:space="preserve"> - This 7NEWS Australia report highlights Virgin Australia's $279 million profit, a 21% increase, and the addition of 700,000 new members to its Velocity loyalty program. The airline celebrated with its annual Mardi Gras Pride flights from Melbourne and Brisbane to Sydney, featuring a 'Disco Rodeo' theme with onboard DJs and drag performers.</w:t>
      </w:r>
      <w:r/>
    </w:p>
    <w:p>
      <w:pPr>
        <w:pStyle w:val="ListNumber"/>
        <w:spacing w:line="240" w:lineRule="auto"/>
        <w:ind w:left="720"/>
      </w:pPr>
      <w:r/>
      <w:hyperlink r:id="rId14">
        <w:r>
          <w:rPr>
            <w:color w:val="0000EE"/>
            <w:u w:val="single"/>
          </w:rPr>
          <w:t>https://www.youtube.com/watch?v=aqJ89UwHVBw</w:t>
        </w:r>
      </w:hyperlink>
      <w:r>
        <w:t xml:space="preserve"> - Virgin Australia's 2022 Pride Flight video showcases the airline's commitment to the LGBTQIA+ community, featuring onboard celebrations and performances. The event is part of Virgin Australia's ongoing support for Pride initiatives, offering a vibrant and inclusive experience for passengers.</w:t>
      </w:r>
      <w:r/>
    </w:p>
    <w:p>
      <w:pPr>
        <w:pStyle w:val="ListNumber"/>
        <w:spacing w:line="240" w:lineRule="auto"/>
        <w:ind w:left="720"/>
      </w:pPr>
      <w:r/>
      <w:hyperlink r:id="rId9">
        <w:r>
          <w:rPr>
            <w:color w:val="0000EE"/>
            <w:u w:val="single"/>
          </w:rPr>
          <w:t>https://www.bandt.com.au/virgin-australia-partners-with-pinterest-predicts-for-2027-pride-flights/</w:t>
        </w:r>
      </w:hyperlink>
      <w:r>
        <w:t xml:space="preserve"> - Virgin Australia has partnered with Pinterest to define the official theme for Pride Flight 2027, based on Pinterest Predicts™, with the theme to be revealed in December 2026. The event includes flights from Melbourne and Brisbane to Sydney on 5 March 2027, priced at $289 one-way, featuring departure gate parties, bottomless beverages, sponsor giveaways, DJ music, and drag entertainment. Virgin Australia continues its partnership with The Pinnacle Foundation, contributing $10,000 from ticket sales to support educational scholarships for LGBTQIA+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ndt.com.au/virgin-australia-partners-with-pinterest-predicts-for-2027-pride-flights/" TargetMode="External"/><Relationship Id="rId10" Type="http://schemas.openxmlformats.org/officeDocument/2006/relationships/hyperlink" Target="https://www.virginaustralia.com/au/en/newsroom/2026/10/virgin-australia-pride-flight-returns-for-2027-with-a-pinterest-predicts-theme/" TargetMode="External"/><Relationship Id="rId11" Type="http://schemas.openxmlformats.org/officeDocument/2006/relationships/hyperlink" Target="https://www.virginaustralia.com/us/en/book/book/pride-flight/" TargetMode="External"/><Relationship Id="rId12" Type="http://schemas.openxmlformats.org/officeDocument/2006/relationships/hyperlink" Target="https://www.virginaustralia.com/eu/en/book/book/pride-flight/" TargetMode="External"/><Relationship Id="rId13" Type="http://schemas.openxmlformats.org/officeDocument/2006/relationships/hyperlink" Target="https://www.youtube.com/watch?v=5wycp9WbDVc" TargetMode="External"/><Relationship Id="rId14" Type="http://schemas.openxmlformats.org/officeDocument/2006/relationships/hyperlink" Target="https://www.youtube.com/watch?v=aqJ89UwHVB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