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Tip Toe wins top television award for urgent LGBTQ+ drama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and industry guests are celebrating Tip Toe after Russell T Davies’ Channel 4 drama won the Television Award at the Virgin Atlantic Attitude Awards 2026 in London. The five-part series has struck a nerve with its portrayal of queer community, rising hostility and the fragile line between fear and violence.</w:t>
      </w:r>
      <w:r/>
    </w:p>
    <w:p>
      <w:pPr>
        <w:pStyle w:val="Heading2"/>
      </w:pPr>
      <w:r>
        <w:t>Essential Takeaways</w:t>
      </w:r>
      <w:r/>
      <w:r/>
    </w:p>
    <w:p>
      <w:pPr>
        <w:pStyle w:val="ListBullet"/>
        <w:spacing w:line="240" w:lineRule="auto"/>
        <w:ind w:left="720"/>
      </w:pPr>
      <w:r/>
      <w:r>
        <w:rPr>
          <w:b/>
        </w:rPr>
        <w:t>Award recognition:</w:t>
      </w:r>
      <w:r>
        <w:t xml:space="preserve"> Tip Toe won the Television Award at the 15th Attitude Awards ceremony.</w:t>
      </w:r>
      <w:r/>
    </w:p>
    <w:p>
      <w:pPr>
        <w:pStyle w:val="ListBullet"/>
        <w:spacing w:line="240" w:lineRule="auto"/>
        <w:ind w:left="720"/>
      </w:pPr>
      <w:r/>
      <w:r>
        <w:rPr>
          <w:b/>
        </w:rPr>
        <w:t>Manchester setting:</w:t>
      </w:r>
      <w:r>
        <w:t xml:space="preserve"> The drama unfolds around a gay bar on Canal Street.</w:t>
      </w:r>
      <w:r/>
    </w:p>
    <w:p>
      <w:pPr>
        <w:pStyle w:val="ListBullet"/>
        <w:spacing w:line="240" w:lineRule="auto"/>
        <w:ind w:left="720"/>
      </w:pPr>
      <w:r/>
      <w:r>
        <w:rPr>
          <w:b/>
        </w:rPr>
        <w:t>Powerful cast:</w:t>
      </w:r>
      <w:r>
        <w:t xml:space="preserve"> Alan Cumming and David Morrissey lead the five-part series.</w:t>
      </w:r>
      <w:r/>
    </w:p>
    <w:p>
      <w:pPr>
        <w:pStyle w:val="ListBullet"/>
        <w:spacing w:line="240" w:lineRule="auto"/>
        <w:ind w:left="720"/>
      </w:pPr>
      <w:r/>
      <w:r>
        <w:rPr>
          <w:b/>
        </w:rPr>
        <w:t>International reach:</w:t>
      </w:r>
      <w:r>
        <w:t xml:space="preserve"> Starz acquired the drama for the US and Canada, while HBO Max picked it up across 14 European countries.</w:t>
      </w:r>
      <w:r/>
    </w:p>
    <w:p>
      <w:pPr>
        <w:pStyle w:val="ListBullet"/>
        <w:spacing w:line="240" w:lineRule="auto"/>
        <w:ind w:left="720"/>
      </w:pPr>
      <w:r/>
      <w:r>
        <w:rPr>
          <w:b/>
        </w:rPr>
        <w:t>A wider conversation:</w:t>
      </w:r>
      <w:r>
        <w:t xml:space="preserve"> Its themes include prejudice, political hostility, queer visibility and community.</w:t>
      </w:r>
      <w:r/>
      <w:r/>
    </w:p>
    <w:p>
      <w:pPr>
        <w:pStyle w:val="Heading2"/>
      </w:pPr>
      <w:r>
        <w:t>Tip Toe takes the spotlight in London</w:t>
      </w:r>
      <w:r/>
    </w:p>
    <w:p>
      <w:r/>
      <w:r>
        <w:t>The atmosphere at London’s Roundhouse was celebratory, but Tip Toe’s win carried a sharper edge. The drama is built around a gay bar, uneasy neighbours and the creeping sense that old prejudices are finding new confidence.</w:t>
      </w:r>
      <w:r/>
    </w:p>
    <w:p>
      <w:r/>
      <w:r>
        <w:t>Creator Russell T Davies accepted the moment with a speech that moved between humour, anger and a message of reassurance. He urged LGBTQ+ people to remember the love surrounding them, arguing that community support is a source of political as well as personal strength.</w:t>
      </w:r>
      <w:r/>
    </w:p>
    <w:p>
      <w:r/>
      <w:r>
        <w:t xml:space="preserve">According to Attitude, the award was presented by Charley Marlowe, who has also played a visible role in the series’ wider partnership work. The recognition puts Tip Toe alongside a notably high-profile group of 2026 winners, including Donatella Versace and David Furnish. </w:t>
      </w:r>
      <w:hyperlink r:id="rId9">
        <w:r>
          <w:rPr>
            <w:color w:val="0000EE"/>
            <w:u w:val="single"/>
          </w:rPr>
          <w:t>[2]</w:t>
        </w:r>
      </w:hyperlink>
      <w:r>
        <w:t xml:space="preserve">, </w:t>
      </w:r>
      <w:hyperlink r:id="rId10">
        <w:r>
          <w:rPr>
            <w:color w:val="0000EE"/>
            <w:u w:val="single"/>
          </w:rPr>
          <w:t>[3]</w:t>
        </w:r>
      </w:hyperlink>
      <w:r/>
    </w:p>
    <w:p>
      <w:pPr>
        <w:pStyle w:val="Heading2"/>
      </w:pPr>
      <w:r>
        <w:t>Why Russell T Davies’ latest drama feels so immediate</w:t>
      </w:r>
      <w:r/>
    </w:p>
    <w:p>
      <w:r/>
      <w:r>
        <w:t>Tip Toe follows Leo, a gay bar owner played by Alan Cumming, and his neighbour Clive, portrayed by David Morrissey. As Clive becomes increasingly radicalised, an ordinary relationship turns into something far more dangerous.</w:t>
      </w:r>
      <w:r/>
    </w:p>
    <w:p>
      <w:r/>
      <w:r>
        <w:t xml:space="preserve">That premise gives the series a tense, close-quarters feel. Rather than presenting prejudice as something distant or abstract, the drama places it next door, across the street and inside familiar routines. El Pais described the show as transforming fear into ideas, a fitting summary for a story about how resentment can be shaped into action. </w:t>
      </w:r>
      <w:hyperlink r:id="rId11">
        <w:r>
          <w:rPr>
            <w:color w:val="0000EE"/>
            <w:u w:val="single"/>
          </w:rPr>
          <w:t>[4]</w:t>
        </w:r>
      </w:hyperlink>
      <w:r/>
    </w:p>
    <w:p>
      <w:r/>
      <w:r>
        <w:t>Davies’ previous work, including It’s A Sin and Doctor Who, has often combined emotional intimacy with larger social questions. Here, the scale is deliberately personal. A bar, a neighbourhood and two men become the pressure cooker.</w:t>
      </w:r>
      <w:r/>
    </w:p>
    <w:p>
      <w:pPr>
        <w:pStyle w:val="Heading2"/>
      </w:pPr>
      <w:r>
        <w:t>A Channel 4 drama built around queer community</w:t>
      </w:r>
      <w:r/>
    </w:p>
    <w:p>
      <w:r/>
      <w:r>
        <w:t>The Manchester setting is more than background decoration. Canal Street is presented as a living social space, full of history, warmth and shared identity, which makes the threat facing it feel particularly intrusive.</w:t>
      </w:r>
      <w:r/>
    </w:p>
    <w:p>
      <w:r/>
      <w:r>
        <w:t xml:space="preserve">Marlowe also fronted the first episode of Tip Toe or Ta-Da, a three-part digital series made with Channel 4. Filmed in the real Canal Street bar used as the drama’s setting, the programme brought together Marlowe and trans activist, author and television personality Jaxon Feeley to discuss visibility, belonging and the increasingly hostile climate facing LGBTQ+ people. </w:t>
      </w:r>
      <w:hyperlink r:id="rId9">
        <w:r>
          <w:rPr>
            <w:color w:val="0000EE"/>
            <w:u w:val="single"/>
          </w:rPr>
          <w:t>[2]</w:t>
        </w:r>
      </w:hyperlink>
      <w:r>
        <w:t xml:space="preserve">, </w:t>
      </w:r>
      <w:hyperlink r:id="rId12">
        <w:r>
          <w:rPr>
            <w:color w:val="0000EE"/>
            <w:u w:val="single"/>
          </w:rPr>
          <w:t>[6]</w:t>
        </w:r>
      </w:hyperlink>
      <w:r/>
    </w:p>
    <w:p>
      <w:r/>
      <w:r>
        <w:t>That extra conversation helps explain why the award matters beyond the programme itself. Tip Toe isn't simply using queer life as a dramatic backdrop; it’s inviting viewers to consider what happens when a community’s safety and visibility are challenged.</w:t>
      </w:r>
      <w:r/>
    </w:p>
    <w:p>
      <w:pPr>
        <w:pStyle w:val="Heading2"/>
      </w:pPr>
      <w:r>
        <w:t>Where can viewers watch Tip Toe?</w:t>
      </w:r>
      <w:r/>
    </w:p>
    <w:p>
      <w:r/>
      <w:r>
        <w:t>The series was made for Channel 4 in the UK and has also travelled internationally. Starz acquired the rights for the US and Canada, while HBO Max picked up the drama in 14 European countries.</w:t>
      </w:r>
      <w:r/>
    </w:p>
    <w:p>
      <w:r/>
      <w:r>
        <w:t>For viewers deciding whether it’s right for them, the key thing to know is that Tip Toe is a serious, politically charged drama rather than a gentle character piece. Its story explores radicalisation, hostility and the possibility of violence, so the emotional temperature is likely to stay high across its five episodes.</w:t>
      </w:r>
      <w:r/>
    </w:p>
    <w:p>
      <w:r/>
      <w:r>
        <w:t xml:space="preserve">What to watch next depends on availability in your region, but the international deals suggest the series has ambitions well beyond its Manchester roots. As What to Watch noted in its guide, the combination of Davies, Cumming, Morrissey and a timely premise makes it one of the more closely watched new dramas in the line-up. </w:t>
      </w:r>
      <w:hyperlink r:id="rId13">
        <w:r>
          <w:rPr>
            <w:color w:val="0000EE"/>
            <w:u w:val="single"/>
          </w:rPr>
          <w:t>[5]</w:t>
        </w:r>
      </w:hyperlink>
      <w:r/>
    </w:p>
    <w:p>
      <w:pPr>
        <w:pStyle w:val="Heading2"/>
      </w:pPr>
      <w:r>
        <w:t>An award win with a message attached</w:t>
      </w:r>
      <w:r/>
    </w:p>
    <w:p>
      <w:r/>
      <w:r>
        <w:t>The Attitude Awards win gives Tip Toe a welcome burst of momentum, particularly as the drama enters a wider international conversation. It recognises the creative work, but also signals that stories about queer life and political anxiety remain firmly at the centre of television’s cultural debate.</w:t>
      </w:r>
      <w:r/>
    </w:p>
    <w:p>
      <w:r/>
      <w:r>
        <w:t>Davies’ speech offered the evening’s clearest emotional note. Beneath the jokes and provocation was a simple reminder that queer people are not isolated, even when public debate makes them feel that way.</w:t>
      </w:r>
      <w:r/>
    </w:p>
    <w:p>
      <w:r/>
      <w:r>
        <w:t>That may be Tip Toe’s lasting strength. It asks viewers to look at fear before it becomes normal, and to notice the people standing beside one another while there’s still time.</w:t>
      </w:r>
      <w:r/>
    </w:p>
    <w:p>
      <w:r/>
      <w:r>
        <w:t>It's a timely television win for a drama that refuses to look away.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Paragraph 5: </w:t>
      </w:r>
      <w:hyperlink r:id="rId13">
        <w:r>
          <w:rPr>
            <w:color w:val="0000EE"/>
            <w:u w:val="single"/>
          </w:rPr>
          <w:t>[5]</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https://www.attitude.co.uk/culture/film-tv/attitude-awards-2026-tip-toe-television-award-535977/</w:t>
        </w:r>
      </w:hyperlink>
      <w:r>
        <w:t xml:space="preserve"> - Please view link - unable to able to access data</w:t>
      </w:r>
      <w:r/>
    </w:p>
    <w:p>
      <w:pPr>
        <w:pStyle w:val="ListNumber"/>
        <w:spacing w:line="240" w:lineRule="auto"/>
        <w:ind w:left="720"/>
      </w:pPr>
      <w:r/>
      <w:hyperlink r:id="rId9">
        <w:r>
          <w:rPr>
            <w:color w:val="0000EE"/>
            <w:u w:val="single"/>
          </w:rPr>
          <w:t>https://www.attitude.co.uk/culture/film-tv/attitude-awards-2026-tip-toe-television-award-535977/</w:t>
        </w:r>
      </w:hyperlink>
      <w:r>
        <w:t xml:space="preserve"> - The article reports that 'Tip Toe' received the Television Award at the Virgin Atlantic Attitude Awards 2026, held at London's Roundhouse on 7 October. The award was presented by Charley Marlowe, with creator Russell T Davies delivering a speech addressing the LGBTQ+ community's challenges. Marlowe also hosted a digital series discussing queer visibility and community issues. 'Tip Toe' is a five-part Channel 4 drama created by Russell T Davies, starring Alan Cumming and David Morrissey, exploring themes of prejudice and political hostility. The series has been acquired by Starz for the US and Canada and by HBO Max for 14 European countries. (</w:t>
      </w:r>
      <w:hyperlink r:id="rId14">
        <w:r>
          <w:rPr>
            <w:color w:val="0000EE"/>
            <w:u w:val="single"/>
          </w:rPr>
          <w:t>attitude.co.uk</w:t>
        </w:r>
      </w:hyperlink>
      <w:r>
        <w:t>)</w:t>
      </w:r>
      <w:r/>
    </w:p>
    <w:p>
      <w:pPr>
        <w:pStyle w:val="ListNumber"/>
        <w:spacing w:line="240" w:lineRule="auto"/>
        <w:ind w:left="720"/>
      </w:pPr>
      <w:r/>
      <w:hyperlink r:id="rId10">
        <w:r>
          <w:rPr>
            <w:color w:val="0000EE"/>
            <w:u w:val="single"/>
          </w:rPr>
          <w:t>https://www.attitude.co.uk/culture/how-tip-toe-earned-television-award-at-attitude-awards-536315/</w:t>
        </w:r>
      </w:hyperlink>
      <w:r>
        <w:t xml:space="preserve"> - This article discusses how 'Tip Toe' earned its Television Award at the Attitude Awards 2026. The Channel 4 series, written by Russell T Davies, is praised for its hard-hitting story that reflects the current safety concerns of the LGBTQ+ community. The narrative is noted for its universality, suggesting that such issues could occur anywhere in the UK or beyond. (</w:t>
      </w:r>
      <w:hyperlink r:id="rId15">
        <w:r>
          <w:rPr>
            <w:color w:val="0000EE"/>
            <w:u w:val="single"/>
          </w:rPr>
          <w:t>attitude.co.uk</w:t>
        </w:r>
      </w:hyperlink>
      <w:r>
        <w:t>)</w:t>
      </w:r>
      <w:r/>
    </w:p>
    <w:p>
      <w:pPr>
        <w:pStyle w:val="ListNumber"/>
        <w:spacing w:line="240" w:lineRule="auto"/>
        <w:ind w:left="720"/>
      </w:pPr>
      <w:r/>
      <w:hyperlink r:id="rId11">
        <w:r>
          <w:rPr>
            <w:color w:val="0000EE"/>
            <w:u w:val="single"/>
          </w:rPr>
          <w:t>https://elpais.com/television/2026-08-16/tip-toe-el-miedo-convertido-en-ideas.html</w:t>
        </w:r>
      </w:hyperlink>
      <w:r>
        <w:t xml:space="preserve"> - An analysis of 'Tip Toe' highlights its capacity to generate debate on current sociopolitical issues, particularly concerning the LGBTQ+ community. The series addresses the fear and confusion within the queer world in response to a growing wave of hatred driven by radicalised youth on social media. While the protagonist, Leo, is well-developed, the antagonists are presented as caricatures to emphasise the central thesis of the narrative. Davies adopts a Brechtian style that invites reflection rather than emotional identification with the characters. Despite these nuances, the analysis celebrates the clarity with which Davies exposes contemporary tensions between freedom, identity, and violent reaction in an increasingly polarised society. (</w:t>
      </w:r>
      <w:hyperlink r:id="rId16">
        <w:r>
          <w:rPr>
            <w:color w:val="0000EE"/>
            <w:u w:val="single"/>
          </w:rPr>
          <w:t>elpais.com</w:t>
        </w:r>
      </w:hyperlink>
      <w:r>
        <w:t>)</w:t>
      </w:r>
      <w:r/>
    </w:p>
    <w:p>
      <w:pPr>
        <w:pStyle w:val="ListNumber"/>
        <w:spacing w:line="240" w:lineRule="auto"/>
        <w:ind w:left="720"/>
      </w:pPr>
      <w:r/>
      <w:hyperlink r:id="rId13">
        <w:r>
          <w:rPr>
            <w:color w:val="0000EE"/>
            <w:u w:val="single"/>
          </w:rPr>
          <w:t>https://www.whattowatch.com/watching-guides/tip-toe-everything-we-know-about-the-russell-t-davies-drama</w:t>
        </w:r>
      </w:hyperlink>
      <w:r>
        <w:t xml:space="preserve"> - 'Tip Toe' is an upcoming thriller drama series by acclaimed screenwriter Russell T Davies, slated to air on Channel 4 in the UK, likely in 2026. Set in Manchester's Canal Street—also the backdrop of Davies's 1999 hit 'Queer as Folk'—the show examines the ongoing struggles faced by the LGBTQ+ community in today’s society. The plot focuses on two next-door neighbours: Leo, a bar owner in the gay village, and Clive, an electrician with two teenage sons. As societal pressures mount, their relationship deteriorates into a deadly rivalry, reflecting the resurgence of old prejudices and threats. Davies, known for groundbreaking projects like 'It's A Sin' and 'Doctor Who,' has teamed up with Quay Street Productions and executive producer Nicola Shindler for this series. Peter Hoar will direct. While casting and a release date are still pending confirmation, the writer aims to highlight the growing dangers and challenges facing the LGBTQ+ community. A trailer has not yet been released. (</w:t>
      </w:r>
      <w:hyperlink r:id="rId17">
        <w:r>
          <w:rPr>
            <w:color w:val="0000EE"/>
            <w:u w:val="single"/>
          </w:rPr>
          <w:t>whattowatch.com</w:t>
        </w:r>
      </w:hyperlink>
      <w:r>
        <w:t>)</w:t>
      </w:r>
      <w:r/>
    </w:p>
    <w:p>
      <w:pPr>
        <w:pStyle w:val="ListNumber"/>
        <w:spacing w:line="240" w:lineRule="auto"/>
        <w:ind w:left="720"/>
      </w:pPr>
      <w:r/>
      <w:hyperlink r:id="rId12">
        <w:r>
          <w:rPr>
            <w:color w:val="0000EE"/>
            <w:u w:val="single"/>
          </w:rPr>
          <w:t>https://www.itv.com/news/granada/2026-05-29/like-coming-home-russell-t-davies-returns-to-manchester-for-new-drama</w:t>
        </w:r>
      </w:hyperlink>
      <w:r>
        <w:t xml:space="preserve"> - Critically acclaimed TV producer Russell T. Davies has said returning to Manchester to film his latest drama felt 'like coming home'—nearly three decades after his groundbreaking hit 'Queer as Folk.' The Welsh screenwriter, also known for 'Doctor Who' and 'It's A Sin,' was among the stars in attendance at a launch event at HOME Cinema for his new series 'Tip Toe' on 28 May. The five-part series follows the escalating conflict between two men who have been neighbours for 15 years: Leo Struthers, who owns a bar on Canal Street, and Clive Goss, a struggling electrician. 'It's a Manchester show made by a Manchester company, with a lot of North West talent, this is a big night,' Russell said speaking on the red carpet. (</w:t>
      </w:r>
      <w:hyperlink r:id="rId18">
        <w:r>
          <w:rPr>
            <w:color w:val="0000EE"/>
            <w:u w:val="single"/>
          </w:rPr>
          <w:t>itv.com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film-tv/attitude-awards-2026-tip-toe-television-award-535977/" TargetMode="External"/><Relationship Id="rId10" Type="http://schemas.openxmlformats.org/officeDocument/2006/relationships/hyperlink" Target="https://www.attitude.co.uk/culture/how-tip-toe-earned-television-award-at-attitude-awards-536315/" TargetMode="External"/><Relationship Id="rId11" Type="http://schemas.openxmlformats.org/officeDocument/2006/relationships/hyperlink" Target="https://elpais.com/television/2026-08-16/tip-toe-el-miedo-convertido-en-ideas.html" TargetMode="External"/><Relationship Id="rId12" Type="http://schemas.openxmlformats.org/officeDocument/2006/relationships/hyperlink" Target="https://www.itv.com/news/granada/2026-05-29/like-coming-home-russell-t-davies-returns-to-manchester-for-new-drama" TargetMode="External"/><Relationship Id="rId13" Type="http://schemas.openxmlformats.org/officeDocument/2006/relationships/hyperlink" Target="https://www.whattowatch.com/watching-guides/tip-toe-everything-we-know-about-the-russell-t-davies-drama" TargetMode="External"/><Relationship Id="rId14" Type="http://schemas.openxmlformats.org/officeDocument/2006/relationships/hyperlink" Target="https://www.attitude.co.uk/culture/film-tv/attitude-awards-2026-tip-toe-television-award-535977/?utm_source=openai" TargetMode="External"/><Relationship Id="rId15" Type="http://schemas.openxmlformats.org/officeDocument/2006/relationships/hyperlink" Target="https://www.attitude.co.uk/culture/how-tip-toe-earned-television-award-at-attitude-awards-536315/?utm_source=openai" TargetMode="External"/><Relationship Id="rId16" Type="http://schemas.openxmlformats.org/officeDocument/2006/relationships/hyperlink" Target="https://elpais.com/television/2026-08-16/tip-toe-el-miedo-convertido-en-ideas.html?utm_source=openai" TargetMode="External"/><Relationship Id="rId17" Type="http://schemas.openxmlformats.org/officeDocument/2006/relationships/hyperlink" Target="https://www.whattowatch.com/watching-guides/tip-toe-everything-we-know-about-the-russell-t-davies-drama?utm_source=openai" TargetMode="External"/><Relationship Id="rId18" Type="http://schemas.openxmlformats.org/officeDocument/2006/relationships/hyperlink" Target="https://www.itv.com/news/granada/2026-05-29/like-coming-home-russell-t-davies-returns-to-manchester-for-new-dram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