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Suzi Ruffell wins comedy award for powerful LGBTQ+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Suzi Ruffell has taken home the Attitude Awards’ comedy prize in London, turning a celebratory night into a moving reflection on identity, community and finding your people. The comedian, podcast host and parent accepted the honour with characteristic warmth, while other high-profile winners included Donatella Versace, David Furnish and the Pet Shop Boys.</w:t>
      </w:r>
      <w:r/>
    </w:p>
    <w:p>
      <w:pPr>
        <w:pStyle w:val="Heading2"/>
      </w:pPr>
      <w:r>
        <w:t>Essential Takeaways</w:t>
      </w:r>
      <w:r/>
      <w:r/>
    </w:p>
    <w:p>
      <w:pPr>
        <w:pStyle w:val="ListBullet"/>
        <w:spacing w:line="240" w:lineRule="auto"/>
        <w:ind w:left="720"/>
      </w:pPr>
      <w:r/>
      <w:r>
        <w:rPr>
          <w:b/>
        </w:rPr>
        <w:t>A major honour:</w:t>
      </w:r>
      <w:r>
        <w:t xml:space="preserve"> Ruffell won the comedy category at the 2026 Attitude Awards.</w:t>
      </w:r>
      <w:r/>
    </w:p>
    <w:p>
      <w:pPr>
        <w:pStyle w:val="ListBullet"/>
        <w:spacing w:line="240" w:lineRule="auto"/>
        <w:ind w:left="720"/>
      </w:pPr>
      <w:r/>
      <w:r>
        <w:rPr>
          <w:b/>
        </w:rPr>
        <w:t>A personal speech:</w:t>
      </w:r>
      <w:r>
        <w:t xml:space="preserve"> She spoke about growing up under Section 28 and later embracing her sexuality.</w:t>
      </w:r>
      <w:r/>
    </w:p>
    <w:p>
      <w:pPr>
        <w:pStyle w:val="ListBullet"/>
        <w:spacing w:line="240" w:lineRule="auto"/>
        <w:ind w:left="720"/>
      </w:pPr>
      <w:r/>
      <w:r>
        <w:rPr>
          <w:b/>
        </w:rPr>
        <w:t>A familiar face presented the prize:</w:t>
      </w:r>
      <w:r>
        <w:t xml:space="preserve"> Her friend Tom Allen handed over the trophy at the Roundhouse.</w:t>
      </w:r>
      <w:r/>
    </w:p>
    <w:p>
      <w:pPr>
        <w:pStyle w:val="ListBullet"/>
        <w:spacing w:line="240" w:lineRule="auto"/>
        <w:ind w:left="720"/>
      </w:pPr>
      <w:r/>
      <w:r>
        <w:rPr>
          <w:b/>
        </w:rPr>
        <w:t>Family was central:</w:t>
      </w:r>
      <w:r>
        <w:t xml:space="preserve"> Ruffell thanked her wife, Alice, and their daughter during her acceptance speech.</w:t>
      </w:r>
      <w:r/>
    </w:p>
    <w:p>
      <w:pPr>
        <w:pStyle w:val="ListBullet"/>
        <w:spacing w:line="240" w:lineRule="auto"/>
        <w:ind w:left="720"/>
      </w:pPr>
      <w:r/>
      <w:r>
        <w:rPr>
          <w:b/>
        </w:rPr>
        <w:t>A star-studded evening:</w:t>
      </w:r>
      <w:r>
        <w:t xml:space="preserve"> Donatella Versace, David Furnish and the Pet Shop Boys were also among the winners.</w:t>
      </w:r>
      <w:r/>
      <w:r/>
    </w:p>
    <w:p>
      <w:pPr>
        <w:pStyle w:val="Heading2"/>
      </w:pPr>
      <w:r>
        <w:t>A comedy award with real emotional weight</w:t>
      </w:r>
      <w:r/>
    </w:p>
    <w:p>
      <w:r/>
      <w:r>
        <w:t>Suzi Ruffell's Attitude Awards win was more than a career milestone. Standing at London's Roundhouse, she connected the bright lights and polished ceremony with the quieter, harder years many LGBTQ+ people remember.</w:t>
      </w:r>
      <w:r/>
    </w:p>
    <w:p>
      <w:r/>
      <w:r>
        <w:t>She described growing up under Section 28, the legislation that restricted the promotion of homosexuality in schools, and recalled feeling frightened when she realised she was a lesbian. The moment was raw, but not bleak. Ruffell's message ultimately turned towards pride, belonging and the relief of no longer wishing away a part of herself.</w:t>
      </w:r>
      <w:r/>
    </w:p>
    <w:p>
      <w:r/>
      <w:r>
        <w:t>As Attitude reported, comedy has become a form of protection and expression for Ruffell. That's a powerful idea, particularly from a performer whose work often makes room for both laughter and vulnerability.</w:t>
      </w:r>
      <w:r/>
    </w:p>
    <w:p>
      <w:pPr>
        <w:pStyle w:val="Heading2"/>
      </w:pPr>
      <w:r>
        <w:t>Tom Allen handed over the trophy</w:t>
      </w:r>
      <w:r/>
    </w:p>
    <w:p>
      <w:r/>
      <w:r>
        <w:t>The award was presented by Tom Allen, Ruffell's friend and fellow comedian. Their connection gave the presentation an easy, affectionate feel, rather than the polished distance that can sometimes hang over awards ceremonies.</w:t>
      </w:r>
      <w:r/>
    </w:p>
    <w:p>
      <w:r/>
      <w:r>
        <w:t>Ruffell is also closely associated with Attitude through Out, the magazine's interview podcast, where she speaks with guests about their lives, careers and experiences. That role helps explain why the honour feels particularly well matched: she's not simply appearing in LGBTQ+ media, she's helping shape its conversations.</w:t>
      </w:r>
      <w:r/>
    </w:p>
    <w:p>
      <w:r/>
      <w:r>
        <w:t>The comedian's own website presents a career built around live performance, broadcasting and personal storytelling. In other words, this wasn't a random accolade. It recognised a body of work that has steadily put queer experience at the centre of a warm, accessible comic voice.</w:t>
      </w:r>
      <w:r/>
    </w:p>
    <w:p>
      <w:pPr>
        <w:pStyle w:val="Heading2"/>
      </w:pPr>
      <w:r>
        <w:t>Why her story resonates beyond the stage</w:t>
      </w:r>
      <w:r/>
    </w:p>
    <w:p>
      <w:r/>
      <w:r>
        <w:t>Ruffell's speech also reflects a wider shift in LGBTQ+ comedy. Earlier generations were often expected to soften, disguise or explain their identities, while today's performers can increasingly make queerness the starting point rather than the punchline.</w:t>
      </w:r>
      <w:r/>
    </w:p>
    <w:p>
      <w:r/>
      <w:r>
        <w:t>That doesn't mean the old pressures have vanished. Her recollection of shame and isolation shows how recently those feelings were treated as ordinary. The contrast between that teenage fear and her pride on the awards stage gave the speech its emotional charge.</w:t>
      </w:r>
      <w:r/>
    </w:p>
    <w:p>
      <w:r/>
      <w:r>
        <w:t>Attitude and PinkNews both highlighted Ruffell's personal journey, including the playful story of a teenage crush inspired by Titanic. It is a reminder that self-discovery can arrive in strange, funny and wonderfully specific forms. Sometimes a pop-culture moment says more than a carefully rehearsed declaration.</w:t>
      </w:r>
      <w:r/>
    </w:p>
    <w:p>
      <w:pPr>
        <w:pStyle w:val="Heading2"/>
      </w:pPr>
      <w:r>
        <w:t>A tribute to love, family and finding your tribe</w:t>
      </w:r>
      <w:r/>
    </w:p>
    <w:p>
      <w:r/>
      <w:r>
        <w:t>Ruffell made sure the speech belonged to the people around her, too. She thanked her wife, Alice, describing her as the person she loves sharing their daughter with. It was a brief family note, but it grounded the celebration in everyday life rather than celebrity gloss.</w:t>
      </w:r>
      <w:r/>
    </w:p>
    <w:p>
      <w:r/>
      <w:r>
        <w:t>She also spoke about taking time to find her community. That detail may be the line many viewers remember, because it captures the awkward middle ground between knowing you're different and discovering that difference can become a source of connection.</w:t>
      </w:r>
      <w:r/>
    </w:p>
    <w:p>
      <w:r/>
      <w:r>
        <w:t>For audiences who have felt isolated, that message lands softly but firmly. The award celebrates a comedian, but the speech celebrates survival, friendship and the joy of finally feeling at home.</w:t>
      </w:r>
      <w:r/>
    </w:p>
    <w:p>
      <w:pPr>
        <w:pStyle w:val="Heading2"/>
      </w:pPr>
      <w:r>
        <w:t>The wider Attitude Awards line-up</w:t>
      </w:r>
      <w:r/>
    </w:p>
    <w:p>
      <w:r/>
      <w:r>
        <w:t>Ruffell's win was part of a broader evening honouring influential names across entertainment, fashion and LGBTQ+ culture. Donatella Versace and David Furnish were among the other recognised figures, while the Pet Shop Boys received the legend award.</w:t>
      </w:r>
      <w:r/>
    </w:p>
    <w:p>
      <w:r/>
      <w:r>
        <w:t>That mix gave the ceremony a suitably broad feel, bringing together established icons and contemporary voices. Ruffell's presence added a lively comic energy to a line-up otherwise packed with global cultural heavyweights.</w:t>
      </w:r>
      <w:r/>
    </w:p>
    <w:p>
      <w:r/>
      <w:r>
        <w:t>The result was a night that balanced glamour with lived experience. And while trophies come and go, a speech about moving from shame to unapologetic pride tends to linger.</w:t>
      </w:r>
      <w:r/>
    </w:p>
    <w:p>
      <w:r/>
      <w:r>
        <w:t>It's a joyful win for Ruffell, and a timely reminder that comedy can make room for both laughter and liberation.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https://www.chortle.co.uk/news/2026/10/08/61790/suzi_ruffell%C2%A0wins_attitude_magazines_comedy_award?rss</w:t>
        </w:r>
      </w:hyperlink>
      <w:r>
        <w:t xml:space="preserve"> - Please view link - unable to able to access data</w:t>
      </w:r>
      <w:r/>
    </w:p>
    <w:p>
      <w:pPr>
        <w:pStyle w:val="ListNumber"/>
        <w:spacing w:line="240" w:lineRule="auto"/>
        <w:ind w:left="720"/>
      </w:pPr>
      <w:r/>
      <w:hyperlink r:id="rId10">
        <w:r>
          <w:rPr>
            <w:color w:val="0000EE"/>
            <w:u w:val="single"/>
          </w:rPr>
          <w:t>https://www.attitude.co.uk/culture/film-tv/attitude-awards-2026-suzi-ruffell-comedy-award-535964/</w:t>
        </w:r>
      </w:hyperlink>
      <w:r>
        <w:t xml:space="preserve"> - Suzi Ruffell has been awarded the Comedy Award at the 2026 Virgin Atlantic Attitude Awards, presented by Tom Allen. The ceremony took place at London's Roundhouse on 7 October. In her acceptance speech, Ruffell shared her experiences growing up under Section 28, expressing gratitude for finding her 'tribe' and highlighting comedy as her 'armour'. She also thanked her wife, Alice, and their daughter. Other notable winners included Donatella Versace, David Furnish, and the Pet Shop Boys, who received the 'legend' award.</w:t>
      </w:r>
      <w:r/>
    </w:p>
    <w:p>
      <w:pPr>
        <w:pStyle w:val="ListNumber"/>
        <w:spacing w:line="240" w:lineRule="auto"/>
        <w:ind w:left="720"/>
      </w:pPr>
      <w:r/>
      <w:hyperlink r:id="rId12">
        <w:r>
          <w:rPr>
            <w:color w:val="0000EE"/>
            <w:u w:val="single"/>
          </w:rPr>
          <w:t>https://www.attitude.co.uk/culture/film-tv/attitude-awards-2026-suzi-ruffell-reveals-titanic-sparked-lesbian-awakening-536045/</w:t>
        </w:r>
      </w:hyperlink>
      <w:r>
        <w:t xml:space="preserve"> - Comedian Suzi Ruffell revealed that watching 'Titanic' at the age of 12 led to her lesbian awakening, as she realised her attraction was towards Kate Winslet's character, Rose, rather than Leonardo DiCaprio's Jack. Initially horrified by this realisation, Ruffell expressed a desire to fit in. Over time, she embraced her sexuality, becoming one of the UK's prominent openly lesbian comedians. Ruffell now celebrates her identity, crediting her wife and queer friends for helping her become comfortable in her own skin.</w:t>
      </w:r>
      <w:r/>
    </w:p>
    <w:p>
      <w:pPr>
        <w:pStyle w:val="ListNumber"/>
        <w:spacing w:line="240" w:lineRule="auto"/>
        <w:ind w:left="720"/>
      </w:pPr>
      <w:r/>
      <w:hyperlink r:id="rId11">
        <w:r>
          <w:rPr>
            <w:color w:val="0000EE"/>
            <w:u w:val="single"/>
          </w:rPr>
          <w:t>https://www.attitude.co.uk/awards/attitude-awards-2026-all-winners-536230/</w:t>
        </w:r>
      </w:hyperlink>
      <w:r>
        <w:t xml:space="preserve"> - The 2026 Attitude Awards honoured several individuals across various categories. Michael Johnston received the Film Award following the success of 'Obsession'. Suzi Ruffell was recognised with the Comedy Award for her contributions to stand-up and her podcast 'Attitude Presents: Out with Suzi Ruffell'. Jordan Stephens was awarded the Ally Award for his support of the LGBTQ+ community. Other winners included Donatella Versace, David Furnish, and the Pet Shop Boys, who received the 'legend' award.</w:t>
      </w:r>
      <w:r/>
    </w:p>
    <w:p>
      <w:pPr>
        <w:pStyle w:val="ListNumber"/>
        <w:spacing w:line="240" w:lineRule="auto"/>
        <w:ind w:left="720"/>
      </w:pPr>
      <w:r/>
      <w:hyperlink r:id="rId13">
        <w:r>
          <w:rPr>
            <w:color w:val="0000EE"/>
            <w:u w:val="single"/>
          </w:rPr>
          <w:t>https://www.thepinknews.com/2026/10/08/suzi-ruffell-titanic-awakening/</w:t>
        </w:r>
      </w:hyperlink>
      <w:r>
        <w:t xml:space="preserve"> - Suzi Ruffell shared that watching 'Titanic' as a 12-year-old sparked her lesbian awakening, as she realised her attraction was towards Kate Winslet's character, Rose, rather than Leonardo DiCaprio's Jack. Initially horrified by this realisation, Ruffell expressed a desire to fit in. Over time, she embraced her sexuality, becoming one of the UK's prominent openly lesbian comedians. Ruffell now celebrates her identity, crediting her wife and queer friends for helping her become comfortable in her own skin.</w:t>
      </w:r>
      <w:r/>
    </w:p>
    <w:p>
      <w:pPr>
        <w:pStyle w:val="ListNumber"/>
        <w:spacing w:line="240" w:lineRule="auto"/>
        <w:ind w:left="720"/>
      </w:pPr>
      <w:r/>
      <w:hyperlink r:id="rId14">
        <w:r>
          <w:rPr>
            <w:color w:val="0000EE"/>
            <w:u w:val="single"/>
          </w:rPr>
          <w:t>https://en.wikipedia.org/wiki/Suzi_Ruffell</w:t>
        </w:r>
      </w:hyperlink>
      <w:r>
        <w:t xml:space="preserve"> - Suzi Ruffell is a British comedian, writer, and actress born on 18 January 1986 in Portsmouth, Hampshire. She began her stand-up career in 2008 and has appeared on 'Live at the Apollo' three times. Ruffell hosts the podcast 'Attitude Presents: Out with Suzi Ruffell' and authored the 2025 memoir 'Am I Having Fun Now?'. She is openly lesbian, married to Alice Storey, and they have one child together. Ruffell has received multiple awards, including Chortle's Best Club Comic in 2019.</w:t>
      </w:r>
      <w:r/>
    </w:p>
    <w:p>
      <w:pPr>
        <w:pStyle w:val="ListNumber"/>
        <w:spacing w:line="240" w:lineRule="auto"/>
        <w:ind w:left="720"/>
      </w:pPr>
      <w:r/>
      <w:hyperlink r:id="rId15">
        <w:r>
          <w:rPr>
            <w:color w:val="0000EE"/>
            <w:u w:val="single"/>
          </w:rPr>
          <w:t>https://suziruffell.com/</w:t>
        </w:r>
      </w:hyperlink>
      <w:r>
        <w:t xml:space="preserve"> - Suzi Ruffell is a British comedian, presenter, and writer known for her stand-up comedy and podcasting. She has appeared on 'Live at the Apollo', 'Mock the Week', and 'The Jonathan Ross Show'. Ruffell hosts the podcast 'Attitude Presents: Out with Suzi Ruffell', celebrating LGBTQ+ lives through interviews with star-studded guests. She co-hosts the 'Big Kick Energy' podcast with Maisie Adam, focusing on women's football. Ruffell's debut book, 'Am I Having Fun Now?', became a Sunday Times Bestseller in June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ortle.co.uk/news/2026/10/08/61790/suzi_ruffell%C2%A0wins_attitude_magazines_comedy_award?rss" TargetMode="External"/><Relationship Id="rId10" Type="http://schemas.openxmlformats.org/officeDocument/2006/relationships/hyperlink" Target="https://www.attitude.co.uk/culture/film-tv/attitude-awards-2026-suzi-ruffell-comedy-award-535964/" TargetMode="External"/><Relationship Id="rId11" Type="http://schemas.openxmlformats.org/officeDocument/2006/relationships/hyperlink" Target="https://www.attitude.co.uk/awards/attitude-awards-2026-all-winners-536230/" TargetMode="External"/><Relationship Id="rId12" Type="http://schemas.openxmlformats.org/officeDocument/2006/relationships/hyperlink" Target="https://www.attitude.co.uk/culture/film-tv/attitude-awards-2026-suzi-ruffell-reveals-titanic-sparked-lesbian-awakening-536045/" TargetMode="External"/><Relationship Id="rId13" Type="http://schemas.openxmlformats.org/officeDocument/2006/relationships/hyperlink" Target="https://www.thepinknews.com/2026/10/08/suzi-ruffell-titanic-awakening/" TargetMode="External"/><Relationship Id="rId14" Type="http://schemas.openxmlformats.org/officeDocument/2006/relationships/hyperlink" Target="https://en.wikipedia.org/wiki/Suzi_Ruffell" TargetMode="External"/><Relationship Id="rId15" Type="http://schemas.openxmlformats.org/officeDocument/2006/relationships/hyperlink" Target="https://suziruffel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