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Northside Bizarre 2026: Melbourne’s Queer Kink Festival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Melbourne’s Northside Bizarre returns to Abbotsford on Saturday 10 October 2026, bringing queer kink, fetish markets, live performances, food and fundraising to The Laird Hotel, Masonic Hall and Henry Street. Entry is free, making it an easygoing way to explore the city’s vibrant community calendar while supporting LGBTQIA+ health services.</w:t>
      </w:r>
      <w:r/>
    </w:p>
    <w:p>
      <w:pPr>
        <w:pStyle w:val="Heading2"/>
      </w:pPr>
      <w:r>
        <w:t>Essential Takeaways</w:t>
      </w:r>
      <w:r/>
      <w:r/>
    </w:p>
    <w:p>
      <w:pPr>
        <w:pStyle w:val="ListBullet"/>
        <w:spacing w:line="240" w:lineRule="auto"/>
        <w:ind w:left="720"/>
      </w:pPr>
      <w:r/>
      <w:r>
        <w:rPr>
          <w:b/>
        </w:rPr>
        <w:t>When and where:</w:t>
      </w:r>
      <w:r>
        <w:t xml:space="preserve"> Saturday 10 October 2026, from noon to 7pm, across three Abbotsford venues.</w:t>
      </w:r>
      <w:r/>
    </w:p>
    <w:p>
      <w:pPr>
        <w:pStyle w:val="ListBullet"/>
        <w:spacing w:line="240" w:lineRule="auto"/>
        <w:ind w:left="720"/>
      </w:pPr>
      <w:r/>
      <w:r>
        <w:rPr>
          <w:b/>
        </w:rPr>
        <w:t>Free entry:</w:t>
      </w:r>
      <w:r>
        <w:t xml:space="preserve"> Visitors can browse the street marketplace and enjoy performances without paying at the door.</w:t>
      </w:r>
      <w:r/>
    </w:p>
    <w:p>
      <w:pPr>
        <w:pStyle w:val="ListBullet"/>
        <w:spacing w:line="240" w:lineRule="auto"/>
        <w:ind w:left="720"/>
      </w:pPr>
      <w:r/>
      <w:r>
        <w:rPr>
          <w:b/>
        </w:rPr>
        <w:t>Shop and support:</w:t>
      </w:r>
      <w:r>
        <w:t xml:space="preserve"> Leather goods, donated gear, auctions and independent queer businesses will feature throughout the afternoon.</w:t>
      </w:r>
      <w:r/>
    </w:p>
    <w:p>
      <w:pPr>
        <w:pStyle w:val="ListBullet"/>
        <w:spacing w:line="240" w:lineRule="auto"/>
        <w:ind w:left="720"/>
      </w:pPr>
      <w:r/>
      <w:r>
        <w:rPr>
          <w:b/>
        </w:rPr>
        <w:t>Food and entertainment:</w:t>
      </w:r>
      <w:r>
        <w:t xml:space="preserve"> Expect baked treats, a sausage barbecue, demonstrations, music and stage performances.</w:t>
      </w:r>
      <w:r/>
    </w:p>
    <w:p>
      <w:pPr>
        <w:pStyle w:val="ListBullet"/>
        <w:spacing w:line="240" w:lineRule="auto"/>
        <w:ind w:left="720"/>
      </w:pPr>
      <w:r/>
      <w:r>
        <w:rPr>
          <w:b/>
        </w:rPr>
        <w:t>Bring curiosity:</w:t>
      </w:r>
      <w:r>
        <w:t xml:space="preserve"> The event welcomes regulars and first-timers, with an emphasis on community care and safer participation.</w:t>
      </w:r>
      <w:r/>
      <w:r/>
    </w:p>
    <w:p>
      <w:pPr>
        <w:pStyle w:val="Heading2"/>
      </w:pPr>
      <w:r>
        <w:t>A much-loved queer event returns to Abbotsford</w:t>
      </w:r>
      <w:r/>
    </w:p>
    <w:p>
      <w:r/>
      <w:r>
        <w:t>Northside Bizarre is back for another lively afternoon in Melbourne, and it remains far more than a shopping trip with a cheeky title. The event turns Henry Street and nearby venues into a colourful meeting point for the city’s queer kink and fetish communities, with the atmosphere shifting between relaxed market browse, social catch-up and full-on party.</w:t>
      </w:r>
      <w:r/>
    </w:p>
    <w:p>
      <w:r/>
      <w:r>
        <w:t>According to Thorne Harbour Health, the event was created with The Laird Hotel in 2011 to celebrate kink culture while raising money for LGBTQIA+ health and HIV services. That combination still gives the day its particular charm. There’s plenty to look at, but there’s also a clear sense that the fun is doing useful work.</w:t>
      </w:r>
      <w:r/>
    </w:p>
    <w:p>
      <w:r/>
      <w:r>
        <w:t>Thorne Harbour Health has said the 2025 event raised more than $40,000, including support for the David Williams Fund for people living with HIV. So, while visitors might arrive for the leather, baked goods or performances, the money raised helps provide practical assistance long after the street stalls disappear.</w:t>
      </w:r>
      <w:r/>
    </w:p>
    <w:p>
      <w:pPr>
        <w:pStyle w:val="Heading2"/>
      </w:pPr>
      <w:r>
        <w:t>What can visitors expect at Northside Bizarre?</w:t>
      </w:r>
      <w:r/>
    </w:p>
    <w:p>
      <w:r/>
      <w:r>
        <w:t>The Alley Marketplace will bring queer and kink-focused businesses to Henry Street, giving shoppers a chance to browse products, meet stallholders and discover services they may not encounter elsewhere. Eagle Leather, Queer Records, Sugar Plump Fairy and the Positive Living Centre Artist Collective are among the names associated with the marketplace.</w:t>
      </w:r>
      <w:r/>
    </w:p>
    <w:p>
      <w:r/>
      <w:r>
        <w:t>There’s also Leather and Treasure, where donated items are given a second life. Stock is limited, and organisers expect keen shoppers to arrive early, particularly if they’re hoping to find a bargain before the rails are picked over.</w:t>
      </w:r>
      <w:r/>
    </w:p>
    <w:p>
      <w:r/>
      <w:r>
        <w:t>Auctions add another reason to keep an eye on the timetable. More than 100 donated items from over 70 businesses and individuals are scheduled to go under the hammer, with bidding sessions at 1pm, 2.30pm, 4pm and 5.30pm. It’s a good format for anyone who likes their retail therapy with a little suspense.</w:t>
      </w:r>
      <w:r/>
    </w:p>
    <w:p>
      <w:pPr>
        <w:pStyle w:val="Heading2"/>
      </w:pPr>
      <w:r>
        <w:t>Food, performances and plenty of reasons to linger</w:t>
      </w:r>
      <w:r/>
    </w:p>
    <w:p>
      <w:r/>
      <w:r>
        <w:t>The event’s food offering is deliberately community-minded. LGBTQIA+ sporting clubs will sell baked treats for a $3 donation through the Master Baker competition, while VicBears’ BearBQ will serve sausages until 4pm. The winning baker will be announced at 3.30pm, so there’s a legitimate reason to circle back for dessert.</w:t>
      </w:r>
      <w:r/>
    </w:p>
    <w:p>
      <w:r/>
      <w:r>
        <w:t>The programme begins with an Acknowledgement of Country at 12.05pm, followed by stage entertainment from 12.10pm. Performances and kink demonstrations continue throughout the afternoon, with audience tips contributing to the fundraiser.</w:t>
      </w:r>
      <w:r/>
    </w:p>
    <w:p>
      <w:r/>
      <w:r>
        <w:t>Thorne Harbour Health’s on-the-day guide is the best place to check the full schedule and map. It’s worth doing that before arriving, because the venues are close together but the day is busy enough that a little planning will save unnecessary backtracking.</w:t>
      </w:r>
      <w:r/>
    </w:p>
    <w:p>
      <w:pPr>
        <w:pStyle w:val="Heading2"/>
      </w:pPr>
      <w:r>
        <w:t>First-timers are welcome, but a few details matter</w:t>
      </w:r>
      <w:r/>
    </w:p>
    <w:p>
      <w:r/>
      <w:r>
        <w:t>Northside Bizarre is designed for both experienced community members and curious newcomers. Visitors don’t need to arrive with a particular look, wardrobe or level of knowledge. Comfortable clothes, an open mind and respect for boundaries will take you much further than trying to perform a role.</w:t>
      </w:r>
      <w:r/>
    </w:p>
    <w:p>
      <w:r/>
      <w:r>
        <w:t>The Femme Bar provides a dedicated social space for women, lesbians, intersex, non-binary, trans and agender people. Melbourne Motorcycle Tourers will operate the cloakroom and ID station, where adults can collect the 18-plus wristband needed to purchase drinks outside.</w:t>
      </w:r>
      <w:r/>
    </w:p>
    <w:p>
      <w:r/>
      <w:r>
        <w:t>Entry is free, but visitors should bring payment options for stalls, food, auctions and donations. And if you’re hoping to pick up the limited-edition leather fan, Thorne Harbour Health is offering it for $20 when visitors complete the event’s bingo-style quest, or $25 without taking part.</w:t>
      </w:r>
      <w:r/>
    </w:p>
    <w:p>
      <w:pPr>
        <w:pStyle w:val="Heading2"/>
      </w:pPr>
      <w:r>
        <w:t>A fundraiser with a genuinely social heart</w:t>
      </w:r>
      <w:r/>
    </w:p>
    <w:p>
      <w:r/>
      <w:r>
        <w:t>What makes Northside Bizarre stand out is the way it brings different parts of Melbourne’s queer community into the same space. Stallholders, sporting clubs, health organisations, performers and visitors all contribute to a day that feels social first, but remains firmly connected to community support.</w:t>
      </w:r>
      <w:r/>
    </w:p>
    <w:p>
      <w:r/>
      <w:r>
        <w:t>The Laird will also open its doors to all genders for the event, before the celebration continues inside once the street programme ends. The Alley Bar closes at 6.30pm, while the wider event finishes at 7pm.</w:t>
      </w:r>
      <w:r/>
    </w:p>
    <w:p>
      <w:r/>
      <w:r>
        <w:t>For regulars, that mix of familiar faces and unexpected finds is part of the appeal. For newcomers, it’s a gentle introduction to a community event that manages to be playful, welcoming and purposeful at the same time.</w:t>
      </w:r>
      <w:r/>
    </w:p>
    <w:p>
      <w:r/>
      <w:r>
        <w:t>Arrive early, bring a little spending money and let the afternoon unfold around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4">
        <w:r>
          <w:rPr>
            <w:color w:val="0000EE"/>
            <w:u w:val="single"/>
          </w:rPr>
          <w:t>[5]</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0">
        <w:r>
          <w:rPr>
            <w:color w:val="0000EE"/>
            <w:u w:val="single"/>
          </w:rPr>
          <w:t>[2]</w:t>
        </w:r>
      </w:hyperlink>
      <w:r>
        <w:t xml:space="preserve">, </w:t>
      </w:r>
      <w:hyperlink r:id="rId14">
        <w:r>
          <w:rPr>
            <w:color w:val="0000EE"/>
            <w:u w:val="single"/>
          </w:rPr>
          <w:t>[5]</w:t>
        </w:r>
      </w:hyperlink>
      <w:r>
        <w:t xml:space="preserve">- Paragraph 13: </w:t>
      </w:r>
      <w:hyperlink r:id="rId14">
        <w:r>
          <w:rPr>
            <w:color w:val="0000EE"/>
            <w:u w:val="single"/>
          </w:rPr>
          <w:t>[5]</w:t>
        </w:r>
      </w:hyperlink>
      <w:r>
        <w:t xml:space="preserve">, </w:t>
      </w:r>
      <w:hyperlink r:id="rId9">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1">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[5]</w:t>
        </w:r>
      </w:hyperlink>
      <w:r>
        <w:t xml:space="preserve">- Paragraph 17: </w:t>
      </w:r>
      <w:hyperlink r:id="rId11">
        <w:r>
          <w:rPr>
            <w:color w:val="0000EE"/>
            <w:u w:val="single"/>
          </w:rPr>
          <w:t>[3]</w:t>
        </w:r>
      </w:hyperlink>
      <w:r>
        <w:t xml:space="preserve">, </w:t>
      </w:r>
      <w:hyperlink r:id="rId12">
        <w:r>
          <w:rPr>
            <w:color w:val="0000EE"/>
            <w:u w:val="single"/>
          </w:rPr>
          <w:t>[4]</w:t>
        </w:r>
      </w:hyperlink>
      <w:r>
        <w:t xml:space="preserve">- Paragraph 18: </w:t>
      </w:r>
      <w:hyperlink r:id="rId10">
        <w:r>
          <w:rPr>
            <w:color w:val="0000EE"/>
            <w:u w:val="single"/>
          </w:rPr>
          <w:t>[2]</w:t>
        </w:r>
      </w:hyperlink>
      <w:r>
        <w:t xml:space="preserve">, </w:t>
      </w:r>
      <w:hyperlink r:id="rId14">
        <w:r>
          <w:rPr>
            <w:color w:val="0000EE"/>
            <w:u w:val="single"/>
          </w:rPr>
          <w:t>[5]</w:t>
        </w:r>
      </w:hyperlink>
      <w:r>
        <w:t xml:space="preserve">- Paragraph 19: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https://www.starobserver.com.au/news/melbourne-get-your-kink-on-northside-bizarre-is-back-this-weekend/244444</w:t>
        </w:r>
      </w:hyperlink>
      <w:r>
        <w:t xml:space="preserve"> - Please view link - unable to able to access data</w:t>
      </w:r>
      <w:r/>
    </w:p>
    <w:p>
      <w:pPr>
        <w:pStyle w:val="ListNumber"/>
        <w:spacing w:line="240" w:lineRule="auto"/>
        <w:ind w:left="720"/>
      </w:pPr>
      <w:r/>
      <w:hyperlink r:id="rId10">
        <w:r>
          <w:rPr>
            <w:color w:val="0000EE"/>
            <w:u w:val="single"/>
          </w:rPr>
          <w:t>https://www.thorneharbour.org/get-involved/events/northside-bizarre</w:t>
        </w:r>
      </w:hyperlink>
      <w:r>
        <w:t xml:space="preserve"> - Northside Bizarre is an annual event in Melbourne that celebrates the city's kink and fetish community while raising funds for LGBTQIA+ health and HIV services. Organised by Thorne Harbour Health, the event features various activities, including the VicBears BearBQ, the Masterbaker competition, and the Leather &amp; Treasure market. The 2026 event is scheduled for Saturday, 10 October, from 12pm to 7pm at The Laird Hotel, Masonic Hall, and Henry Street in Abbotsford. Entry is free, and the event aims to raise vital funds for Thorne Harbour Health's services, including the David Williams Fund for people living with HIV. The event has been a fixture in Melbourne's queer calendar for over a decade, with community care at its heart. (</w:t>
      </w:r>
      <w:hyperlink r:id="rId15">
        <w:r>
          <w:rPr>
            <w:color w:val="0000EE"/>
            <w:u w:val="single"/>
          </w:rPr>
          <w:t>thorneharbour.org</w:t>
        </w:r>
      </w:hyperlink>
      <w:r>
        <w:t>)</w:t>
      </w:r>
      <w:r/>
    </w:p>
    <w:p>
      <w:pPr>
        <w:pStyle w:val="ListNumber"/>
        <w:spacing w:line="240" w:lineRule="auto"/>
        <w:ind w:left="720"/>
      </w:pPr>
      <w:r/>
      <w:hyperlink r:id="rId11">
        <w:r>
          <w:rPr>
            <w:color w:val="0000EE"/>
            <w:u w:val="single"/>
          </w:rPr>
          <w:t>https://www.thorneharbour.org/about/news/northside-bizarre-returns</w:t>
        </w:r>
      </w:hyperlink>
      <w:r>
        <w:t xml:space="preserve"> - After a six-year hiatus, Northside Bizarre returned in 2025, bringing together queer communities for a day of playful debauchery, community celebration, and crucial fundraising for Thorne Harbour Health. The event featured various activities, including the VicBears BearBQ, the Masterbaker competition, and the Leather &amp; Treasure market. The 2025 event was held on Saturday, 11 October, at The Laird Hotel and surrounding areas in Abbotsford. Entry was free, and the event aimed to raise vital funds for Thorne Harbour Health's services, including the David Williams Fund for people living with HIV. (</w:t>
      </w:r>
      <w:hyperlink r:id="rId16">
        <w:r>
          <w:rPr>
            <w:color w:val="0000EE"/>
            <w:u w:val="single"/>
          </w:rPr>
          <w:t>thorneharbour.org</w:t>
        </w:r>
      </w:hyperlink>
      <w:r>
        <w:t>)</w:t>
      </w:r>
      <w:r/>
    </w:p>
    <w:p>
      <w:pPr>
        <w:pStyle w:val="ListNumber"/>
        <w:spacing w:line="240" w:lineRule="auto"/>
        <w:ind w:left="720"/>
      </w:pPr>
      <w:r/>
      <w:hyperlink r:id="rId12">
        <w:r>
          <w:rPr>
            <w:color w:val="0000EE"/>
            <w:u w:val="single"/>
          </w:rPr>
          <w:t>https://www.thorneharbour.org/about/news/partner-with-us-or-northside-bizarre</w:t>
        </w:r>
      </w:hyperlink>
      <w:r>
        <w:t xml:space="preserve"> - Thorne Harbour Health is seeking partners for Northside Bizarre, offering unique marketing and branding opportunities with over 2,500 engaged LGBTIQA+ attendees. Sponsorship packages include Headliner, Major, and Supporting levels, each offering various benefits such as brand placement, naming rights for event spaces, and social media promotion. The event aims to raise critical funds for LGBTIQA+ and HIV services through sponsorships, donations, auctions, and sales. (</w:t>
      </w:r>
      <w:hyperlink r:id="rId17">
        <w:r>
          <w:rPr>
            <w:color w:val="0000EE"/>
            <w:u w:val="single"/>
          </w:rPr>
          <w:t>thorneharbour.org</w:t>
        </w:r>
      </w:hyperlink>
      <w:r>
        <w:t>)</w:t>
      </w:r>
      <w:r/>
    </w:p>
    <w:p>
      <w:pPr>
        <w:pStyle w:val="ListNumber"/>
        <w:spacing w:line="240" w:lineRule="auto"/>
        <w:ind w:left="720"/>
      </w:pPr>
      <w:r/>
      <w:hyperlink r:id="rId14">
        <w:r>
          <w:rPr>
            <w:color w:val="0000EE"/>
            <w:u w:val="single"/>
          </w:rPr>
          <w:t>https://www.thorneharbour.org/about/news/northside-bizarre-2026-on-the-day-guide</w:t>
        </w:r>
      </w:hyperlink>
      <w:r>
        <w:t xml:space="preserve"> - The Northside Bizarre 2026 On the Day Guide provides detailed information about the event's schedule, key activities, and participating vendors. The event is scheduled for Saturday, 10 October 2026, from 12pm to 7pm at The Laird Hotel, Masonic Hall, and Henry Street in Abbotsford. Activities include the Leather &amp; Treasure market, Alley Marketplace, Master Baker competition, and various stage performances. The guide also lists participating vendors and sponsors, such as Hey Fella, Eagle Leather, Sugar Plump Fairy, and Melbourne Motorcycle Tourers. (</w:t>
      </w:r>
      <w:hyperlink r:id="rId18">
        <w:r>
          <w:rPr>
            <w:color w:val="0000EE"/>
            <w:u w:val="single"/>
          </w:rPr>
          <w:t>thorneharbour.org</w:t>
        </w:r>
      </w:hyperlink>
      <w:r>
        <w:t>)</w:t>
      </w:r>
      <w:r/>
    </w:p>
    <w:p>
      <w:pPr>
        <w:pStyle w:val="ListNumber"/>
        <w:spacing w:line="240" w:lineRule="auto"/>
        <w:ind w:left="720"/>
      </w:pPr>
      <w:r/>
      <w:hyperlink r:id="rId13">
        <w:r>
          <w:rPr>
            <w:color w:val="0000EE"/>
            <w:u w:val="single"/>
          </w:rPr>
          <w:t>https://thorneharbour.org/</w:t>
        </w:r>
      </w:hyperlink>
      <w:r>
        <w:t xml:space="preserve"> - Thorne Harbour Health is an organisation that supports LGBTIQA+ communities and people living with HIV. They offer services such as sexual health clinics, mental health support, family violence assistance, and alcohol and other drug services. The organisation has been operating since 1983, fighting for justice and delivering care without stigma or discrimination. They also host various events and workshops to connect with the community and provide support. (</w:t>
      </w:r>
      <w:hyperlink r:id="rId19">
        <w:r>
          <w:rPr>
            <w:color w:val="0000EE"/>
            <w:u w:val="single"/>
          </w:rPr>
          <w:t>thorneharbour.org</w:t>
        </w:r>
      </w:hyperlink>
      <w:r>
        <w:t>)</w:t>
      </w:r>
      <w:r/>
    </w:p>
    <w:p>
      <w:pPr>
        <w:pStyle w:val="ListNumber"/>
        <w:spacing w:line="240" w:lineRule="auto"/>
        <w:ind w:left="720"/>
      </w:pPr>
      <w:r/>
      <w:hyperlink r:id="rId9">
        <w:r>
          <w:rPr>
            <w:color w:val="0000EE"/>
            <w:u w:val="single"/>
          </w:rPr>
          <w:t>https://www.starobserver.com.au/news/melbourne-get-your-kink-on-northside-bizarre-is-back-this-weekend/244444</w:t>
        </w:r>
      </w:hyperlink>
      <w:r>
        <w:t xml:space="preserve"> - The article from Star Observer announces the return of Northside Bizarre to Abbotsford, Melbourne, on Saturday, 10 October 2026. The event offers an afternoon of queer kink, market shopping, performances, and fundraising at The Laird Hotel, Masonic Hall, and Henry Street. Founded in 2011 in partnership with The Laird and Thorne Harbour Health, Northside Bizarre celebrates Melbourne's kink and fetish community while raising funds for LGBTQIA+ health and HIV services. The article highlights various activities, including the Leather &amp; Treasure market, auctions, and stage performances.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melbourne-get-your-kink-on-northside-bizarre-is-back-this-weekend/244444" TargetMode="External"/><Relationship Id="rId10" Type="http://schemas.openxmlformats.org/officeDocument/2006/relationships/hyperlink" Target="https://www.thorneharbour.org/get-involved/events/northside-bizarre" TargetMode="External"/><Relationship Id="rId11" Type="http://schemas.openxmlformats.org/officeDocument/2006/relationships/hyperlink" Target="https://www.thorneharbour.org/about/news/northside-bizarre-returns" TargetMode="External"/><Relationship Id="rId12" Type="http://schemas.openxmlformats.org/officeDocument/2006/relationships/hyperlink" Target="https://www.thorneharbour.org/about/news/partner-with-us-or-northside-bizarre" TargetMode="External"/><Relationship Id="rId13" Type="http://schemas.openxmlformats.org/officeDocument/2006/relationships/hyperlink" Target="https://thorneharbour.org/" TargetMode="External"/><Relationship Id="rId14" Type="http://schemas.openxmlformats.org/officeDocument/2006/relationships/hyperlink" Target="https://www.thorneharbour.org/about/news/northside-bizarre-2026-on-the-day-guide" TargetMode="External"/><Relationship Id="rId15" Type="http://schemas.openxmlformats.org/officeDocument/2006/relationships/hyperlink" Target="https://www.thorneharbour.org/get-involved/events/northside-bizarre?utm_source=openai" TargetMode="External"/><Relationship Id="rId16" Type="http://schemas.openxmlformats.org/officeDocument/2006/relationships/hyperlink" Target="https://www.thorneharbour.org/about/news/northside-bizarre-returns?utm_source=openai" TargetMode="External"/><Relationship Id="rId17" Type="http://schemas.openxmlformats.org/officeDocument/2006/relationships/hyperlink" Target="https://www.thorneharbour.org/about/news/partner-with-us-or-northside-bizarre?utm_source=openai" TargetMode="External"/><Relationship Id="rId18" Type="http://schemas.openxmlformats.org/officeDocument/2006/relationships/hyperlink" Target="https://www.thorneharbour.org/about/news/northside-bizarre-2026-on-the-day-guide?utm_source=openai" TargetMode="External"/><Relationship Id="rId19" Type="http://schemas.openxmlformats.org/officeDocument/2006/relationships/hyperlink" Target="https://thorneharbour.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