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Mike Flanagan's Carrie Review: A Queer, Expanded Take on Stephen King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a more expansive Carrie on Prime Video, where Mike Flanagan turns Stephen King's familiar horror story into an eight-part portrait of control, cruelty and teenage power. With a strong young cast and a distinctly queer creative presence, this latest Carrie adaptation has more on its mind than prom night.</w:t>
      </w:r>
      <w:r/>
    </w:p>
    <w:p>
      <w:pPr>
        <w:pStyle w:val="Heading2"/>
      </w:pPr>
      <w:r>
        <w:t>Essential Takeaways</w:t>
      </w:r>
      <w:r/>
      <w:r/>
    </w:p>
    <w:p>
      <w:pPr>
        <w:pStyle w:val="ListBullet"/>
        <w:spacing w:line="240" w:lineRule="auto"/>
        <w:ind w:left="720"/>
      </w:pPr>
      <w:r/>
      <w:r>
        <w:rPr>
          <w:b/>
        </w:rPr>
        <w:t>A longer lens:</w:t>
      </w:r>
      <w:r>
        <w:t xml:space="preserve"> Eight episodes give Carrie White's story room to breathe beyond its famous finale.</w:t>
      </w:r>
      <w:r/>
    </w:p>
    <w:p>
      <w:pPr>
        <w:pStyle w:val="ListBullet"/>
        <w:spacing w:line="240" w:lineRule="auto"/>
        <w:ind w:left="720"/>
      </w:pPr>
      <w:r/>
      <w:r>
        <w:rPr>
          <w:b/>
        </w:rPr>
        <w:t>A layered cast:</w:t>
      </w:r>
      <w:r>
        <w:t xml:space="preserve"> Summer H. Howell leads alongside Siena Agudong, Alison Thornton and Josie Totah.</w:t>
      </w:r>
      <w:r/>
    </w:p>
    <w:p>
      <w:pPr>
        <w:pStyle w:val="ListBullet"/>
        <w:spacing w:line="240" w:lineRule="auto"/>
        <w:ind w:left="720"/>
      </w:pPr>
      <w:r/>
      <w:r>
        <w:rPr>
          <w:b/>
        </w:rPr>
        <w:t>Queer fingerprints:</w:t>
      </w:r>
      <w:r>
        <w:t xml:space="preserve"> Queer performers and creators shape the series, even without a central queer romance.</w:t>
      </w:r>
      <w:r/>
    </w:p>
    <w:p>
      <w:pPr>
        <w:pStyle w:val="ListBullet"/>
        <w:spacing w:line="240" w:lineRule="auto"/>
        <w:ind w:left="720"/>
      </w:pPr>
      <w:r/>
      <w:r>
        <w:rPr>
          <w:b/>
        </w:rPr>
        <w:t>Cruelty gets sharper focus:</w:t>
      </w:r>
      <w:r>
        <w:t xml:space="preserve"> The adaptation reframes bullying as a culture of silence, complicity and control.</w:t>
      </w:r>
      <w:r/>
    </w:p>
    <w:p>
      <w:pPr>
        <w:pStyle w:val="ListBullet"/>
        <w:spacing w:line="240" w:lineRule="auto"/>
        <w:ind w:left="720"/>
      </w:pPr>
      <w:r/>
      <w:r>
        <w:rPr>
          <w:b/>
        </w:rPr>
        <w:t>Carrie gains agency:</w:t>
      </w:r>
      <w:r>
        <w:t xml:space="preserve"> Her supernatural abilities become part of a wider journey towards self-determination.</w:t>
      </w:r>
      <w:r/>
      <w:r/>
    </w:p>
    <w:p>
      <w:pPr>
        <w:pStyle w:val="Heading2"/>
      </w:pPr>
      <w:r>
        <w:t>This Carrie feels larger than the prom</w:t>
      </w:r>
      <w:r/>
    </w:p>
    <w:p>
      <w:r/>
      <w:r>
        <w:t>The most striking thing about Mike Flanagan's Carrie is how much space it gives its central character. Rather than rushing towards the bucket, the blood and the inevitable explosion, the series spends time showing how Carrie White has been shaped by isolation, religious control and a life designed by other people.</w:t>
      </w:r>
      <w:r/>
    </w:p>
    <w:p>
      <w:r/>
      <w:r>
        <w:t>That approach aligns with reviews from Tom's Guide and NME, which both highlight the adaptation's interest in the story beyond its most recognisable set piece. The result is less a simple remake than a careful expansion, with Carrie's telekinesis becoming only one part of a much broader coming-of-age story.</w:t>
      </w:r>
      <w:r/>
    </w:p>
    <w:p>
      <w:r/>
      <w:r>
        <w:t>Summer H. Howell brings an appealing mixture of awkwardness and curiosity to Carrie. She isn't presented as a ready-made monster, but as a frightened young person encountering ordinary life almost all at once. That makes even the quieter moments feel charged.</w:t>
      </w:r>
      <w:r/>
    </w:p>
    <w:p>
      <w:pPr>
        <w:pStyle w:val="Heading2"/>
      </w:pPr>
      <w:r>
        <w:t>The cast gives the school corridors real texture</w:t>
      </w:r>
      <w:r/>
    </w:p>
    <w:p>
      <w:r/>
      <w:r>
        <w:t>Howell is surrounded by performers who avoid easy teen-drama caricatures. Siena Agudong plays Sue Snell as someone caught between loyalty and conscience, while Alison Thornton gives Chris a bruised complexity beneath the cruelty. Josie Totah adds comic timing and vulnerability as Tina, a girl desperate to secure her place in Chris's orbit.</w:t>
      </w:r>
      <w:r/>
    </w:p>
    <w:p>
      <w:r/>
      <w:r>
        <w:t>Those performances matter because the series doesn't divide the school into simple heroes and villains. The bullying is vicious, but it also grows from insecurity, status anxiety and the pressure to perform toughness. GamesRadar's coverage of the series points to this sharper examination of how cruelty becomes normalised, rather than appearing as one spectacular act of wickedness.</w:t>
      </w:r>
      <w:r/>
    </w:p>
    <w:p>
      <w:r/>
      <w:r>
        <w:t>The adult cast adds another layer of Flanagan familiarity. Regular collaborators including Samantha Sloyan, Kate Siegel, Rahul Kohli and Ruth Codd appear alongside guest stars such as Katee Sackhoff and Tricia Helfer. For returning viewers, spotting the so-called Flanaverse players is part of the fun, but the performances never feel like a mere in-joke.</w:t>
      </w:r>
      <w:r/>
    </w:p>
    <w:p>
      <w:pPr>
        <w:pStyle w:val="Heading2"/>
      </w:pPr>
      <w:r>
        <w:t>Queer energy runs through the story</w:t>
      </w:r>
      <w:r/>
    </w:p>
    <w:p>
      <w:r/>
      <w:r>
        <w:t>Carrie doesn't centre a queer romance, and most of its relationships are not especially romantic in the first place. Still, queerness is woven into the production and the world of the show, from its performers to its writers and directors.</w:t>
      </w:r>
      <w:r/>
    </w:p>
    <w:p>
      <w:r/>
      <w:r>
        <w:t>The series also places a queer guidance counsellor in Carrie's orbit, allowing bullying to be discussed as something with a long history and familiar patterns. One of Carrie's first glimpses of school life is two girls kissing, a small but telling moment that unsettles her understanding of the world beyond home.</w:t>
      </w:r>
      <w:r/>
    </w:p>
    <w:p>
      <w:r/>
      <w:r>
        <w:t>Autostraddle's review argues that these details give the show a distinctly queer texture without forcing Carrie into an identity the story hasn't established. There are suggestive dynamics and plenty of room for interpretation, but the series is more interested in alienation, repression and self-discovery than in labelling every character.</w:t>
      </w:r>
      <w:r/>
    </w:p>
    <w:p>
      <w:r/>
      <w:r>
        <w:t>That restraint is welcome. Sometimes a show's queer sensibility comes through in who gets to tell the story, how outsiders are treated and which forms of intimacy are taken seriously. Here, it feels present in the bones rather than pasted onto the surface.</w:t>
      </w:r>
      <w:r/>
    </w:p>
    <w:p>
      <w:pPr>
        <w:pStyle w:val="Heading2"/>
      </w:pPr>
      <w:r>
        <w:t>Carrie's mother is frighteningly modern</w:t>
      </w:r>
      <w:r/>
    </w:p>
    <w:p>
      <w:r/>
      <w:r>
        <w:t>The new version's most effective change may be its treatment of Margaret White. She remains controlling and religiously extreme, but the character is less a gothic caricature and more recognisable as a contemporary authority figure who insists that domination is care.</w:t>
      </w:r>
      <w:r/>
    </w:p>
    <w:p>
      <w:r/>
      <w:r>
        <w:t>Her worldview travels through online communities, parental fear and the language of protection. She can begin with a reasonable concern, then turn it into a demand for total control. That progression feels uncomfortably current, especially in an era when social media can turn private anxiety into public identity and influence.</w:t>
      </w:r>
      <w:r/>
    </w:p>
    <w:p>
      <w:r/>
      <w:r>
        <w:t>Carrie's home life therefore becomes a different kind of horror. The threat isn't only supernatural or physical; it's the slow removal of choice. She is told what to read, what to fear and how to understand her own body, while her mother's public performance of devotion leaves little room for Carrie's actual feelings.</w:t>
      </w:r>
      <w:r/>
    </w:p>
    <w:p>
      <w:pPr>
        <w:pStyle w:val="Heading2"/>
      </w:pPr>
      <w:r>
        <w:t>Why the period scene still matters</w:t>
      </w:r>
      <w:r/>
    </w:p>
    <w:p>
      <w:r/>
      <w:r>
        <w:t>Flanagan's treatment of the infamous opening period scene has attracted particular attention. GamesRadar reports that the series changes the moment to examine the normalisation of cruelty, rather than simply replaying the original shock for another generation.</w:t>
      </w:r>
      <w:r/>
    </w:p>
    <w:p>
      <w:r/>
      <w:r>
        <w:t>That distinction is important. The scene has always been a turning point, but a modern adaptation has to ask what viewers are being invited to witness. Is the humiliation merely a dramatic trigger, or does the story understand the social machinery that makes it possible?</w:t>
      </w:r>
      <w:r/>
    </w:p>
    <w:p>
      <w:r/>
      <w:r>
        <w:t>Here, the answer appears to be the latter. The girls, school staff and parents are caught in a wider system where decisions are made about young people without listening to them. Even Chris, one of the main aggressors, is also being managed and silenced by adults around her.</w:t>
      </w:r>
      <w:r/>
    </w:p>
    <w:p>
      <w:pPr>
        <w:pStyle w:val="Heading2"/>
      </w:pPr>
      <w:r>
        <w:t>An eight-episode Carrie with room to grow</w:t>
      </w:r>
      <w:r/>
    </w:p>
    <w:p>
      <w:r/>
      <w:r>
        <w:t>The longer format lets the series follow Carrie as she gradually claims control over both her fear and her abilities. Books hidden by a neighbour offer an early glimpse of private rebellion, while public school cracks open a world that has been deliberately kept from her.</w:t>
      </w:r>
      <w:r/>
    </w:p>
    <w:p>
      <w:r/>
      <w:r>
        <w:t>Reviews from Looper and The Atlantic frame the adaptation as a substantial reworking of King's material rather than a straightforward retelling. That extra room can make the story feel slower than the familiar film versions, but it also gives the characters more emotional weight.</w:t>
      </w:r>
      <w:r/>
    </w:p>
    <w:p>
      <w:r/>
      <w:r>
        <w:t>There are no easy answers here, and that's part of the appeal. Carrie isn't simply pushed towards revenge; she is learning what power feels like after a lifetime of being denied it. Watching her decide what to do with that power is far more compelling than watching the plot hurry towards a promised finale.</w:t>
      </w:r>
      <w:r/>
    </w:p>
    <w:p>
      <w:r/>
      <w:r>
        <w:t>It's a thoughtful, unsettling Carrie for viewers who want the story behind the spectacle.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[1]</w:t>
        </w:r>
      </w:hyperlink>
      <w:r>
        <w:t xml:space="preserve">, </w:t>
      </w:r>
      <w:hyperlink r:id="rId12">
        <w:r>
          <w:rPr>
            <w:color w:val="0000EE"/>
            <w:u w:val="single"/>
          </w:rPr>
          <w:t>[5]</w:t>
        </w:r>
      </w:hyperlink>
      <w:r>
        <w:t xml:space="preserve">- Paragraph 6: </w:t>
      </w:r>
      <w:hyperlink r:id="rId9">
        <w:r>
          <w:rPr>
            <w:color w:val="0000EE"/>
            <w:u w:val="single"/>
          </w:rPr>
          <w:t>[1]</w:t>
        </w:r>
      </w:hyperlink>
      <w:r>
        <w:t xml:space="preserve">, </w:t>
      </w:r>
      <w:hyperlink r:id="rId14">
        <w:r>
          <w:rPr>
            <w:color w:val="0000EE"/>
            <w:u w:val="single"/>
          </w:rPr>
          <w:t>[3]</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9">
        <w:r>
          <w:rPr>
            <w:color w:val="0000EE"/>
            <w:u w:val="single"/>
          </w:rPr>
          <w:t>[1]</w:t>
        </w:r>
      </w:hyperlink>
      <w:r>
        <w:t xml:space="preserve">, </w:t>
      </w:r>
      <w:hyperlink r:id="rId11">
        <w:r>
          <w:rPr>
            <w:color w:val="0000EE"/>
            <w:u w:val="single"/>
          </w:rPr>
          <w:t>[4]</w:t>
        </w:r>
      </w:hyperlink>
      <w:r>
        <w:t xml:space="preserve">- Paragraph 9: </w:t>
      </w:r>
      <w:hyperlink r:id="rId14">
        <w:r>
          <w:rPr>
            <w:color w:val="0000EE"/>
            <w:u w:val="single"/>
          </w:rPr>
          <w:t>[3]</w:t>
        </w:r>
      </w:hyperlink>
      <w:r>
        <w:t xml:space="preserve">, </w:t>
      </w:r>
      <w:hyperlink r:id="rId12">
        <w:r>
          <w:rPr>
            <w:color w:val="0000EE"/>
            <w:u w:val="single"/>
          </w:rPr>
          <w:t>[5]</w:t>
        </w:r>
      </w:hyperlink>
      <w:r>
        <w:t xml:space="preserve">- Paragraph 10: </w:t>
      </w:r>
      <w:hyperlink r:id="rId9">
        <w:r>
          <w:rPr>
            <w:color w:val="0000EE"/>
            <w:u w:val="single"/>
          </w:rPr>
          <w:t>[1]</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5">
        <w:r>
          <w:rPr>
            <w:color w:val="0000EE"/>
            <w:u w:val="single"/>
          </w:rPr>
          <w:t>[6]</w:t>
        </w:r>
      </w:hyperlink>
      <w:r>
        <w:t xml:space="preserve">- Paragraph 12: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https://www.autostraddle.com/mike-flanagans-carrie-has-queer-fingerprints-all-over-it/?utm_source=rss&amp;utm_medium=rss&amp;utm_campaign=mike-flanagans-carrie-has-queer-fingerprints-all-over-it</w:t>
        </w:r>
      </w:hyperlink>
      <w:r>
        <w:t xml:space="preserve"> - Please view link - unable to able to access data</w:t>
      </w:r>
      <w:r/>
    </w:p>
    <w:p>
      <w:pPr>
        <w:pStyle w:val="ListNumber"/>
        <w:spacing w:line="240" w:lineRule="auto"/>
        <w:ind w:left="720"/>
      </w:pPr>
      <w:r/>
      <w:hyperlink r:id="rId10">
        <w:r>
          <w:rPr>
            <w:color w:val="0000EE"/>
            <w:u w:val="single"/>
          </w:rPr>
          <w:t>https://www.theatlantic.com/culture/2026/10/carrie-tv-show-review-mike-flanagan-stephen-king/688914/?utm_source=openai</w:t>
        </w:r>
      </w:hyperlink>
      <w:r>
        <w:t xml:space="preserve"> - This review examines Mike Flanagan's adaptation of Stephen King's 'Carrie' for Prime Video. It discusses how Flanagan modernises the story by placing it in a social media-saturated world, portraying teenagers as trapped in cycles of surveillance and digital cruelty. The review notes that the adaptation softens the psychological edge of the original narrative, rendering characters more as victims of systemic forces than agents of malice. It also mentions expanded subplots, including psychic cabals and another superpowered teen named Emaline, which diffuse responsibility for Carrie's actions and dilute the novel's original message about personal responsibility and trauma.</w:t>
      </w:r>
      <w:r/>
    </w:p>
    <w:p>
      <w:pPr>
        <w:pStyle w:val="ListNumber"/>
        <w:spacing w:line="240" w:lineRule="auto"/>
        <w:ind w:left="720"/>
      </w:pPr>
      <w:r/>
      <w:hyperlink r:id="rId14">
        <w:r>
          <w:rPr>
            <w:color w:val="0000EE"/>
            <w:u w:val="single"/>
          </w:rPr>
          <w:t>https://www.gamesradar.com/entertainment/horror-shows/mike-flanagan-changed-the-infamous-period-scene-in-his-version-of-carrie-because-we-needed-to-talk-about-the-normalization-of-cruelty/</w:t>
        </w:r>
      </w:hyperlink>
      <w:r>
        <w:t xml:space="preserve"> - Director Mike Flanagan discusses his decision to revamp the infamous period scene from Stephen King's 1974 novel 'Carrie' in his upcoming digital-age adaptation, premiering on Prime Video on October 7. Set in 2025, Flanagan's version incorporates the pervasive influence of social media and smartphones to intensify the cruelty Carrie experiences, emphasising the normalization of bullying in today's digital society. Rather than stopping at physical humiliation, Carrie's classmates now film her distress and share it, amplifying her suffering. Flanagan believes the inclusion of social media is crucial to authentically depicting modern teenage life and the unique challenges they face. He reflects on his own experiences with bullying in the '90s and expresses admiration for the resilience of contemporary youth navigating the permanent, viral nature of online embarrassment. The series stars Summer H. Howell as Carrie, with a supporting cast including Samantha Sloyan and Matthew Lillard. Notably, Stephen King himself endorsed Flanagan's adaptation, praising its powerful commentary on social media. Comprising eight episodes, this chilling reimagining adds new layers to the classic horror tale, making it all the more emotionally resonant and socially relevant.</w:t>
      </w:r>
      <w:r/>
    </w:p>
    <w:p>
      <w:pPr>
        <w:pStyle w:val="ListNumber"/>
        <w:spacing w:line="240" w:lineRule="auto"/>
        <w:ind w:left="720"/>
      </w:pPr>
      <w:r/>
      <w:hyperlink r:id="rId11">
        <w:r>
          <w:rPr>
            <w:color w:val="0000EE"/>
            <w:u w:val="single"/>
          </w:rPr>
          <w:t>https://www.tomsguide.com/entertainment/prime-video/carrie-review-mike-flanagan-proves-theres-more-to-this-story-than-prom-night</w:t>
        </w:r>
      </w:hyperlink>
      <w:r>
        <w:t xml:space="preserve"> - The article reviews the new eight-episode Prime Video series 'Carrie,' directed by Mike Flanagan, as a modern and emotionally rich reimagining of Stephen King's 1974 novel. Departing from earlier adaptations, the show explores deeper character development, particularly for Carrie White and her tormentors, while updating the setting to reflect present-day social issues like cyberbullying. Summer H. Howell delivers a standout performance as Carrie, portraying her as an innocent, sheltered teenager discovering the complexities and cruelties of the outside world. Alison Thornton and Siena Agudong also shine in their nuanced roles. Flanagan expands the story's mythology, including aspects not present in the book or earlier films, such as Carrie's grief over her father and connections with other powered individuals. While some of the extended universe themes may distract from the central narrative, the series remains a powerful psychological and emotional drama with horror elements. It effectively uses cinematography to immerse viewers in Carrie's perspective. Despite minor concerns about its length and a possible sequel setup, this reinvention is one of the year's best shows and a must-watch for Stephen King fans. 'Carrie' is now streaming on Prime Video.</w:t>
      </w:r>
      <w:r/>
    </w:p>
    <w:p>
      <w:pPr>
        <w:pStyle w:val="ListNumber"/>
        <w:spacing w:line="240" w:lineRule="auto"/>
        <w:ind w:left="720"/>
      </w:pPr>
      <w:r/>
      <w:hyperlink r:id="rId12">
        <w:r>
          <w:rPr>
            <w:color w:val="0000EE"/>
            <w:u w:val="single"/>
          </w:rPr>
          <w:t>https://www.gamesradar.com/entertainment/horror-shows/carrie-mike-flanagan-tv-show-review/</w:t>
        </w:r>
      </w:hyperlink>
      <w:r>
        <w:t xml:space="preserve"> - Mike Flanagan's 2026 adaptation of Stephen King's 'Carrie' reimagines the classic horror tale for the modern age, premiering on Prime Video on October 7. Centered around Summer Howell's nuanced portrayal of the telekinetic misfit, Carrie White, the show explores the contemporary teenage experience amid social media toxicity, permissive parenting, and societal neglect. Flanagan, motivated by his role as a parent, uses the series to tackle broader issues like public school struggles, mental health, and youth identity. The eight-episode series diverges from previous adaptations by expanding character backstories, particularly exploring Carrie's complex relationships with her abusive mother Margaret and conspiracy-theorist father Ralph, whose presence is a new addition. Standout performances by Howell and Samantha Sloyan enrich the emotional depth of the characters. While the series covers iconic moments like the prom scene, its finale lacks the explosive climax fans may expect, focusing instead on future plot development. Though it occasionally suffers from YA clichés, this adaptation succeeds in elevating the central themes of the original while providing a poignant look at modern adolescence. It positions itself as essential viewing for both horror fans and parents navigating today's social climate.</w:t>
      </w:r>
      <w:r/>
    </w:p>
    <w:p>
      <w:pPr>
        <w:pStyle w:val="ListNumber"/>
        <w:spacing w:line="240" w:lineRule="auto"/>
        <w:ind w:left="720"/>
      </w:pPr>
      <w:r/>
      <w:hyperlink r:id="rId15">
        <w:r>
          <w:rPr>
            <w:color w:val="0000EE"/>
            <w:u w:val="single"/>
          </w:rPr>
          <w:t>https://www.looper.com/2274131/carrie-amazon-prime-review/</w:t>
        </w:r>
      </w:hyperlink>
      <w:r>
        <w:t xml:space="preserve"> - The article reviews Mike Flanagan's adaptation of Stephen King's 'Carrie' for Prime Video, noting that while the novel's metaphors remain relevant, the adaptation deepens and darkens the original narrative. The review highlights the show's terrific cast and expanded story, which works well, but mentions that the show's many points-of-view occasionally lose some tension. It also notes that Carrie's more patient story sometimes slows things down. Overall, the review gives the adaptation an 8/10 rating.</w:t>
      </w:r>
      <w:r/>
    </w:p>
    <w:p>
      <w:pPr>
        <w:pStyle w:val="ListNumber"/>
        <w:spacing w:line="240" w:lineRule="auto"/>
        <w:ind w:left="720"/>
      </w:pPr>
      <w:r/>
      <w:hyperlink r:id="rId13">
        <w:r>
          <w:rPr>
            <w:color w:val="0000EE"/>
            <w:u w:val="single"/>
          </w:rPr>
          <w:t>https://www.nme.com/reviews/tv-reviews/carrie-review-summer-howell-stephen-king-mike-flanagan-3971829</w:t>
        </w:r>
      </w:hyperlink>
      <w:r>
        <w:t xml:space="preserve"> - The review discusses Mike Flanagan's modern revival of Stephen King's 'Carrie,' noting that while Brian De Palma's 1976 film is a horror classic, Flanagan brings an entirely different tone to this adaptation. The review mentions that Flanagan swaps De Palma's melodrama for mutedness, treating the Stephen King creation like a slow-burning tragedy rather than a pulse-quickening thriller. The review also notes that Flanagan has become the trustee of all things horror in recent years, entrusted with making sure the narrative legacies of 'Ouija,' 'The Shining,' and 'The Exorcist' live on. The review concludes that Flanagan's adaptation is a muted modern reboot of a savage horror classic.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tostraddle.com/mike-flanagans-carrie-has-queer-fingerprints-all-over-it/?utm_source=rss&amp;utm_medium=rss&amp;utm_campaign=mike-flanagans-carrie-has-queer-fingerprints-all-over-it" TargetMode="External"/><Relationship Id="rId10" Type="http://schemas.openxmlformats.org/officeDocument/2006/relationships/hyperlink" Target="https://www.theatlantic.com/culture/2026/10/carrie-tv-show-review-mike-flanagan-stephen-king/688914/?utm_source=openai" TargetMode="External"/><Relationship Id="rId11" Type="http://schemas.openxmlformats.org/officeDocument/2006/relationships/hyperlink" Target="https://www.tomsguide.com/entertainment/prime-video/carrie-review-mike-flanagan-proves-theres-more-to-this-story-than-prom-night" TargetMode="External"/><Relationship Id="rId12" Type="http://schemas.openxmlformats.org/officeDocument/2006/relationships/hyperlink" Target="https://www.gamesradar.com/entertainment/horror-shows/carrie-mike-flanagan-tv-show-review/" TargetMode="External"/><Relationship Id="rId13" Type="http://schemas.openxmlformats.org/officeDocument/2006/relationships/hyperlink" Target="https://www.nme.com/reviews/tv-reviews/carrie-review-summer-howell-stephen-king-mike-flanagan-3971829" TargetMode="External"/><Relationship Id="rId14" Type="http://schemas.openxmlformats.org/officeDocument/2006/relationships/hyperlink" Target="https://www.gamesradar.com/entertainment/horror-shows/mike-flanagan-changed-the-infamous-period-scene-in-his-version-of-carrie-because-we-needed-to-talk-about-the-normalization-of-cruelty/" TargetMode="External"/><Relationship Id="rId15" Type="http://schemas.openxmlformats.org/officeDocument/2006/relationships/hyperlink" Target="https://www.looper.com/2274131/carrie-amazon-prime-re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