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Michael Johnston teases meaningful queer role after Obsession success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Michael Johnston is using his post-Obsession momentum to pursue a meaningful queer role, drawing on his own journey from a conservative Southern upbringing to an openly gay career in Hollywood. The actor says the future project will include a long-awaited “steamy moment”, though its title and details remain under wraps.</w:t>
      </w:r>
      <w:r/>
    </w:p>
    <w:p>
      <w:pPr>
        <w:pStyle w:val="Heading2"/>
      </w:pPr>
      <w:r>
        <w:t>Essential Takeaways</w:t>
      </w:r>
      <w:r/>
      <w:r/>
    </w:p>
    <w:p>
      <w:pPr>
        <w:pStyle w:val="ListBullet"/>
        <w:spacing w:line="240" w:lineRule="auto"/>
        <w:ind w:left="720"/>
      </w:pPr>
      <w:r/>
      <w:r>
        <w:rPr>
          <w:b/>
        </w:rPr>
        <w:t>A major career moment:</w:t>
      </w:r>
      <w:r>
        <w:t xml:space="preserve"> Johnston is fielding high-profile opportunities after the viral success of Obsession.</w:t>
      </w:r>
      <w:r/>
    </w:p>
    <w:p>
      <w:pPr>
        <w:pStyle w:val="ListBullet"/>
        <w:spacing w:line="240" w:lineRule="auto"/>
        <w:ind w:left="720"/>
      </w:pPr>
      <w:r/>
      <w:r>
        <w:rPr>
          <w:b/>
        </w:rPr>
        <w:t>A queer project is coming:</w:t>
      </w:r>
      <w:r>
        <w:t xml:space="preserve"> He says an upcoming role will tell an “incredible queer story”, although no casting details have been announced.</w:t>
      </w:r>
      <w:r/>
    </w:p>
    <w:p>
      <w:pPr>
        <w:pStyle w:val="ListBullet"/>
        <w:spacing w:line="240" w:lineRule="auto"/>
        <w:ind w:left="720"/>
      </w:pPr>
      <w:r/>
      <w:r>
        <w:rPr>
          <w:b/>
        </w:rPr>
        <w:t>Personal roots matter:</w:t>
      </w:r>
      <w:r>
        <w:t xml:space="preserve"> The actor has spoken about growing up gay in a Southern Baptist family and struggling with shame.</w:t>
      </w:r>
      <w:r/>
    </w:p>
    <w:p>
      <w:pPr>
        <w:pStyle w:val="ListBullet"/>
        <w:spacing w:line="240" w:lineRule="auto"/>
        <w:ind w:left="720"/>
      </w:pPr>
      <w:r/>
      <w:r>
        <w:rPr>
          <w:b/>
        </w:rPr>
        <w:t>Earlier roles helped:</w:t>
      </w:r>
      <w:r>
        <w:t xml:space="preserve"> Playing gay characters in Teen Wolf and Slash helped him rethink his sexuality and identity.</w:t>
      </w:r>
      <w:r/>
    </w:p>
    <w:p>
      <w:pPr>
        <w:pStyle w:val="ListBullet"/>
        <w:spacing w:line="240" w:lineRule="auto"/>
        <w:ind w:left="720"/>
      </w:pPr>
      <w:r/>
      <w:r>
        <w:rPr>
          <w:b/>
        </w:rPr>
        <w:t>Representation remains powerful:</w:t>
      </w:r>
      <w:r>
        <w:t xml:space="preserve"> Fans told Johnston that seeing him on screen helped them feel less alone and, in some cases, come out to their parents.</w:t>
      </w:r>
      <w:r/>
      <w:r/>
    </w:p>
    <w:p>
      <w:pPr>
        <w:pStyle w:val="Heading2"/>
      </w:pPr>
      <w:r>
        <w:t>Michael Johnston wants more than a token queer role</w:t>
      </w:r>
      <w:r/>
    </w:p>
    <w:p>
      <w:r/>
      <w:r>
        <w:t>The clearest message from Michael Johnston is that he isn't chasing a gay character simply for the sake of a label. He wants a part with emotional weight, lived-in detail and room for intimacy, including the “steamy moment” he teased in an interview with Attitude.</w:t>
      </w:r>
      <w:r/>
    </w:p>
    <w:p>
      <w:r/>
      <w:r>
        <w:t>That distinction matters. Queer characters have become more visible across film and television, but visibility alone doesn't guarantee depth. Johnston appears keen to move beyond the familiar supporting best friend or shorthand storyline and play someone whose sexuality is part of a fuller, messier identity.</w:t>
      </w:r>
      <w:r/>
    </w:p>
    <w:p>
      <w:r/>
      <w:r>
        <w:t>According to The Pink Times, the actor said a queer role was next on his list after Obsession. The project remains unnamed, but the anticipation is already doing some of the work: audiences are curious to see what kind of story he chooses when he has greater control over his career.</w:t>
      </w:r>
      <w:r/>
    </w:p>
    <w:p>
      <w:pPr>
        <w:pStyle w:val="Heading2"/>
      </w:pPr>
      <w:r>
        <w:t>His own past gives the project extra weight</w:t>
      </w:r>
      <w:r/>
    </w:p>
    <w:p>
      <w:r/>
      <w:r>
        <w:t>Johnston has described growing up in North Carolina in a Southern Baptist environment where being gay felt frightening and isolating. In comments reported by Attitude, he recalled internalising the idea that his sexuality made him disgusting or even an “abomination”.</w:t>
      </w:r>
      <w:r/>
    </w:p>
    <w:p>
      <w:r/>
      <w:r>
        <w:t>Those experiences shaped the way he behaved as a teenager. He has spoken about hiding anything he considered effeminate and even dating a girl while trying to fit expectations around him. Moving to Los Angeles at 18 gave him more space to understand himself, although acceptance didn't arrive overnight.</w:t>
      </w:r>
      <w:r/>
    </w:p>
    <w:p>
      <w:r/>
      <w:r>
        <w:t>It's a difficult backstory, but it also explains why this next role could feel personal without being autobiographical. Johnston knows what it means to search the screen for evidence that you're not alone. That emotional memory can be a powerful tool for an actor, particularly when a project is built around belonging rather than spectacle.</w:t>
      </w:r>
      <w:r/>
    </w:p>
    <w:p>
      <w:pPr>
        <w:pStyle w:val="Heading2"/>
      </w:pPr>
      <w:r>
        <w:t>Playing gay characters helped before he came out</w:t>
      </w:r>
      <w:r/>
    </w:p>
    <w:p>
      <w:r/>
      <w:r>
        <w:t>Long before he was publicly out, Johnston played Corey Bryant in MTV's Teen Wolf and appeared as Neil in the queer drama Slash. The Wrap and Just Jared have both highlighted how significant those performances were during a period when he was still wrestling with his own sexuality.</w:t>
      </w:r>
      <w:r/>
    </w:p>
    <w:p>
      <w:r/>
      <w:r>
        <w:t>There is an interesting tension in that history. Johnston was portraying characters who could be themselves while he was still trying to conceal who he was. Yet, rather than making the roles feel false, the experience gradually helped him question the shame he had absorbed.</w:t>
      </w:r>
      <w:r/>
    </w:p>
    <w:p>
      <w:r/>
      <w:r>
        <w:t>He has said that playing those parts changed his view of his sexuality from a weakness into a strength, partly because the experience made him more empathetic. That's a striking transformation, and one that gives his future queer work a strong emotional foundation.</w:t>
      </w:r>
      <w:r/>
    </w:p>
    <w:p>
      <w:pPr>
        <w:pStyle w:val="Heading2"/>
      </w:pPr>
      <w:r>
        <w:t>Fans showed him why representation still counts</w:t>
      </w:r>
      <w:r/>
    </w:p>
    <w:p>
      <w:r/>
      <w:r>
        <w:t>Johnston has recalled receiving thousands of messages from viewers who felt comforted by his performances. Some told him that seeing a gay character on screen helped them feel better about themselves or gave them the courage to come out to their parents.</w:t>
      </w:r>
      <w:r/>
    </w:p>
    <w:p>
      <w:r/>
      <w:r>
        <w:t>The reaction echoes his own childhood experience. He has explained that seeing gay characters once gave him the simple but profound reassurance that other people like him existed. For someone growing up closeted, that can be more than entertainment. It can be a quiet lifeline.</w:t>
      </w:r>
      <w:r/>
    </w:p>
    <w:p>
      <w:r/>
      <w:r>
        <w:t>The wider industry often talks about representation in broad, polished terms, but Johnston's memories make the impact feel tangible. A scene watched alone in a bedroom can stay with someone for years. Sometimes the most important audience isn't the loudest one.</w:t>
      </w:r>
      <w:r/>
    </w:p>
    <w:p>
      <w:pPr>
        <w:pStyle w:val="Heading2"/>
      </w:pPr>
      <w:r>
        <w:t>What could his next queer role look like?</w:t>
      </w:r>
      <w:r/>
    </w:p>
    <w:p>
      <w:r/>
      <w:r>
        <w:t>For now, the details are frustratingly thin. Johnston hasn't revealed the project, his character or whether he is developing the story himself, though he previously suggested he might write a meaningful queer role if the right opportunity didn't appear.</w:t>
      </w:r>
      <w:r/>
    </w:p>
    <w:p>
      <w:r/>
      <w:r>
        <w:t>His rising profile could give him more freedom to make that choice. After Obsession, he is reportedly in talks to appear alongside Brendan Fraser and Rachel Weisz in the fourth Mummy film, according to Deadline. A large franchise would raise his visibility, while an intimate queer drama could show a different kind of range.</w:t>
      </w:r>
      <w:r/>
    </w:p>
    <w:p>
      <w:r/>
      <w:r>
        <w:t>That contrast is appealing. Audiences may soon see Johnston balancing glossy studio spectacle with a project rooted in personal truth. And with his mother accompanying him to Paris for Lacoste's fashion show, there was also a warm public reminder that the actor's story now includes support as well as struggle.</w:t>
      </w:r>
      <w:r/>
    </w:p>
    <w:p>
      <w:r/>
      <w:r>
        <w:t>The unknown project may be some way off, but the interest is already here. Johnston has made it clear that his next queer role won't be an afterthought.</w:t>
      </w:r>
      <w:r/>
    </w:p>
    <w:p>
      <w:r/>
      <w:r>
        <w:t>A meaningful story, played with honesty, could make his next chapter especially memorable.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w:t>
      </w:r>
      <w:hyperlink r:id="rId14">
        <w:r>
          <w:rPr>
            <w:color w:val="0000EE"/>
            <w:u w:val="single"/>
          </w:rPr>
          <w:t>[7]</w:t>
        </w:r>
      </w:hyperlink>
      <w:r>
        <w:t xml:space="preserve">- Paragraph 15: </w:t>
      </w:r>
      <w:hyperlink r:id="rId10">
        <w:r>
          <w:rPr>
            <w:color w:val="0000EE"/>
            <w:u w:val="single"/>
          </w:rPr>
          <w:t>[3]</w:t>
        </w:r>
      </w:hyperlink>
      <w:r>
        <w:t xml:space="preserve">, </w:t>
      </w:r>
      <w:hyperlink r:id="rId12">
        <w:r>
          <w:rPr>
            <w:color w:val="0000EE"/>
            <w:u w:val="single"/>
          </w:rPr>
          <w:t>[5]</w:t>
        </w:r>
      </w:hyperlink>
      <w:r>
        <w:t xml:space="preserve">- Paragraph 16: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https://www.out.com/celebs/michael-johnston-steamy-queer-role</w:t>
        </w:r>
      </w:hyperlink>
      <w:r>
        <w:t xml:space="preserve"> - Please view link - unable to able to access data</w:t>
      </w:r>
      <w:r/>
    </w:p>
    <w:p>
      <w:pPr>
        <w:pStyle w:val="ListNumber"/>
        <w:spacing w:line="240" w:lineRule="auto"/>
        <w:ind w:left="720"/>
      </w:pPr>
      <w:r/>
      <w:hyperlink r:id="rId9">
        <w:r>
          <w:rPr>
            <w:color w:val="0000EE"/>
            <w:u w:val="single"/>
          </w:rPr>
          <w:t>https://www.out.com/celebs/michael-johnston-steamy-queer-role</w:t>
        </w:r>
      </w:hyperlink>
      <w:r>
        <w:t xml:space="preserve"> - Michael Johnston, star of the hit film 'Obsession', is in talks to join the cast of 'The Mummy 4' alongside Brendan Fraser and Rachel Weisz. He recently attended Lacoste's Paris Fashion Week show and expressed a desire to portray a meaningful queer role in future projects. Raised in a Southern Baptist family, Johnston struggled with internalized homophobia, believing being gay made him an 'abomination'. His early roles in 'Teen Wolf' and 'Slash' helped him accept his sexuality and inspired others to come out.</w:t>
      </w:r>
      <w:r/>
    </w:p>
    <w:p>
      <w:pPr>
        <w:pStyle w:val="ListNumber"/>
        <w:spacing w:line="240" w:lineRule="auto"/>
        <w:ind w:left="720"/>
      </w:pPr>
      <w:r/>
      <w:hyperlink r:id="rId10">
        <w:r>
          <w:rPr>
            <w:color w:val="0000EE"/>
            <w:u w:val="single"/>
          </w:rPr>
          <w:t>https://www.justjared.com/2026/10/07/obsessions-michael-johnston-talks-playing-gay-roles-before-coming-out-teases-upcoming-queer-movie/</w:t>
        </w:r>
      </w:hyperlink>
      <w:r>
        <w:t xml:space="preserve"> - Michael Johnston discusses his journey of coming out as gay, reflecting on his time playing the openly gay character Corey Bryant on 'Teen Wolf'. He shares that portraying a queer role during his self-discovery was 'terrifying' and that he was in denial about his sexuality at the time. Johnston also teases an upcoming queer movie project, expressing excitement about playing a 'really meaningful' and 'intentional' queer role.</w:t>
      </w:r>
      <w:r/>
    </w:p>
    <w:p>
      <w:pPr>
        <w:pStyle w:val="ListNumber"/>
        <w:spacing w:line="240" w:lineRule="auto"/>
        <w:ind w:left="720"/>
      </w:pPr>
      <w:r/>
      <w:hyperlink r:id="rId11">
        <w:r>
          <w:rPr>
            <w:color w:val="0000EE"/>
            <w:u w:val="single"/>
          </w:rPr>
          <w:t>https://www.thewrap.com/creative-content/movies/obsession-star-michael-johnston-gay-coming-out-teen-wolf/</w:t>
        </w:r>
      </w:hyperlink>
      <w:r>
        <w:t xml:space="preserve"> - In an interview, Michael Johnston opens up about his experience coming out as gay, particularly during his role on 'Teen Wolf'. He describes the process as 'terrifying' and acknowledges that he was in denial about his sexuality at the time. Johnston also discusses the impact of playing a queer character on his journey to self-acceptance and hints at future projects that will explore queer themes.</w:t>
      </w:r>
      <w:r/>
    </w:p>
    <w:p>
      <w:pPr>
        <w:pStyle w:val="ListNumber"/>
        <w:spacing w:line="240" w:lineRule="auto"/>
        <w:ind w:left="720"/>
      </w:pPr>
      <w:r/>
      <w:hyperlink r:id="rId12">
        <w:r>
          <w:rPr>
            <w:color w:val="0000EE"/>
            <w:u w:val="single"/>
          </w:rPr>
          <w:t>https://www.attitude.co.uk/culture/attitude-awards-2026-michael-johnston-being-gay-something-fear-536065/</w:t>
        </w:r>
      </w:hyperlink>
      <w:r>
        <w:t xml:space="preserve"> - Michael Johnston reveals in an exclusive interview that he was taught being gay would send him 'straight to hell' during his upbringing in a Southern Baptist family. He reflects on the internalized homophobia he experienced and how it influenced his journey to self-acceptance. Johnston also discusses his desire to portray a meaningful queer role in future projects and the impact of his past roles on his personal growth.</w:t>
      </w:r>
      <w:r/>
    </w:p>
    <w:p>
      <w:pPr>
        <w:pStyle w:val="ListNumber"/>
        <w:spacing w:line="240" w:lineRule="auto"/>
        <w:ind w:left="720"/>
      </w:pPr>
      <w:r/>
      <w:hyperlink r:id="rId13">
        <w:r>
          <w:rPr>
            <w:color w:val="0000EE"/>
            <w:u w:val="single"/>
          </w:rPr>
          <w:t>https://www.justjared.com/2026/08/20/obsessions-michael-johnston-recalls-playing-gay-role-on-teen-wolf-during-terrifying-time-being-in-denial-about-his-own-sexuality/</w:t>
        </w:r>
      </w:hyperlink>
      <w:r>
        <w:t xml:space="preserve"> - Michael Johnston recalls his experience playing the gay character Corey Bryant on 'Teen Wolf' during a time when he was coming to terms with his own sexuality. He describes the period as 'terrifying' and acknowledges being in denial about his identity. Johnston reflects on how portraying a queer role aligned with his journey to self-discovery and discusses the impact of the role on his personal growth.</w:t>
      </w:r>
      <w:r/>
    </w:p>
    <w:p>
      <w:pPr>
        <w:pStyle w:val="ListNumber"/>
        <w:spacing w:line="240" w:lineRule="auto"/>
        <w:ind w:left="720"/>
      </w:pPr>
      <w:r/>
      <w:hyperlink r:id="rId14">
        <w:r>
          <w:rPr>
            <w:color w:val="0000EE"/>
            <w:u w:val="single"/>
          </w:rPr>
          <w:t>https://www.thepinktimes.com/article/michael-johnston-says-a-queer-role-is-next-on-his-list-after-obsession/</w:t>
        </w:r>
      </w:hyperlink>
      <w:r>
        <w:t xml:space="preserve"> - Following the success of 'Obsession', Michael Johnston expresses his desire to take on a meaningful queer role in future projects. He discusses the internalized homophobia he faced growing up in a Southern Baptist family and how early gay roles in 'Teen Wolf' and 'Slash' helped him accept his sexuality. Johnston shares his excitement about portraying a 'really intentional queer role' and the impact it could have on others.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celebs/michael-johnston-steamy-queer-role" TargetMode="External"/><Relationship Id="rId10" Type="http://schemas.openxmlformats.org/officeDocument/2006/relationships/hyperlink" Target="https://www.justjared.com/2026/10/07/obsessions-michael-johnston-talks-playing-gay-roles-before-coming-out-teases-upcoming-queer-movie/" TargetMode="External"/><Relationship Id="rId11" Type="http://schemas.openxmlformats.org/officeDocument/2006/relationships/hyperlink" Target="https://www.thewrap.com/creative-content/movies/obsession-star-michael-johnston-gay-coming-out-teen-wolf/" TargetMode="External"/><Relationship Id="rId12" Type="http://schemas.openxmlformats.org/officeDocument/2006/relationships/hyperlink" Target="https://www.attitude.co.uk/culture/attitude-awards-2026-michael-johnston-being-gay-something-fear-536065/" TargetMode="External"/><Relationship Id="rId13" Type="http://schemas.openxmlformats.org/officeDocument/2006/relationships/hyperlink" Target="https://www.justjared.com/2026/08/20/obsessions-michael-johnston-recalls-playing-gay-role-on-teen-wolf-during-terrifying-time-being-in-denial-about-his-own-sexuality/" TargetMode="External"/><Relationship Id="rId14" Type="http://schemas.openxmlformats.org/officeDocument/2006/relationships/hyperlink" Target="https://www.thepinktimes.com/article/michael-johnston-says-a-queer-role-is-next-on-his-list-after-obse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