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Michael Johnston on Gay Roles, Coming Out and His Next Queer Film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Michael Johnston's journey from playing gay characters before coming out to embracing his identity in public. The Obsession actor's candid Attitude interview, shared in London, offers a moving look at faith, fear and representation, while teasing a future queer film that could give audiences another memorable performance.</w:t>
      </w:r>
      <w:r/>
    </w:p>
    <w:p>
      <w:pPr>
        <w:pStyle w:val="Heading2"/>
      </w:pPr>
      <w:r>
        <w:t>Essential Takeaways</w:t>
      </w:r>
      <w:r/>
      <w:r/>
    </w:p>
    <w:p>
      <w:pPr>
        <w:pStyle w:val="ListBullet"/>
        <w:spacing w:line="240" w:lineRule="auto"/>
        <w:ind w:left="720"/>
      </w:pPr>
      <w:r/>
      <w:r>
        <w:rPr>
          <w:b/>
        </w:rPr>
        <w:t>Early self-awareness:</w:t>
      </w:r>
      <w:r>
        <w:t xml:space="preserve"> Johnston says he understood his attraction to men when he was around 11 or 12.</w:t>
      </w:r>
      <w:r/>
    </w:p>
    <w:p>
      <w:pPr>
        <w:pStyle w:val="ListBullet"/>
        <w:spacing w:line="240" w:lineRule="auto"/>
        <w:ind w:left="720"/>
      </w:pPr>
      <w:r/>
      <w:r>
        <w:rPr>
          <w:b/>
        </w:rPr>
        <w:t>A difficult upbringing:</w:t>
      </w:r>
      <w:r>
        <w:t xml:space="preserve"> He grew up in North Carolina in a Southern Baptist family and described internalising deeply negative messages about being gay.</w:t>
      </w:r>
      <w:r/>
    </w:p>
    <w:p>
      <w:pPr>
        <w:pStyle w:val="ListBullet"/>
        <w:spacing w:line="240" w:lineRule="auto"/>
        <w:ind w:left="720"/>
      </w:pPr>
      <w:r/>
      <w:r>
        <w:rPr>
          <w:b/>
        </w:rPr>
        <w:t>Representation helped:</w:t>
      </w:r>
      <w:r>
        <w:t xml:space="preserve"> Playing Corey Bryant on Teen Wolf and appearing in Slash contributed to a more accepting view of his sexuality.</w:t>
      </w:r>
      <w:r/>
    </w:p>
    <w:p>
      <w:pPr>
        <w:pStyle w:val="ListBullet"/>
        <w:spacing w:line="240" w:lineRule="auto"/>
        <w:ind w:left="720"/>
      </w:pPr>
      <w:r/>
      <w:r>
        <w:rPr>
          <w:b/>
        </w:rPr>
        <w:t>A new project is coming:</w:t>
      </w:r>
      <w:r>
        <w:t xml:space="preserve"> Johnston has hinted at an upcoming queer story with a romantic, steamy element.</w:t>
      </w:r>
      <w:r/>
    </w:p>
    <w:p>
      <w:pPr>
        <w:pStyle w:val="ListBullet"/>
        <w:spacing w:line="240" w:lineRule="auto"/>
        <w:ind w:left="720"/>
      </w:pPr>
      <w:r/>
      <w:r>
        <w:rPr>
          <w:b/>
        </w:rPr>
        <w:t>Why it matters:</w:t>
      </w:r>
      <w:r>
        <w:t xml:space="preserve"> His experience shows how acting can sometimes create a safe space to explore identity before someone is ready to come out.</w:t>
      </w:r>
      <w:r/>
      <w:r/>
    </w:p>
    <w:p>
      <w:pPr>
        <w:pStyle w:val="Heading2"/>
      </w:pPr>
      <w:r>
        <w:t>Michael Johnston's story began with fear, not freedom</w:t>
      </w:r>
      <w:r/>
    </w:p>
    <w:p>
      <w:r/>
      <w:r>
        <w:t>Long before the red carpets and magazine covers, Johnston says he recognised that he was attracted to men. That realisation arrived during childhood, but the environment around him made it frightening rather than freeing.</w:t>
      </w:r>
      <w:r/>
    </w:p>
    <w:p>
      <w:r/>
      <w:r>
        <w:t>In an interview discussed by TheWrap, the actor recalled growing up in a conservative religious household in North Carolina. He said the messages he heard about homosexuality left him feeling ashamed and isolated, an emotional burden that can be particularly heavy for young people without visible support. (TheWrap)</w:t>
      </w:r>
      <w:r/>
    </w:p>
    <w:p>
      <w:r/>
      <w:r>
        <w:t>That history gives his later work an added poignancy. The bright lights of a television set may look glamorous, but for Johnston, some of his earliest professional opportunities were tied to feelings he was still struggling to understand.</w:t>
      </w:r>
      <w:r/>
    </w:p>
    <w:p>
      <w:pPr>
        <w:pStyle w:val="Heading2"/>
      </w:pPr>
      <w:r>
        <w:t>Playing Corey Bryant changed the conversation</w:t>
      </w:r>
      <w:r/>
    </w:p>
    <w:p>
      <w:r/>
      <w:r>
        <w:t>Johnston became widely recognised for playing Corey Bryant, an openly gay character on MTV's Teen Wolf. The role placed him in front of a large audience at a time when he hadn't publicly come out himself, creating a complicated split between the character's confidence and his own private uncertainty. (ComingSoon.net)</w:t>
      </w:r>
      <w:r/>
    </w:p>
    <w:p>
      <w:r/>
      <w:r>
        <w:t>He also appeared in the queer drama Slash, another project that put sexuality and self-discovery close to the centre of his work. Coverage from Out noted the film's interest in identity, performance and the blurred line between private feelings and public presentation. (Out)</w:t>
      </w:r>
      <w:r/>
    </w:p>
    <w:p>
      <w:r/>
      <w:r>
        <w:t>There is a striking irony in that journey. Johnston was portraying experiences that audiences could recognise while still telling himself that his own sexuality made him somehow lesser. For some viewers, though, seeing Corey on screen may have offered precisely the reassurance Johnston once needed.</w:t>
      </w:r>
      <w:r/>
    </w:p>
    <w:p>
      <w:pPr>
        <w:pStyle w:val="Heading2"/>
      </w:pPr>
      <w:r>
        <w:t>Representation can be a kind of rehearsal</w:t>
      </w:r>
      <w:r/>
    </w:p>
    <w:p>
      <w:r/>
      <w:r>
        <w:t>The actor has said that taking on gay roles helped him rethink what he had been taught about his sexuality. Rather than seeing it as a weakness, he came to view it as a source of empathy and connection.</w:t>
      </w:r>
      <w:r/>
    </w:p>
    <w:p>
      <w:r/>
      <w:r>
        <w:t>PinkNews reported that Johnston's roles helped him move towards greater self-acceptance, even though he wasn't out during his time on Teen Wolf. (PinkNews) That distinction matters. Coming out isn't a single, predictable milestone, and a person can contribute meaningful representation on screen while still needing privacy and time off it.</w:t>
      </w:r>
      <w:r/>
    </w:p>
    <w:p>
      <w:r/>
      <w:r>
        <w:t>For younger viewers, that can be powerful. A character doesn't need to be perfect to matter. Sometimes simply seeing someone gay living, flirting, worrying or finding love is enough to make the world feel a little less lonely.</w:t>
      </w:r>
      <w:r/>
    </w:p>
    <w:p>
      <w:pPr>
        <w:pStyle w:val="Heading2"/>
      </w:pPr>
      <w:r>
        <w:t>Why the timing of his coming out matters</w:t>
      </w:r>
      <w:r/>
    </w:p>
    <w:p>
      <w:r/>
      <w:r>
        <w:t>Johnston's experience also challenges the assumption that actors who play queer characters must already be publicly out. That expectation can place unfair pressure on performers, especially when their personal history includes religious shame or fear of rejection.</w:t>
      </w:r>
      <w:r/>
    </w:p>
    <w:p>
      <w:r/>
      <w:r>
        <w:t>Earlier coverage highlighted how unsettling that period was for him, with his professional life moving ahead while his private identity remained guarded. (GayVox) His account is a reminder that representation should be judged by the care and truth a performance brings, not by whether an actor has followed an audience's preferred timeline.</w:t>
      </w:r>
      <w:r/>
    </w:p>
    <w:p>
      <w:r/>
      <w:r>
        <w:t>That is an important conversation for the entertainment industry. Audiences want authenticity, but authenticity doesn't mean demanding access to every private step. Sometimes the most honest performance comes from someone still finding the language for their own life.</w:t>
      </w:r>
      <w:r/>
    </w:p>
    <w:p>
      <w:pPr>
        <w:pStyle w:val="Heading2"/>
      </w:pPr>
      <w:r>
        <w:t>A new queer role could mark a fresh chapter</w:t>
      </w:r>
      <w:r/>
    </w:p>
    <w:p>
      <w:r/>
      <w:r>
        <w:t>Johnston has teased an upcoming queer project and hinted at a steamy moment, suggesting a role that may be more openly connected to desire and romance than his earlier work. Details remain limited, but the promise is already attracting interest because of the personal route that brought him here. (Just Jared)</w:t>
      </w:r>
      <w:r/>
    </w:p>
    <w:p>
      <w:r/>
      <w:r>
        <w:t>The project also arrives as Johnston's profile continues to grow through Obsession and his links to a major upcoming franchise. That combination could introduce him to viewers who know little about his earlier work, while giving long-time fans another chance to see how his performances have evolved.</w:t>
      </w:r>
      <w:r/>
    </w:p>
    <w:p>
      <w:r/>
      <w:r>
        <w:t>There is something quietly satisfying about that progression. The roles that once helped Johnston understand himself may now lead to stories he can approach with greater freedom. For audiences, that could make his next queer film feel not just anticipated, but genuinely personal.</w:t>
      </w:r>
      <w:r/>
    </w:p>
    <w:p>
      <w:r/>
      <w:r>
        <w:t>A thoughtful performance can open the door for others, even when the actor had to find the key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https://www.justjared.com/2026/10/07/obsessions-michael-johnston-talks-playing-gay-roles-before-coming-out-teases-upcoming-queer-movie/</w:t>
        </w:r>
      </w:hyperlink>
      <w:r>
        <w:t xml:space="preserve"> - Please view link - unable to able to access data</w:t>
      </w:r>
      <w:r/>
    </w:p>
    <w:p>
      <w:pPr>
        <w:pStyle w:val="ListNumber"/>
        <w:spacing w:line="240" w:lineRule="auto"/>
        <w:ind w:left="720"/>
      </w:pPr>
      <w:r/>
      <w:hyperlink r:id="rId10">
        <w:r>
          <w:rPr>
            <w:color w:val="0000EE"/>
            <w:u w:val="single"/>
          </w:rPr>
          <w:t>https://www.thewrap.com/creative-content/movies/obsession-star-michael-johnston-gay-coming-out-teen-wolf/</w:t>
        </w:r>
      </w:hyperlink>
      <w:r>
        <w:t xml:space="preserve"> - Michael Johnston, star of 'Obsession', discussed his journey of coming out as gay during his role in 'Teen Wolf'. He found the experience 'terrifying' as he was coming out to himself and others at that time. Johnston also reflected on the impact of playing a queer character and how it aligned with his personal journey towards self-acceptance. He expressed gratitude for the positive messages from LGBTQ+ viewers who appreciated his portrayal.</w:t>
      </w:r>
      <w:r/>
    </w:p>
    <w:p>
      <w:pPr>
        <w:pStyle w:val="ListNumber"/>
        <w:spacing w:line="240" w:lineRule="auto"/>
        <w:ind w:left="720"/>
      </w:pPr>
      <w:r/>
      <w:hyperlink r:id="rId12">
        <w:r>
          <w:rPr>
            <w:color w:val="0000EE"/>
            <w:u w:val="single"/>
          </w:rPr>
          <w:t>https://www.comingsoon.net/movies/news/2180017-obsession-star-michael-johnston-coming-out-teen-wolf</w:t>
        </w:r>
      </w:hyperlink>
      <w:r>
        <w:t xml:space="preserve"> - In an interview, Michael Johnston, known for his role in 'Obsession', shared insights into his experience playing a gay character on 'Teen Wolf'. He revealed that portraying Corey Bryant coincided with his own journey of self-discovery, describing the period as 'terrifying'. Johnston also highlighted the significance of receiving messages from LGBTQ+ fans who felt represented by his character.</w:t>
      </w:r>
      <w:r/>
    </w:p>
    <w:p>
      <w:pPr>
        <w:pStyle w:val="ListNumber"/>
        <w:spacing w:line="240" w:lineRule="auto"/>
        <w:ind w:left="720"/>
      </w:pPr>
      <w:r/>
      <w:hyperlink r:id="rId11">
        <w:r>
          <w:rPr>
            <w:color w:val="0000EE"/>
            <w:u w:val="single"/>
          </w:rPr>
          <w:t>https://www.thepinknews.com/2026/08/21/obsession-michael-johnston-come-out-teen-wolf-gay-role/</w:t>
        </w:r>
      </w:hyperlink>
      <w:r>
        <w:t xml:space="preserve"> - Michael Johnston, star of 'Obsession', reflected on the 'terrifying' experience of playing a gay character in 'Teen Wolf'. He recounted the challenges of coming out during that time and the impact of portraying Corey Bryant, a gay high school student. Johnston also shared the positive feedback from LGBTQ+ fans who appreciated his role and felt represented.</w:t>
      </w:r>
      <w:r/>
    </w:p>
    <w:p>
      <w:pPr>
        <w:pStyle w:val="ListNumber"/>
        <w:spacing w:line="240" w:lineRule="auto"/>
        <w:ind w:left="720"/>
      </w:pPr>
      <w:r/>
      <w:hyperlink r:id="rId14">
        <w:r>
          <w:rPr>
            <w:color w:val="0000EE"/>
            <w:u w:val="single"/>
          </w:rPr>
          <w:t>https://www.justjared.com/2026/08/20/obsessions-michael-johnston-recalls-playing-gay-role-on-teen-wolf-during-terrifying-time-being-in-denial-about-his-own-sexuality/</w:t>
        </w:r>
      </w:hyperlink>
      <w:r>
        <w:t xml:space="preserve"> - Michael Johnston, featured in 'Obsession', discussed his experience playing a gay character on 'Teen Wolf' during a 'terrifying' period of self-discovery. He shared that he was in 'complete and utter denial' about his sexuality at the time and found the process of coming out to himself and others challenging. Johnston also expressed gratitude for the support from LGBTQ+ fans who appreciated his portrayal.</w:t>
      </w:r>
      <w:r/>
    </w:p>
    <w:p>
      <w:pPr>
        <w:pStyle w:val="ListNumber"/>
        <w:spacing w:line="240" w:lineRule="auto"/>
        <w:ind w:left="720"/>
      </w:pPr>
      <w:r/>
      <w:hyperlink r:id="rId13">
        <w:r>
          <w:rPr>
            <w:color w:val="0000EE"/>
            <w:u w:val="single"/>
          </w:rPr>
          <w:t>https://www.gayvox.fr/la-star-dobsession-michael-johnston-avait-peur-de-faire-son-coming-out-apres-son-role-gay-dans-teen-wolf</w:t>
        </w:r>
      </w:hyperlink>
      <w:r>
        <w:t xml:space="preserve"> - Michael Johnston, star of 'Obsession', discussed the 'terrifying' experience of coming out while playing a gay character in 'Teen Wolf'. He recounted the challenges of self-discovery and the impact of portraying Corey Bryant, a gay high school student. Johnston also shared the positive feedback from LGBTQ+ fans who felt represented by his role.</w:t>
      </w:r>
      <w:r/>
    </w:p>
    <w:p>
      <w:pPr>
        <w:pStyle w:val="ListNumber"/>
        <w:spacing w:line="240" w:lineRule="auto"/>
        <w:ind w:left="720"/>
      </w:pPr>
      <w:r/>
      <w:hyperlink r:id="rId15">
        <w:r>
          <w:rPr>
            <w:color w:val="0000EE"/>
            <w:u w:val="single"/>
          </w:rPr>
          <w:t>https://www.out.com/movies/2016/11/17/somewhere-between-slash-fiction-and-cosplay-slash-finds-identity</w:t>
        </w:r>
      </w:hyperlink>
      <w:r>
        <w:t xml:space="preserve"> - Michael Johnston starred as Neil in the comedy film 'Slash', which delves into the worlds of slash fiction and cosplay. In an interview, Johnston discussed his familiarity with fan fiction due to his voice-over work in video games and cartoons. He related to the film's material and highlighted the significance of portraying characters involved in slash fiction.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stjared.com/2026/10/07/obsessions-michael-johnston-talks-playing-gay-roles-before-coming-out-teases-upcoming-queer-movie/" TargetMode="External"/><Relationship Id="rId10" Type="http://schemas.openxmlformats.org/officeDocument/2006/relationships/hyperlink" Target="https://www.thewrap.com/creative-content/movies/obsession-star-michael-johnston-gay-coming-out-teen-wolf/" TargetMode="External"/><Relationship Id="rId11" Type="http://schemas.openxmlformats.org/officeDocument/2006/relationships/hyperlink" Target="https://www.thepinknews.com/2026/08/21/obsession-michael-johnston-come-out-teen-wolf-gay-role/" TargetMode="External"/><Relationship Id="rId12" Type="http://schemas.openxmlformats.org/officeDocument/2006/relationships/hyperlink" Target="https://www.comingsoon.net/movies/news/2180017-obsession-star-michael-johnston-coming-out-teen-wolf" TargetMode="External"/><Relationship Id="rId13" Type="http://schemas.openxmlformats.org/officeDocument/2006/relationships/hyperlink" Target="https://www.gayvox.fr/la-star-dobsession-michael-johnston-avait-peur-de-faire-son-coming-out-apres-son-role-gay-dans-teen-wolf" TargetMode="External"/><Relationship Id="rId14" Type="http://schemas.openxmlformats.org/officeDocument/2006/relationships/hyperlink" Target="https://www.justjared.com/2026/08/20/obsessions-michael-johnston-recalls-playing-gay-role-on-teen-wolf-during-terrifying-time-being-in-denial-about-his-own-sexuality/" TargetMode="External"/><Relationship Id="rId15" Type="http://schemas.openxmlformats.org/officeDocument/2006/relationships/hyperlink" Target="https://www.out.com/movies/2016/11/17/somewhere-between-slash-fiction-and-cosplay-slash-finds-ident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