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 Gay Beginner Found Belonging on a College Soccer Team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nervous first-time player joined Atlantic Cape Community College's soccer team after years of cheerleading and bullying had made male friendships feel complicated. Despite a bruising 33-0 debut, Dillon Bacchetta found patient teammates, growing confidence and the kind of everyday belonging that can make college sport matter far beyond the scoreboard.</w:t>
      </w:r>
      <w:r/>
    </w:p>
    <w:p>
      <w:pPr>
        <w:pStyle w:val="Heading2"/>
      </w:pPr>
      <w:r>
        <w:t>Essential Takeaways</w:t>
      </w:r>
      <w:r/>
      <w:r/>
    </w:p>
    <w:p>
      <w:pPr>
        <w:pStyle w:val="ListBullet"/>
        <w:spacing w:line="240" w:lineRule="auto"/>
        <w:ind w:left="720"/>
      </w:pPr>
      <w:r/>
      <w:r>
        <w:rPr>
          <w:b/>
        </w:rPr>
        <w:t>A daunting first step:</w:t>
      </w:r>
      <w:r>
        <w:t xml:space="preserve"> Bacchetta had never played competitive soccer before joining the team.</w:t>
      </w:r>
      <w:r/>
    </w:p>
    <w:p>
      <w:pPr>
        <w:pStyle w:val="ListBullet"/>
        <w:spacing w:line="240" w:lineRule="auto"/>
        <w:ind w:left="720"/>
      </w:pPr>
      <w:r/>
      <w:r>
        <w:rPr>
          <w:b/>
        </w:rPr>
        <w:t>A painful debut:</w:t>
      </w:r>
      <w:r>
        <w:t xml:space="preserve"> His first college match ended in a heavy 33-0 defeat.</w:t>
      </w:r>
      <w:r/>
    </w:p>
    <w:p>
      <w:pPr>
        <w:pStyle w:val="ListBullet"/>
        <w:spacing w:line="240" w:lineRule="auto"/>
        <w:ind w:left="720"/>
      </w:pPr>
      <w:r/>
      <w:r>
        <w:rPr>
          <w:b/>
        </w:rPr>
        <w:t>Friendship changed the experience:</w:t>
      </w:r>
      <w:r>
        <w:t xml:space="preserve"> Teammates helped him learn while accepting him as an openly gay man.</w:t>
      </w:r>
      <w:r/>
    </w:p>
    <w:p>
      <w:pPr>
        <w:pStyle w:val="ListBullet"/>
        <w:spacing w:line="240" w:lineRule="auto"/>
        <w:ind w:left="720"/>
      </w:pPr>
      <w:r/>
      <w:r>
        <w:rPr>
          <w:b/>
        </w:rPr>
        <w:t>Progress followed:</w:t>
      </w:r>
      <w:r>
        <w:t xml:space="preserve"> He improved throughout the season and was recognised as the team's Most Improved Athlete.</w:t>
      </w:r>
      <w:r/>
    </w:p>
    <w:p>
      <w:pPr>
        <w:pStyle w:val="ListBullet"/>
        <w:spacing w:line="240" w:lineRule="auto"/>
        <w:ind w:left="720"/>
      </w:pPr>
      <w:r/>
      <w:r>
        <w:rPr>
          <w:b/>
        </w:rPr>
        <w:t>The wider lesson:</w:t>
      </w:r>
      <w:r>
        <w:t xml:space="preserve"> Sport can create trust, confidence and community, even when results are rough.</w:t>
      </w:r>
      <w:r/>
      <w:r/>
    </w:p>
    <w:p>
      <w:pPr>
        <w:pStyle w:val="Heading2"/>
      </w:pPr>
      <w:r>
        <w:t>The hardest part wasn't learning soccer</w:t>
      </w:r>
      <w:r/>
    </w:p>
    <w:p>
      <w:r/>
      <w:r>
        <w:t>Bacchetta's first challenge was obvious enough: he was learning the game from scratch. The less visible challenge was deciding whether a mostly straight men's team would feel safe after years of bullying had taught him to monitor how he acted around other boys.</w:t>
      </w:r>
      <w:r/>
    </w:p>
    <w:p>
      <w:r/>
      <w:r>
        <w:t>According to Outsports, he had previously competed as a cheerleader and arrived at Atlantic Cape Community College in New Jersey hoping to try something new when he discovered there was no cheerleading squad. He practised alone before trials, but enthusiasm could only disguise so much inexperience.</w:t>
      </w:r>
      <w:r/>
    </w:p>
    <w:p>
      <w:r/>
      <w:r>
        <w:t xml:space="preserve">Then came the opening match, and a 33-0 loss that would test even the most confident newcomer. It was a spectacularly unglamorous introduction to college soccer, but it wasn't the part of the season he remembered most warmly. </w:t>
      </w:r>
      <w:hyperlink r:id="rId9">
        <w:r>
          <w:rPr>
            <w:color w:val="0000EE"/>
            <w:u w:val="single"/>
          </w:rPr>
          <w:t>[2]</w:t>
        </w:r>
      </w:hyperlink>
      <w:r>
        <w:t xml:space="preserve">, </w:t>
      </w:r>
      <w:hyperlink r:id="rId10">
        <w:r>
          <w:rPr>
            <w:color w:val="0000EE"/>
            <w:u w:val="single"/>
          </w:rPr>
          <w:t>[3]</w:t>
        </w:r>
      </w:hyperlink>
      <w:r/>
    </w:p>
    <w:p>
      <w:pPr>
        <w:pStyle w:val="Heading2"/>
      </w:pPr>
      <w:r>
        <w:t>Teammates made room for the real conversation</w:t>
      </w:r>
      <w:r/>
    </w:p>
    <w:p>
      <w:r/>
      <w:r>
        <w:t>The turning point wasn't a dramatic speech or a sudden winning streak. It was the small stuff: teammates explaining the game, trading jokes and chatting about relationships after training.</w:t>
      </w:r>
      <w:r/>
    </w:p>
    <w:p>
      <w:r/>
      <w:r>
        <w:t>They could talk about girls, while Bacchetta could talk about boys. That simple balance helped remove the pressure to edit himself, and friendship developed without his sexuality becoming a barrier.</w:t>
      </w:r>
      <w:r/>
    </w:p>
    <w:p>
      <w:r/>
      <w:r>
        <w:t xml:space="preserve">It's easy to underestimate how powerful that can be. For someone used to second-guessing his words and mannerisms around other men, ordinary banter offered something close to freedom. He wasn't being treated as a symbol or a special case, just as another teammate trying to improve. </w:t>
      </w:r>
      <w:hyperlink r:id="rId9">
        <w:r>
          <w:rPr>
            <w:color w:val="0000EE"/>
            <w:u w:val="single"/>
          </w:rPr>
          <w:t>[2]</w:t>
        </w:r>
      </w:hyperlink>
      <w:r>
        <w:t xml:space="preserve">, </w:t>
      </w:r>
      <w:hyperlink r:id="rId11">
        <w:r>
          <w:rPr>
            <w:color w:val="0000EE"/>
            <w:u w:val="single"/>
          </w:rPr>
          <w:t>[5]</w:t>
        </w:r>
      </w:hyperlink>
      <w:r/>
    </w:p>
    <w:p>
      <w:pPr>
        <w:pStyle w:val="Heading2"/>
      </w:pPr>
      <w:r>
        <w:t>A 33-0 defeat didn't define the season</w:t>
      </w:r>
      <w:r/>
    </w:p>
    <w:p>
      <w:r/>
      <w:r>
        <w:t>The scoreboard told one story, but Bacchetta's progress told another. By the end of the campaign, he had developed enough to become a starter and received recognition for his improvement.</w:t>
      </w:r>
      <w:r/>
    </w:p>
    <w:p>
      <w:r/>
      <w:r>
        <w:t>Atlantic Cape's athletics awards coverage named him the men's soccer team's Most Improved Athlete. That matters because it captures a form of sporting progress that doesn't always show up in league tables: the courage to begin, the discipline to keep learning and the willingness of a group to bring a newcomer along.</w:t>
      </w:r>
      <w:r/>
    </w:p>
    <w:p>
      <w:r/>
      <w:r>
        <w:t xml:space="preserve">The college's men's soccer programme presents itself as a competitive team environment, but Bacchetta's experience shows why development and connection are just as important for new athletes. Sometimes the most meaningful victory is simply feeling less alone at training. </w:t>
      </w:r>
      <w:hyperlink r:id="rId10">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Why inclusive teams matter beyond the pitch</w:t>
      </w:r>
      <w:r/>
    </w:p>
    <w:p>
      <w:r/>
      <w:r>
        <w:t>Bacchetta's story sits within a wider conversation about LGBTQ+ participation in sport. Facilities, fixtures and coaching matter, but so does the social atmosphere created in the changing room, on the coach and in the quiet moments before a match.</w:t>
      </w:r>
      <w:r/>
    </w:p>
    <w:p>
      <w:r/>
      <w:r>
        <w:t>A welcoming team doesn't require everyone to share the same background. It requires enough trust for people to be honest, ask basic questions and make mistakes without fearing ridicule. In this case, practical support with soccer opened the door to deeper confidence away from it.</w:t>
      </w:r>
      <w:r/>
    </w:p>
    <w:p>
      <w:r/>
      <w:r>
        <w:t xml:space="preserve">The lesson is useful for any beginner considering a team sport. Look for coaches who explain rather than mock, players who include newcomers in conversation and a club culture that treats respect as part of performance, not an optional extra. </w:t>
      </w:r>
      <w:hyperlink r:id="rId9">
        <w:r>
          <w:rPr>
            <w:color w:val="0000EE"/>
            <w:u w:val="single"/>
          </w:rPr>
          <w:t>[2]</w:t>
        </w:r>
      </w:hyperlink>
      <w:r>
        <w:t xml:space="preserve">, </w:t>
      </w:r>
      <w:hyperlink r:id="rId11">
        <w:r>
          <w:rPr>
            <w:color w:val="0000EE"/>
            <w:u w:val="single"/>
          </w:rPr>
          <w:t>[5]</w:t>
        </w:r>
      </w:hyperlink>
      <w:r>
        <w:t xml:space="preserve">, </w:t>
      </w:r>
      <w:hyperlink r:id="rId13">
        <w:r>
          <w:rPr>
            <w:color w:val="0000EE"/>
            <w:u w:val="single"/>
          </w:rPr>
          <w:t>[7]</w:t>
        </w:r>
      </w:hyperlink>
      <w:r/>
    </w:p>
    <w:p>
      <w:pPr>
        <w:pStyle w:val="Heading2"/>
      </w:pPr>
      <w:r>
        <w:t>Belonging can be the season's biggest result</w:t>
      </w:r>
      <w:r/>
    </w:p>
    <w:p>
      <w:r/>
      <w:r>
        <w:t>Bacchetta's account is ultimately less about becoming a soccer expert than about learning to trust other men. After bullying had made that difficult, his teammates showed him that male friendship could be relaxed, funny and accepting.</w:t>
      </w:r>
      <w:r/>
    </w:p>
    <w:p>
      <w:r/>
      <w:r>
        <w:t>That shift reached beyond sport. He found people who wanted him on the team, even when he was still learning and the results were painful. For many athletes, that feeling of being wanted may last longer than any medal or winning record.</w:t>
      </w:r>
      <w:r/>
    </w:p>
    <w:p>
      <w:r/>
      <w:r>
        <w:t xml:space="preserve">His journey is a reminder that teams can change lives in quiet ways. The match may be remembered for the score, but the season can be remembered for the people. </w:t>
      </w:r>
      <w:hyperlink r:id="rId9">
        <w:r>
          <w:rPr>
            <w:color w:val="0000EE"/>
            <w:u w:val="single"/>
          </w:rPr>
          <w:t>[2]</w:t>
        </w:r>
      </w:hyperlink>
      <w:r>
        <w:t xml:space="preserve">, </w:t>
      </w:r>
      <w:hyperlink r:id="rId14">
        <w:r>
          <w:rPr>
            <w:color w:val="0000EE"/>
            <w:u w:val="single"/>
          </w:rPr>
          <w:t>[4]</w:t>
        </w:r>
      </w:hyperlink>
      <w:r>
        <w:t xml:space="preserve">, </w:t>
      </w:r>
      <w:hyperlink r:id="rId12">
        <w:r>
          <w:rPr>
            <w:color w:val="0000EE"/>
            <w:u w:val="single"/>
          </w:rPr>
          <w:t>[6]</w:t>
        </w:r>
      </w:hyperlink>
      <w:r/>
    </w:p>
    <w:p>
      <w:r/>
      <w:r>
        <w:t>It's a small sporting story with a big message: belonging often begins by simply showing up.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4">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https://b-gay.com/a-gay-cheerleader-feared-joining-the-soccer-team-but-found-the-friends-he-needed/</w:t>
        </w:r>
      </w:hyperlink>
      <w:r>
        <w:t xml:space="preserve"> - Please view link - unable to able to access data</w:t>
      </w:r>
      <w:r/>
    </w:p>
    <w:p>
      <w:pPr>
        <w:pStyle w:val="ListNumber"/>
        <w:spacing w:line="240" w:lineRule="auto"/>
        <w:ind w:left="720"/>
      </w:pPr>
      <w:r/>
      <w:hyperlink r:id="rId9">
        <w:r>
          <w:rPr>
            <w:color w:val="0000EE"/>
            <w:u w:val="single"/>
          </w:rPr>
          <w:t>https://www.outsports.com/2026/10/7/24144603/dillon-bacchetta-college-soccer-gay-lgbtq-athlete-coming-out/</w:t>
        </w:r>
      </w:hyperlink>
      <w:r>
        <w:t xml:space="preserve"> - Dillon Bacchetta, a former competitive cheerleader, shares his journey of joining Atlantic Cape Community College's men's soccer team despite initial fears due to his lack of experience and concerns about being gay in a predominantly straight team. He describes how his teammates supported him, leading to personal growth and confidence. By the end of the season, Bacchetta became a starter and was recognised as the Most Improved Player. His story highlights the importance of acceptance and camaraderie in sports.</w:t>
      </w:r>
      <w:r/>
    </w:p>
    <w:p>
      <w:pPr>
        <w:pStyle w:val="ListNumber"/>
        <w:spacing w:line="240" w:lineRule="auto"/>
        <w:ind w:left="720"/>
      </w:pPr>
      <w:r/>
      <w:hyperlink r:id="rId10">
        <w:r>
          <w:rPr>
            <w:color w:val="0000EE"/>
            <w:u w:val="single"/>
          </w:rPr>
          <w:t>https://atlanticcape.edu/athletics/mens-soccer/index.php</w:t>
        </w:r>
      </w:hyperlink>
      <w:r>
        <w:t xml:space="preserve"> - Atlantic Cape Community College's men's soccer program is actively recruiting players for the 2025 season. Prospective student-athletes must be enrolled full-time, maintain a 2.0 GPA, and complete the athletics interest form. The team competes in the National Junior College Athletic Association (NJCAA) Region 19 and Garden State Athletic Conference (GSAC), aiming to build a competitive roster for the upcoming season.</w:t>
      </w:r>
      <w:r/>
    </w:p>
    <w:p>
      <w:pPr>
        <w:pStyle w:val="ListNumber"/>
        <w:spacing w:line="240" w:lineRule="auto"/>
        <w:ind w:left="720"/>
      </w:pPr>
      <w:r/>
      <w:hyperlink r:id="rId14">
        <w:r>
          <w:rPr>
            <w:color w:val="0000EE"/>
            <w:u w:val="single"/>
          </w:rPr>
          <w:t>https://atlanticcape.edu/news/2026/05/athletics-banquet2026.php</w:t>
        </w:r>
      </w:hyperlink>
      <w:r>
        <w:t xml:space="preserve"> - Atlantic Cape Community College honoured its student-athletes at the 5th Annual Athletics Awards Luncheon on May 8, 2026. The event celebrated the hard work and determination of athletes across various sports, recognising their achievements both on the field and in the classroom. The luncheon highlighted the college's commitment to fostering athletic excellence and community spirit among its students.</w:t>
      </w:r>
      <w:r/>
    </w:p>
    <w:p>
      <w:pPr>
        <w:pStyle w:val="ListNumber"/>
        <w:spacing w:line="240" w:lineRule="auto"/>
        <w:ind w:left="720"/>
      </w:pPr>
      <w:r/>
      <w:hyperlink r:id="rId11">
        <w:r>
          <w:rPr>
            <w:color w:val="0000EE"/>
            <w:u w:val="single"/>
          </w:rPr>
          <w:t>https://pressofatlanticcity.com/sports/community/article_8384c9c6-c2ad-54aa-80f7-07f6536f9203.html</w:t>
        </w:r>
      </w:hyperlink>
      <w:r>
        <w:t xml:space="preserve"> - The Atlantic Cape Community College Buccaneers men's soccer team is focusing on depth for the 2026 season. With a roster filled with freshman student-athletes, the team aims to build on the progress made in the previous season. Head Coach Luis Paz expressed optimism about the team's potential, emphasising the importance of depth and competition within the squad.</w:t>
      </w:r>
      <w:r/>
    </w:p>
    <w:p>
      <w:pPr>
        <w:pStyle w:val="ListNumber"/>
        <w:spacing w:line="240" w:lineRule="auto"/>
        <w:ind w:left="720"/>
      </w:pPr>
      <w:r/>
      <w:hyperlink r:id="rId12">
        <w:r>
          <w:rPr>
            <w:color w:val="0000EE"/>
            <w:u w:val="single"/>
          </w:rPr>
          <w:t>https://atlanticcape.edu/news/2025/05/athletics-awards.php</w:t>
        </w:r>
      </w:hyperlink>
      <w:r>
        <w:t xml:space="preserve"> - Atlantic Cape Community College held its 4th Annual Athletics Awards Luncheon on May 8, 2025, recognising outstanding student-athletes across various sports. The event celebrated achievements in baseball, men's and women's basketball, cross country, soccer, and volleyball, highlighting the dedication and excellence of the college's athletes during the 2024-25 academic year.</w:t>
      </w:r>
      <w:r/>
    </w:p>
    <w:p>
      <w:pPr>
        <w:pStyle w:val="ListNumber"/>
        <w:spacing w:line="240" w:lineRule="auto"/>
        <w:ind w:left="720"/>
      </w:pPr>
      <w:r/>
      <w:hyperlink r:id="rId13">
        <w:r>
          <w:rPr>
            <w:color w:val="0000EE"/>
            <w:u w:val="single"/>
          </w:rPr>
          <w:t>https://www.atlanticcape.edu/student-life/athletics/index.php</w:t>
        </w:r>
      </w:hyperlink>
      <w:r>
        <w:t xml:space="preserve"> - Atlantic Cape Community College's athletics department offers a range of sports programs, including men's and women's basketball, cross country, soccer, and volleyball. The department focuses on developing student-athletes both academically and athletically, providing opportunities for competition and personal growth. The college's teams compete in various conferences, aiming for excellence in their respective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7/24144603/dillon-bacchetta-college-soccer-gay-lgbtq-athlete-coming-out/" TargetMode="External"/><Relationship Id="rId10" Type="http://schemas.openxmlformats.org/officeDocument/2006/relationships/hyperlink" Target="https://atlanticcape.edu/athletics/mens-soccer/index.php" TargetMode="External"/><Relationship Id="rId11" Type="http://schemas.openxmlformats.org/officeDocument/2006/relationships/hyperlink" Target="https://pressofatlanticcity.com/sports/community/article_8384c9c6-c2ad-54aa-80f7-07f6536f9203.html" TargetMode="External"/><Relationship Id="rId12" Type="http://schemas.openxmlformats.org/officeDocument/2006/relationships/hyperlink" Target="https://atlanticcape.edu/news/2025/05/athletics-awards.php" TargetMode="External"/><Relationship Id="rId13" Type="http://schemas.openxmlformats.org/officeDocument/2006/relationships/hyperlink" Target="https://www.atlanticcape.edu/student-life/athletics/index.php" TargetMode="External"/><Relationship Id="rId14" Type="http://schemas.openxmlformats.org/officeDocument/2006/relationships/hyperlink" Target="https://atlanticcape.edu/news/2026/05/athletics-banquet2026.php" TargetMode="External"/><Relationship Id="rId15" Type="http://schemas.openxmlformats.org/officeDocument/2006/relationships/hyperlink" Target="https://b-gay.com/a-gay-cheerleader-feared-joining-the-soccer-team-but-found-the-friends-he-need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