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Houston Pride banners return to Montrose in a visible show of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Colourful Pride banners are back along Houston’s lower Westheimer, restoring a much-loved LGBTQ symbol to Montrose. The new displays mark a fresh chapter for the historic queer neighbourhood after the removal of its rainbow crosswalk, while giving residents and visitors a bright, unmistakable reminder that Pride remains part of the area’s identity.</w:t>
      </w:r>
      <w:r/>
    </w:p>
    <w:p>
      <w:pPr>
        <w:pStyle w:val="Heading2"/>
      </w:pPr>
      <w:r>
        <w:t>Essential Takeaways</w:t>
      </w:r>
      <w:r/>
      <w:r/>
    </w:p>
    <w:p>
      <w:pPr>
        <w:pStyle w:val="ListBullet"/>
        <w:spacing w:line="240" w:lineRule="auto"/>
        <w:ind w:left="720"/>
      </w:pPr>
      <w:r/>
      <w:r>
        <w:rPr>
          <w:b/>
        </w:rPr>
        <w:t>Ten banners installed:</w:t>
      </w:r>
      <w:r>
        <w:t xml:space="preserve"> Intersex-Inclusive Pride flags now hang from light poles between Taft Street and Montrose Boulevard.</w:t>
      </w:r>
      <w:r/>
    </w:p>
    <w:p>
      <w:pPr>
        <w:pStyle w:val="ListBullet"/>
        <w:spacing w:line="240" w:lineRule="auto"/>
        <w:ind w:left="720"/>
      </w:pPr>
      <w:r/>
      <w:r>
        <w:rPr>
          <w:b/>
        </w:rPr>
        <w:t>Community-led campaign:</w:t>
      </w:r>
      <w:r>
        <w:t xml:space="preserve"> Pride Houston 365, local advocates and elected officials worked together on the return.</w:t>
      </w:r>
      <w:r/>
    </w:p>
    <w:p>
      <w:pPr>
        <w:pStyle w:val="ListBullet"/>
        <w:spacing w:line="240" w:lineRule="auto"/>
        <w:ind w:left="720"/>
      </w:pPr>
      <w:r/>
      <w:r>
        <w:rPr>
          <w:b/>
        </w:rPr>
        <w:t>A familiar symbol restored:</w:t>
      </w:r>
      <w:r>
        <w:t xml:space="preserve"> The banners revive Montrose’s designated banner district after nearly a year without the rainbow crosswalk.</w:t>
      </w:r>
      <w:r/>
    </w:p>
    <w:p>
      <w:pPr>
        <w:pStyle w:val="ListBullet"/>
        <w:spacing w:line="240" w:lineRule="auto"/>
        <w:ind w:left="720"/>
      </w:pPr>
      <w:r/>
      <w:r>
        <w:rPr>
          <w:b/>
        </w:rPr>
        <w:t>Public celebration followed:</w:t>
      </w:r>
      <w:r>
        <w:t xml:space="preserve"> Leaders gathered at Avondale Promenade Park to mark the installation.</w:t>
      </w:r>
      <w:r/>
    </w:p>
    <w:p>
      <w:pPr>
        <w:pStyle w:val="ListBullet"/>
        <w:spacing w:line="240" w:lineRule="auto"/>
        <w:ind w:left="720"/>
      </w:pPr>
      <w:r/>
      <w:r>
        <w:rPr>
          <w:b/>
        </w:rPr>
        <w:t>More than decoration:</w:t>
      </w:r>
      <w:r>
        <w:t xml:space="preserve"> The displays offer visibility, reassurance and a strong sense of place for Houston’s LGBTQ community.</w:t>
      </w:r>
      <w:r/>
      <w:r/>
    </w:p>
    <w:p>
      <w:pPr>
        <w:pStyle w:val="Heading2"/>
      </w:pPr>
      <w:r>
        <w:t>Pride colour returns to lower Westheimer</w:t>
      </w:r>
      <w:r/>
    </w:p>
    <w:p>
      <w:r/>
      <w:r>
        <w:t>There’s something quietly powerful about seeing ten Pride flags appear along a familiar street. On lower Westheimer in Montrose, the bright banners now line the stretch between Taft Street and Montrose Boulevard, bringing colour and recognition back to one of Houston’s best-known LGBTQ neighbourhoods.</w:t>
      </w:r>
      <w:r/>
    </w:p>
    <w:p>
      <w:r/>
      <w:r>
        <w:t>The Intersex-Inclusive Pride flags were installed on 25 September, ahead of a community gathering at Avondale Promenade Park four days later. Local coverage from Click2Houston and the Houston Chronicle described the project as a return of a highly visible civic symbol, rather than simply a seasonal decoration.</w:t>
      </w:r>
      <w:r/>
    </w:p>
    <w:p>
      <w:pPr>
        <w:pStyle w:val="Heading2"/>
      </w:pPr>
      <w:r>
        <w:t>Why the banner district matters</w:t>
      </w:r>
      <w:r/>
    </w:p>
    <w:p>
      <w:r/>
      <w:r>
        <w:t>Montrose has long been associated with Houston’s LGBTQ history, nightlife and community life. Its banner district helped make that identity visible to anyone walking, driving or cycling through the area, so the return carries emotional weight beyond the fabric and metalwork.</w:t>
      </w:r>
      <w:r/>
    </w:p>
    <w:p>
      <w:r/>
      <w:r>
        <w:t>The installation follows the removal of the neighbourhood’s rainbow crosswalk nearly a year earlier. Axios reported that the gap had become part of a wider conversation about how public spaces represent LGBTQ residents, while the Houston Press highlighted the significance of reviving the banner district itself.</w:t>
      </w:r>
      <w:r/>
    </w:p>
    <w:p>
      <w:pPr>
        <w:pStyle w:val="Heading2"/>
      </w:pPr>
      <w:r>
        <w:t>A broad coalition brought the display back</w:t>
      </w:r>
      <w:r/>
    </w:p>
    <w:p>
      <w:r/>
      <w:r>
        <w:t>The effort was led by Jack Valinski, Pride Houston 365 president Kerry-Ann Morrison and Harris County Attorney Abbie Kamin. Council Member Joe Panzarella and Mayor John Whitmire also supported the project, bringing community organising and city-level backing together.</w:t>
      </w:r>
      <w:r/>
    </w:p>
    <w:p>
      <w:r/>
      <w:r>
        <w:t>That combination matters. Public symbols often take more than good intentions to restore, requiring permits, funding, coordination and political support. Reporting from the Houston Chronicle and GayXW linked the installation to that broader collaboration, showing how local advocacy can turn a familiar idea into something visible on the street.</w:t>
      </w:r>
      <w:r/>
    </w:p>
    <w:p>
      <w:pPr>
        <w:pStyle w:val="Heading2"/>
      </w:pPr>
      <w:r>
        <w:t>What the new Pride flags represent</w:t>
      </w:r>
      <w:r/>
    </w:p>
    <w:p>
      <w:r/>
      <w:r>
        <w:t>The choice of Intersex-Inclusive Pride flags is significant, as the design recognises a wider range of LGBTQ identities within one public display. For regulars on Westheimer, the effect is immediate: a softer, brighter streetscape, but also a clear signal that inclusion is being stated rather than assumed.</w:t>
      </w:r>
      <w:r/>
    </w:p>
    <w:p>
      <w:r/>
      <w:r>
        <w:t>Houston’s mayor has also been part of the discussion around funding and public support for the displays. The Houston Chronicle’s political coverage placed the project within the city’s ongoing debate over representation, civic spending and the role of public spaces in reflecting the communities that use them.</w:t>
      </w:r>
      <w:r/>
    </w:p>
    <w:p>
      <w:pPr>
        <w:pStyle w:val="Heading2"/>
      </w:pPr>
      <w:r>
        <w:t>Montrose gets a renewed sense of place</w:t>
      </w:r>
      <w:r/>
    </w:p>
    <w:p>
      <w:r/>
      <w:r>
        <w:t>The banners won’t solve every challenge facing Houston’s LGBTQ community, of course. But they do something practical and human: they make a historic neighbourhood recognisable, welcoming and visibly connected to its own story.</w:t>
      </w:r>
      <w:r/>
    </w:p>
    <w:p>
      <w:r/>
      <w:r>
        <w:t>For visitors, the advice is simple. Look up as you travel along lower Westheimer, take in the full run of flags and remember that landmarks can be both symbolic and everyday. As the Houston Press and Click2Houston coverage suggests, sometimes a street feels different because one small but meaningful detail has returned.</w:t>
      </w:r>
      <w:r/>
    </w:p>
    <w:p>
      <w:r/>
      <w:r>
        <w:t>The result is a modest public installation with a sizeable emotional footprint. In Montrose, colour is back in the air.</w:t>
      </w:r>
      <w:r/>
    </w:p>
    <w:p>
      <w:r/>
      <w:r>
        <w:t>A visible welcome can still make a powerful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5">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2">
        <w:r>
          <w:rPr>
            <w:color w:val="0000EE"/>
            <w:u w:val="single"/>
          </w:rPr>
          <w:t>[5]</w:t>
        </w:r>
      </w:hyperlink>
      <w:r>
        <w:t xml:space="preserve">, </w:t>
      </w:r>
      <w:hyperlink r:id="rId10">
        <w:r>
          <w:rPr>
            <w:color w:val="0000EE"/>
            <w:u w:val="single"/>
          </w:rPr>
          <w:t>[2]</w:t>
        </w:r>
      </w:hyperlink>
      <w:r>
        <w:t xml:space="preserve">- Paragraph 7: </w:t>
      </w:r>
      <w:hyperlink r:id="rId15">
        <w:r>
          <w:rPr>
            <w:color w:val="0000EE"/>
            <w:u w:val="single"/>
          </w:rPr>
          <w:t>[6]</w:t>
        </w:r>
      </w:hyperlink>
      <w:r>
        <w:t xml:space="preserve">, </w:t>
      </w:r>
      <w:hyperlink r:id="rId14">
        <w:r>
          <w:rPr>
            <w:color w:val="0000EE"/>
            <w:u w:val="single"/>
          </w:rPr>
          <w:t>[4]</w:t>
        </w:r>
      </w:hyperlink>
      <w:r>
        <w:t xml:space="preserve">- Paragraph 8: </w:t>
      </w:r>
      <w:hyperlink r:id="rId12">
        <w:r>
          <w:rPr>
            <w:color w:val="0000EE"/>
            <w:u w:val="single"/>
          </w:rPr>
          <w:t>[5]</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3">
        <w:r>
          <w:rPr>
            <w:color w:val="0000EE"/>
            <w:u w:val="single"/>
          </w:rPr>
          <w:t>[7]</w:t>
        </w:r>
      </w:hyperlink>
      <w:r>
        <w:t xml:space="preserve">- Paragraph 10: </w:t>
      </w:r>
      <w:hyperlink r:id="rId12">
        <w:r>
          <w:rPr>
            <w:color w:val="0000EE"/>
            <w:u w:val="single"/>
          </w:rPr>
          <w:t>[5]</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https://www.outsmartmagazine.com/2026/10/pride-houston-365-banners-are-up-press-conference/</w:t>
        </w:r>
      </w:hyperlink>
      <w:r>
        <w:t xml:space="preserve"> - Please view link - unable to able to access data</w:t>
      </w:r>
      <w:r/>
    </w:p>
    <w:p>
      <w:pPr>
        <w:pStyle w:val="ListNumber"/>
        <w:spacing w:line="240" w:lineRule="auto"/>
        <w:ind w:left="720"/>
      </w:pPr>
      <w:r/>
      <w:hyperlink r:id="rId10">
        <w:r>
          <w:rPr>
            <w:color w:val="0000EE"/>
            <w:u w:val="single"/>
          </w:rPr>
          <w:t>https://www.click2houston.com/news/local/2026/09/29/pride-banners-returning-to-lower-westheimer-in-montrose/</w:t>
        </w:r>
      </w:hyperlink>
      <w:r>
        <w:t xml:space="preserve"> - On September 29, 2026, Pride banners were reinstated along Westheimer Road in Houston's Montrose Cultural District, marking a visible display of LGBTQIA+ representation in the area. The installation, featuring the Intersex-Inclusive Progress Pride Flag, was funded through a personal donation from Mayor John Whitmire and supported by Pride Houston 365 and Council Member Joe Panzarella. The banners were placed on ten CenterPoint light poles between Taft Street and Montrose Boulevard, revitalising the Lower Westheimer Banner District nearly a year after the removal of the neighborhood's rainbow crosswalk.</w:t>
      </w:r>
      <w:r/>
    </w:p>
    <w:p>
      <w:pPr>
        <w:pStyle w:val="ListNumber"/>
        <w:spacing w:line="240" w:lineRule="auto"/>
        <w:ind w:left="720"/>
      </w:pPr>
      <w:r/>
      <w:hyperlink r:id="rId11">
        <w:r>
          <w:rPr>
            <w:color w:val="0000EE"/>
            <w:u w:val="single"/>
          </w:rPr>
          <w:t>https://www.houstonchronicle.com/culture/article/houston-lgbtq-rainbow-banners-22449102.php</w:t>
        </w:r>
      </w:hyperlink>
      <w:r>
        <w:t xml:space="preserve"> - On September 25, 2026, rainbow Pride flag banners were installed along Westheimer Road in Houston's Montrose neighborhood, restoring a visible symbol of LGBTQ+ presence. The installation was funded by Mayor John Whitmire through a personal $10,000 donation and supported by Pride Houston 365. The banners were placed on light poles between Taft Street and Montrose Boulevard, reactivating the Lower Westheimer Banner District nearly a year after the removal of the neighborhood's rainbow crosswalk.</w:t>
      </w:r>
      <w:r/>
    </w:p>
    <w:p>
      <w:pPr>
        <w:pStyle w:val="ListNumber"/>
        <w:spacing w:line="240" w:lineRule="auto"/>
        <w:ind w:left="720"/>
      </w:pPr>
      <w:r/>
      <w:hyperlink r:id="rId14">
        <w:r>
          <w:rPr>
            <w:color w:val="0000EE"/>
            <w:u w:val="single"/>
          </w:rPr>
          <w:t>https://www.houstonchronicle.com/politics/houston/article/houston-mayor-john-whitmire-funded-montrose-pride-22444434.php/</w:t>
        </w:r>
      </w:hyperlink>
      <w:r>
        <w:t xml:space="preserve"> - Houston Mayor John Whitmire funded the installation of Pride banners along Westheimer Road in Montrose, with a personal $10,000 donation. The banners, featuring the Intersex-Inclusive Progress Pride Flag, were installed on ten light poles between Taft Street and Montrose Boulevard, reactivating the Lower Westheimer Banner District nearly a year after the removal of the neighborhood's rainbow crosswalk.</w:t>
      </w:r>
      <w:r/>
    </w:p>
    <w:p>
      <w:pPr>
        <w:pStyle w:val="ListNumber"/>
        <w:spacing w:line="240" w:lineRule="auto"/>
        <w:ind w:left="720"/>
      </w:pPr>
      <w:r/>
      <w:hyperlink r:id="rId12">
        <w:r>
          <w:rPr>
            <w:color w:val="0000EE"/>
            <w:u w:val="single"/>
          </w:rPr>
          <w:t>https://www.houstonpress.com/news/pride-flags-fly-in-revived-montrose-banner-district/</w:t>
        </w:r>
      </w:hyperlink>
      <w:r>
        <w:t xml:space="preserve"> - Ten 'Progress Pride' banners were installed along Westheimer Road in Houston's Montrose neighborhood, funded by Mayor John Whitmire's personal $10,000 donation. The installation reactivates the Lower Westheimer Banner District nearly a year after the removal of the neighborhood's rainbow crosswalk, marking a visible display of LGBTQ+ representation in the area.</w:t>
      </w:r>
      <w:r/>
    </w:p>
    <w:p>
      <w:pPr>
        <w:pStyle w:val="ListNumber"/>
        <w:spacing w:line="240" w:lineRule="auto"/>
        <w:ind w:left="720"/>
      </w:pPr>
      <w:r/>
      <w:hyperlink r:id="rId15">
        <w:r>
          <w:rPr>
            <w:color w:val="0000EE"/>
            <w:u w:val="single"/>
          </w:rPr>
          <w:t>https://www.gayxw.com/news/1000735.html</w:t>
        </w:r>
      </w:hyperlink>
      <w:r>
        <w:t xml:space="preserve"> - On September 29, 2026, community advocates, elected officials, and local residents gathered in Houston's Montrose neighborhood to commemorate the return of Pride banners along lower Westheimer. The installation features Intersex-Inclusive Pride flags displayed across ten light poles between Taft Street and Montrose Boulevard, marking a cultural restoration of visibility for Houston's historic queer neighborhood.</w:t>
      </w:r>
      <w:r/>
    </w:p>
    <w:p>
      <w:pPr>
        <w:pStyle w:val="ListNumber"/>
        <w:spacing w:line="240" w:lineRule="auto"/>
        <w:ind w:left="720"/>
      </w:pPr>
      <w:r/>
      <w:hyperlink r:id="rId13">
        <w:r>
          <w:rPr>
            <w:color w:val="0000EE"/>
            <w:u w:val="single"/>
          </w:rPr>
          <w:t>https://www.axios.com/local/houston/2026/09/23/pride-flags-rainbow-crosswalk-houston-montrose</w:t>
        </w:r>
      </w:hyperlink>
      <w:r>
        <w:t xml:space="preserve"> - Pride flags are returning to Montrose, Houston’s historic LGBTQ+ neighborhood, almost a year after the removal of its rainbow crosswalks due to the threat of losing state transportation funding. The reinstallation of the flags, scheduled for Thursday, is part of the revival of the Lower Westheimer Banner District and symbolizes a renewed commitment to LGBTQ+ visibility and diversity.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pride-houston-365-banners-are-up-press-conference/" TargetMode="External"/><Relationship Id="rId10" Type="http://schemas.openxmlformats.org/officeDocument/2006/relationships/hyperlink" Target="https://www.click2houston.com/news/local/2026/09/29/pride-banners-returning-to-lower-westheimer-in-montrose/" TargetMode="External"/><Relationship Id="rId11" Type="http://schemas.openxmlformats.org/officeDocument/2006/relationships/hyperlink" Target="https://www.houstonchronicle.com/culture/article/houston-lgbtq-rainbow-banners-22449102.php" TargetMode="External"/><Relationship Id="rId12" Type="http://schemas.openxmlformats.org/officeDocument/2006/relationships/hyperlink" Target="https://www.houstonpress.com/news/pride-flags-fly-in-revived-montrose-banner-district/" TargetMode="External"/><Relationship Id="rId13" Type="http://schemas.openxmlformats.org/officeDocument/2006/relationships/hyperlink" Target="https://www.axios.com/local/houston/2026/09/23/pride-flags-rainbow-crosswalk-houston-montrose" TargetMode="External"/><Relationship Id="rId14" Type="http://schemas.openxmlformats.org/officeDocument/2006/relationships/hyperlink" Target="https://www.houstonchronicle.com/politics/houston/article/houston-mayor-john-whitmire-funded-montrose-pride-22444434.php/" TargetMode="External"/><Relationship Id="rId15" Type="http://schemas.openxmlformats.org/officeDocument/2006/relationships/hyperlink" Target="https://www.gayxw.com/news/100073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