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Get GLAAD Media Awards 2027 Tickets and Event Updates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and supporters are already looking ahead to the 38th Annual GLAAD Media Awards in 2027, a major LGBTQ celebration recognising fair, accurate and inclusive representation across media. Tickets aren't on sale yet, but the event promises red-carpet sparkle, memorable stage moments and a powerful reminder of why visibility matters.</w:t>
      </w:r>
      <w:r/>
    </w:p>
    <w:p>
      <w:pPr>
        <w:pStyle w:val="Heading2"/>
      </w:pPr>
      <w:r>
        <w:t>Essential Takeaways</w:t>
      </w:r>
      <w:r/>
      <w:r/>
    </w:p>
    <w:p>
      <w:pPr>
        <w:pStyle w:val="ListBullet"/>
        <w:spacing w:line="240" w:lineRule="auto"/>
        <w:ind w:left="720"/>
      </w:pPr>
      <w:r/>
      <w:r>
        <w:rPr>
          <w:b/>
        </w:rPr>
        <w:t>Tickets:</w:t>
      </w:r>
      <w:r>
        <w:t xml:space="preserve"> Sales for the 38th GLAAD Media Awards haven't opened yet.</w:t>
      </w:r>
      <w:r/>
    </w:p>
    <w:p>
      <w:pPr>
        <w:pStyle w:val="ListBullet"/>
        <w:spacing w:line="240" w:lineRule="auto"/>
        <w:ind w:left="720"/>
      </w:pPr>
      <w:r/>
      <w:r>
        <w:rPr>
          <w:b/>
        </w:rPr>
        <w:t>Timing:</w:t>
      </w:r>
      <w:r>
        <w:t xml:space="preserve"> The ceremony is planned for 2027, with further details expected from GLAAD.</w:t>
      </w:r>
      <w:r/>
    </w:p>
    <w:p>
      <w:pPr>
        <w:pStyle w:val="ListBullet"/>
        <w:spacing w:line="240" w:lineRule="auto"/>
        <w:ind w:left="720"/>
      </w:pPr>
      <w:r/>
      <w:r>
        <w:rPr>
          <w:b/>
        </w:rPr>
        <w:t>Purpose:</w:t>
      </w:r>
      <w:r>
        <w:t xml:space="preserve"> The awards honour outstanding LGBTQ representation and advocacy in media.</w:t>
      </w:r>
      <w:r/>
    </w:p>
    <w:p>
      <w:pPr>
        <w:pStyle w:val="ListBullet"/>
        <w:spacing w:line="240" w:lineRule="auto"/>
        <w:ind w:left="720"/>
      </w:pPr>
      <w:r/>
      <w:r>
        <w:rPr>
          <w:b/>
        </w:rPr>
        <w:t>Atmosphere:</w:t>
      </w:r>
      <w:r>
        <w:t xml:space="preserve"> Expect a high-profile mix of celebrity arrivals, entertainment and community-focused messaging.</w:t>
      </w:r>
      <w:r/>
    </w:p>
    <w:p>
      <w:pPr>
        <w:pStyle w:val="ListBullet"/>
        <w:spacing w:line="240" w:lineRule="auto"/>
        <w:ind w:left="720"/>
      </w:pPr>
      <w:r/>
      <w:r>
        <w:rPr>
          <w:b/>
        </w:rPr>
        <w:t>Best preparation:</w:t>
      </w:r>
      <w:r>
        <w:t xml:space="preserve"> Watch GLAAD's official awards pages for ticket announcements and event updates.</w:t>
      </w:r>
      <w:r/>
      <w:r/>
    </w:p>
    <w:p>
      <w:pPr>
        <w:pStyle w:val="Heading2"/>
      </w:pPr>
      <w:r>
        <w:t>A major LGBTQ media celebration is on the horizon</w:t>
      </w:r>
      <w:r/>
    </w:p>
    <w:p>
      <w:r/>
      <w:r>
        <w:t>The 38th Annual GLAAD Media Awards is shaping up as one of 2027's standout LGBTQ cultural events. The promise is suitably glamorous: red-carpet arrivals, big main-stage moments and an audience gathered around a cause that reaches far beyond trophies and speeches.</w:t>
      </w:r>
      <w:r/>
    </w:p>
    <w:p>
      <w:r/>
      <w:r>
        <w:t>GLAAD describes the ceremony as a global celebration of media that presents LGBTQ people and their lives fairly and accurately. That gives the event a distinctive energy. It's part awards night, part community gathering and part public statement, all wrapped in the soft flash of a very busy red carpet.</w:t>
      </w:r>
      <w:r/>
    </w:p>
    <w:p>
      <w:pPr>
        <w:pStyle w:val="Heading2"/>
      </w:pPr>
      <w:r>
        <w:t>When will GLAAD Media Awards tickets go on sale?</w:t>
      </w:r>
      <w:r/>
    </w:p>
    <w:p>
      <w:r/>
      <w:r>
        <w:t>For now, the official ticket page says tickets will be available soon. No public sale date, price range or venue details have been confirmed in the available information, so anyone hoping to attend should avoid relying on unofficial listings or old event pages.</w:t>
      </w:r>
      <w:r/>
    </w:p>
    <w:p>
      <w:r/>
      <w:r>
        <w:t>The most sensible move is to monitor GLAAD's official media awards website and social channels. Previous ceremonies have generated strong interest, particularly around celebrity appearances and high-profile recognition, so early checking will matter once sales begin.</w:t>
      </w:r>
      <w:r/>
    </w:p>
    <w:p>
      <w:pPr>
        <w:pStyle w:val="Heading2"/>
      </w:pPr>
      <w:r>
        <w:t>Why representation remains the heart of the ceremony</w:t>
      </w:r>
      <w:r/>
    </w:p>
    <w:p>
      <w:r/>
      <w:r>
        <w:t>The awards focus on achievements that help LGBTQ stories reach wider audiences with greater fairness and accuracy. That includes the people and productions shaping film, television, journalism and other forms of media, making the programme relevant to both entertainment fans and advocates for social progress.</w:t>
      </w:r>
      <w:r/>
    </w:p>
    <w:p>
      <w:r/>
      <w:r>
        <w:t>The wider GLAAD Media Awards have become a useful marker of changing cultural conversations. As Wikipedia's overview of the awards notes, the honours recognise work that advances LGBTQ visibility across media, while also reflecting the evolving range of stories being told.</w:t>
      </w:r>
      <w:r/>
    </w:p>
    <w:p>
      <w:pPr>
        <w:pStyle w:val="Heading2"/>
      </w:pPr>
      <w:r>
        <w:t>What attendees can expect from the 2027 event</w:t>
      </w:r>
      <w:r/>
    </w:p>
    <w:p>
      <w:r/>
      <w:r>
        <w:t>GLAAD is positioning the 38th ceremony as a polished, high-energy occasion rather than a quiet industry dinner. Guests can expect a smart-dress atmosphere, famous faces and a blend of celebratory entertainment with messages about inclusion and representation.</w:t>
      </w:r>
      <w:r/>
    </w:p>
    <w:p>
      <w:r/>
      <w:r>
        <w:t>That combination is part of the appeal. You might arrive for the outfits and red-carpet buzz, but the evening's emotional weight comes from seeing LGBTQ lives treated as an essential part of the media landscape. For many attendees, that's the moment that lingers after the lights go down.</w:t>
      </w:r>
      <w:r/>
    </w:p>
    <w:p>
      <w:pPr>
        <w:pStyle w:val="Heading2"/>
      </w:pPr>
      <w:r>
        <w:t>How to follow ticket news without missing out</w:t>
      </w:r>
      <w:r/>
    </w:p>
    <w:p>
      <w:r/>
      <w:r>
        <w:t>Start with the official GLAAD event page, where the ticket announcement is expected to appear first. It's also worth checking whether email updates or official event alerts become available, particularly if the ceremony attracts international interest.</w:t>
      </w:r>
      <w:r/>
    </w:p>
    <w:p>
      <w:r/>
      <w:r>
        <w:t>When tickets do launch, look carefully at seating categories, fees, access information and any age or entry requirements. Sponsorship and event-partnership material from previous GLAAD awards seasons also suggests that the ceremony involves a broad network of supporters, so official channels are the safest place to confirm what each ticket includes.</w:t>
      </w:r>
      <w:r/>
    </w:p>
    <w:p>
      <w:r/>
      <w:r>
        <w:t>The 38th Annual GLAAD Media Awards is still some way off, but anticipation is already part of the occasion. Keep an eye on official updates, and be ready when the red carpet starts calling.</w:t>
      </w:r>
      <w:r/>
    </w:p>
    <w:p>
      <w:r/>
      <w:r>
        <w:t>Explore the official event page for the latest ticket announcements.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[3]</w:t>
        </w:r>
      </w:hyperlink>
      <w:r>
        <w:t xml:space="preserve">- Paragraph 12: </w:t>
      </w:r>
      <w:hyperlink r:id="rId13">
        <w:r>
          <w:rPr>
            <w:color w:val="0000EE"/>
            <w:u w:val="single"/>
          </w:rPr>
          <w:t>[5]</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https://glaad.org/mediaawards/38/tickets/</w:t>
        </w:r>
      </w:hyperlink>
      <w:r>
        <w:t xml:space="preserve"> - Please view link - unable to able to access data</w:t>
      </w:r>
      <w:r/>
    </w:p>
    <w:p>
      <w:pPr>
        <w:pStyle w:val="ListNumber"/>
        <w:spacing w:line="240" w:lineRule="auto"/>
        <w:ind w:left="720"/>
      </w:pPr>
      <w:r/>
      <w:hyperlink r:id="rId10">
        <w:r>
          <w:rPr>
            <w:color w:val="0000EE"/>
            <w:u w:val="single"/>
          </w:rPr>
          <w:t>https://glaad.org/mediaawards/38/</w:t>
        </w:r>
      </w:hyperlink>
      <w:r>
        <w:t xml:space="preserve"> - The 38th Annual GLAAD Media Awards is scheduled for March 2027 in Los Angeles. This event honours media professionals who have demonstrated exemplary achievements in fair, accurate, and inclusive representation of the LGBTQ community. The awards ceremony promises a blend of red carpet arrivals, main stage moments, and impactful messages highlighting the importance of LGBTQ representation across all media forms. Tickets for the event will be available soon. For sponsorship opportunities, contact Corporate Partnerships at partnerships@glaad.org.</w:t>
      </w:r>
      <w:r/>
    </w:p>
    <w:p>
      <w:pPr>
        <w:pStyle w:val="ListNumber"/>
        <w:spacing w:line="240" w:lineRule="auto"/>
        <w:ind w:left="720"/>
      </w:pPr>
      <w:r/>
      <w:hyperlink r:id="rId12">
        <w:r>
          <w:rPr>
            <w:color w:val="0000EE"/>
            <w:u w:val="single"/>
          </w:rPr>
          <w:t>https://glaad.org/mediaawards/38/submissions/</w:t>
        </w:r>
      </w:hyperlink>
      <w:r>
        <w:t xml:space="preserve"> - The call for submissions for the 38th Annual GLAAD Media Awards opened on September 24, 2026, at 9am ET. The regular entry window runs until November 16, 2026, with a fee of $400 per project. A late entry window is available from November 17 to November 30, 2026, with a fee of $600 per project. Submissions received after November 30 will not be accepted. For projects released after November 30, contact submissions@glaad.org to request an extension. For more details, visit the official submission page.</w:t>
      </w:r>
      <w:r/>
    </w:p>
    <w:p>
      <w:pPr>
        <w:pStyle w:val="ListNumber"/>
        <w:spacing w:line="240" w:lineRule="auto"/>
        <w:ind w:left="720"/>
      </w:pPr>
      <w:r/>
      <w:hyperlink r:id="rId11">
        <w:r>
          <w:rPr>
            <w:color w:val="0000EE"/>
            <w:u w:val="single"/>
          </w:rPr>
          <w:t>https://glaad.org/mediaawards/37/sponsorship-opportunities/</w:t>
        </w:r>
      </w:hyperlink>
      <w:r>
        <w:t xml:space="preserve"> - The 37th Annual GLAAD Media Awards took place on March 5, 2026, in Los Angeles, CA. The event offered various sponsorship levels, including Presenting, Official, and Major sponsors. The sponsorship deadline was January 30, 2026. Previous awards have generated significant media impressions and attracted numerous influencers, advocates, and celebrities. For information on becoming a sponsor for future events, contact Corporate Partnerships at partnerships@glaad.org.</w:t>
      </w:r>
      <w:r/>
    </w:p>
    <w:p>
      <w:pPr>
        <w:pStyle w:val="ListNumber"/>
        <w:spacing w:line="240" w:lineRule="auto"/>
        <w:ind w:left="720"/>
      </w:pPr>
      <w:r/>
      <w:hyperlink r:id="rId13">
        <w:r>
          <w:rPr>
            <w:color w:val="0000EE"/>
            <w:u w:val="single"/>
          </w:rPr>
          <w:t>https://glaad.org/mediaawards/37/faq/</w:t>
        </w:r>
      </w:hyperlink>
      <w:r>
        <w:t xml:space="preserve"> - The 37th Annual GLAAD Media Awards had a call for submissions that opened on September 22, 2025, at 9am ET and closed on November 24, 2025, at 6pm ET. Submissions were $350, with a late fee of $150 for entries received after November 24, totaling $500. The eligibility period for submissions was from January 1, 2025, to December 31, 2025. For more details, refer to the official FAQ page.</w:t>
      </w:r>
      <w:r/>
    </w:p>
    <w:p>
      <w:pPr>
        <w:pStyle w:val="ListNumber"/>
        <w:spacing w:line="240" w:lineRule="auto"/>
        <w:ind w:left="720"/>
      </w:pPr>
      <w:r/>
      <w:hyperlink r:id="rId14">
        <w:r>
          <w:rPr>
            <w:color w:val="0000EE"/>
            <w:u w:val="single"/>
          </w:rPr>
          <w:t>https://en.wikipedia.org/wiki/37th_GLAAD_Media_Awards</w:t>
        </w:r>
      </w:hyperlink>
      <w:r>
        <w:t xml:space="preserve"> - The 37th GLAAD Media Awards, held on March 5, 2026, in Los Angeles, honoured media professionals for their fair, accurate, and inclusive representation of the LGBTQ community. Hosted by Jonathan Bennett, the event was streamed exclusively on Hulu. Demi Lovato was set to perform at the ceremony. The eligibility period for the awards was from January 1, 2025, to December 31, 2025. For more information, visit the Wikipedia page.</w:t>
      </w:r>
      <w:r/>
    </w:p>
    <w:p>
      <w:pPr>
        <w:pStyle w:val="ListNumber"/>
        <w:spacing w:line="240" w:lineRule="auto"/>
        <w:ind w:left="720"/>
      </w:pPr>
      <w:r/>
      <w:hyperlink r:id="rId15">
        <w:r>
          <w:rPr>
            <w:color w:val="0000EE"/>
            <w:u w:val="single"/>
          </w:rPr>
          <w:t>https://en.wikipedia.org/wiki/GLAAD_Media_Award</w:t>
        </w:r>
      </w:hyperlink>
      <w:r>
        <w:t xml:space="preserve"> - The GLAAD Media Award is an annual award presented by GLAAD to honour media professionals for their fair, accurate, and inclusive representation of the LGBTQ community. The awards have been held annually since 1990, with ceremonies in New York City and Los Angeles. Categories include Outstanding Film, Outstanding TV Series, and Outstanding Music Artist. For a comprehensive list of award categories and recipients, refer to the Wikipedia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mediaawards/38/tickets/" TargetMode="External"/><Relationship Id="rId10" Type="http://schemas.openxmlformats.org/officeDocument/2006/relationships/hyperlink" Target="https://glaad.org/mediaawards/38/" TargetMode="External"/><Relationship Id="rId11" Type="http://schemas.openxmlformats.org/officeDocument/2006/relationships/hyperlink" Target="https://glaad.org/mediaawards/37/sponsorship-opportunities/" TargetMode="External"/><Relationship Id="rId12" Type="http://schemas.openxmlformats.org/officeDocument/2006/relationships/hyperlink" Target="https://glaad.org/mediaawards/38/submissions/" TargetMode="External"/><Relationship Id="rId13" Type="http://schemas.openxmlformats.org/officeDocument/2006/relationships/hyperlink" Target="https://glaad.org/mediaawards/37/faq/" TargetMode="External"/><Relationship Id="rId14" Type="http://schemas.openxmlformats.org/officeDocument/2006/relationships/hyperlink" Target="https://en.wikipedia.org/wiki/37th_GLAAD_Media_Awards" TargetMode="External"/><Relationship Id="rId15" Type="http://schemas.openxmlformats.org/officeDocument/2006/relationships/hyperlink" Target="https://en.wikipedia.org/wiki/GLAAD_Media_Awar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