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South Florida events in October 2026 for culture lovers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Event-goers across South Florida have a packed October ahead, with comedy, theatre, live music, LGBTQ+ gatherings and family festivals filling venues from Oakland Park to Miami. Whether you're chasing a big night out or a free afternoon by the river, this event guide highlights the dates worth keeping on your radar.</w:t>
      </w:r>
      <w:r/>
    </w:p>
    <w:p>
      <w:pPr>
        <w:pStyle w:val="Heading2"/>
      </w:pPr>
      <w:r>
        <w:t>South Florida's October calendar is wonderfully full</w:t>
      </w:r>
      <w:r/>
    </w:p>
    <w:p>
      <w:r/>
      <w:r>
        <w:t>There’s plenty happening across the region, but the strongest theme is variety. One evening might mean sharp stand-up at Hard Rock Live, while the next brings a community sing-along, a Broadway production or a practical workshop for new business owners.</w:t>
      </w:r>
      <w:r/>
    </w:p>
    <w:p>
      <w:r/>
      <w:r>
        <w:t xml:space="preserve">The month also has a distinctly welcoming feel. Many events combine entertainment with connection, fundraising or education, making them appealing whether you're attending with friends, family or simply turning up solo. Industry listings and local event information point to a busy season for venues across Broward, Fort Lauderdale, Hollywood and Miami. </w:t>
      </w:r>
      <w:r/>
    </w:p>
    <w:p>
      <w:pPr>
        <w:pStyle w:val="Heading3"/>
      </w:pPr>
      <w:r>
        <w:t>Essential Takeaways</w:t>
      </w:r>
      <w:r/>
      <w:r/>
    </w:p>
    <w:p>
      <w:pPr>
        <w:pStyle w:val="ListBullet"/>
        <w:spacing w:line="240" w:lineRule="auto"/>
        <w:ind w:left="720"/>
      </w:pPr>
      <w:r/>
      <w:r>
        <w:rPr>
          <w:b/>
        </w:rPr>
        <w:t>Comedy fans:</w:t>
      </w:r>
      <w:r>
        <w:t xml:space="preserve"> Aziz Ansari performs his </w:t>
      </w:r>
      <w:r>
        <w:rPr>
          <w:i/>
        </w:rPr>
        <w:t>Hypothetical Tour</w:t>
      </w:r>
      <w:r>
        <w:t xml:space="preserve"> at Hard Rock Live in Hollywood on 9 October.</w:t>
      </w:r>
      <w:r/>
    </w:p>
    <w:p>
      <w:pPr>
        <w:pStyle w:val="ListBullet"/>
        <w:spacing w:line="240" w:lineRule="auto"/>
        <w:ind w:left="720"/>
      </w:pPr>
      <w:r/>
      <w:r>
        <w:rPr>
          <w:b/>
        </w:rPr>
        <w:t>Theatre highlights:</w:t>
      </w:r>
      <w:r>
        <w:t xml:space="preserve"> </w:t>
      </w:r>
      <w:r>
        <w:rPr>
          <w:i/>
        </w:rPr>
        <w:t>Dracula: A Comedy of Terrors</w:t>
      </w:r>
      <w:r>
        <w:t xml:space="preserve"> and </w:t>
      </w:r>
      <w:r>
        <w:rPr>
          <w:i/>
        </w:rPr>
        <w:t>Come From Away</w:t>
      </w:r>
      <w:r>
        <w:t xml:space="preserve"> offer very different takes on the stage.</w:t>
      </w:r>
      <w:r/>
    </w:p>
    <w:p>
      <w:pPr>
        <w:pStyle w:val="ListBullet"/>
        <w:spacing w:line="240" w:lineRule="auto"/>
        <w:ind w:left="720"/>
      </w:pPr>
      <w:r/>
      <w:r>
        <w:rPr>
          <w:b/>
        </w:rPr>
        <w:t>Free options:</w:t>
      </w:r>
      <w:r>
        <w:t xml:space="preserve"> Riverwalk Fall Festival and the Kravis Center Block Party bring food, music and activities without an admission charge.</w:t>
      </w:r>
      <w:r/>
    </w:p>
    <w:p>
      <w:pPr>
        <w:pStyle w:val="ListBullet"/>
        <w:spacing w:line="240" w:lineRule="auto"/>
        <w:ind w:left="720"/>
      </w:pPr>
      <w:r/>
      <w:r>
        <w:rPr>
          <w:b/>
        </w:rPr>
        <w:t>Community focus:</w:t>
      </w:r>
      <w:r>
        <w:t xml:space="preserve"> October includes LGBTQ+ film, sports, health, networking and fundraising events.</w:t>
      </w:r>
      <w:r/>
    </w:p>
    <w:p>
      <w:pPr>
        <w:pStyle w:val="ListBullet"/>
        <w:spacing w:line="240" w:lineRule="auto"/>
        <w:ind w:left="720"/>
      </w:pPr>
      <w:r/>
      <w:r>
        <w:rPr>
          <w:b/>
        </w:rPr>
        <w:t>Planning tip:</w:t>
      </w:r>
      <w:r>
        <w:t xml:space="preserve"> Check start times and ticket details before travelling, as listings and schedules can change.</w:t>
      </w:r>
      <w:r/>
      <w:r/>
    </w:p>
    <w:p>
      <w:pPr>
        <w:pStyle w:val="Heading2"/>
      </w:pPr>
      <w:r>
        <w:t>Comedy takes centre stage in Hollywood and Fort Lauderdale</w:t>
      </w:r>
      <w:r/>
    </w:p>
    <w:p>
      <w:r/>
      <w:r>
        <w:t xml:space="preserve">Aziz Ansari’s </w:t>
      </w:r>
      <w:r>
        <w:rPr>
          <w:i/>
        </w:rPr>
        <w:t>Hypothetical Tour</w:t>
      </w:r>
      <w:r>
        <w:t xml:space="preserve"> is one of the month’s biggest comedy draws, arriving at Hard Rock Live in Hollywood on Friday 9 October. The comedian, actor, writer and director is known for </w:t>
      </w:r>
      <w:r>
        <w:rPr>
          <w:i/>
        </w:rPr>
        <w:t>Master of None</w:t>
      </w:r>
      <w:r>
        <w:t xml:space="preserve">, </w:t>
      </w:r>
      <w:r>
        <w:rPr>
          <w:i/>
        </w:rPr>
        <w:t>Parks and Recreation</w:t>
      </w:r>
      <w:r>
        <w:t xml:space="preserve"> and his Netflix stand-up work, so fans can expect a polished show with plenty of cultural observation.</w:t>
      </w:r>
      <w:r/>
    </w:p>
    <w:p>
      <w:r/>
      <w:r>
        <w:t xml:space="preserve">The venue has promoted the performance as part of its live entertainment programme, with ticket information available through the Seminole Hard Rock Hollywood website. Several event listings also identify the Hollywood date, making it a useful pick for anyone searching for comedy shows in South Florida this October. </w:t>
      </w:r>
      <w:r/>
    </w:p>
    <w:p>
      <w:r/>
      <w:r>
        <w:t>Natasha Leggero is also scheduled for multiple performances at the Fort Lauderdale Improv on 9 and 10 October. That gives comedy fans a choice of atmosphere, from the large-scale casino venue to the more intimate club setting, where the room feels close enough for every raised eyebrow to land.</w:t>
      </w:r>
      <w:r/>
    </w:p>
    <w:p>
      <w:pPr>
        <w:pStyle w:val="Heading2"/>
      </w:pPr>
      <w:r>
        <w:t>Theatre brings gothic silliness and heartfelt history</w:t>
      </w:r>
      <w:r/>
    </w:p>
    <w:p>
      <w:r/>
      <w:r>
        <w:t xml:space="preserve">If Halloween energy is already creeping in, </w:t>
      </w:r>
      <w:r>
        <w:rPr>
          <w:i/>
        </w:rPr>
        <w:t>Dracula: A Comedy of Terrors</w:t>
      </w:r>
      <w:r>
        <w:t xml:space="preserve"> looks like a lively choice. The production mixes the familiar vampire story with broad comic timing, quick costume changes and deliberately over-the-top theatricality. It’s the sort of show where the plot matters, but the ridiculousness matters more.</w:t>
      </w:r>
      <w:r/>
    </w:p>
    <w:p>
      <w:r/>
      <w:r>
        <w:t>The production runs on selected Fridays, Saturdays and Sundays through 1 November at Empire Stage. With a compact running time and no interval, it should suit audiences after a fast, energetic night rather than a long formal production.</w:t>
      </w:r>
      <w:r/>
    </w:p>
    <w:p>
      <w:r/>
      <w:r>
        <w:t xml:space="preserve">For something more emotional, Slow Burn Theatre Company presents </w:t>
      </w:r>
      <w:r>
        <w:rPr>
          <w:i/>
        </w:rPr>
        <w:t>Come From Away</w:t>
      </w:r>
      <w:r>
        <w:t xml:space="preserve"> through 25 October. The musical tells the true story of passengers stranded in Newfoundland after the events of 11 September 2001, and the unexpected community that welcomed them. It’s warm, musical and quietly powerful, with the kind of story that can leave an audience smiling through slightly damp eyes.</w:t>
      </w:r>
      <w:r/>
    </w:p>
    <w:p>
      <w:pPr>
        <w:pStyle w:val="Heading2"/>
      </w:pPr>
      <w:r>
        <w:t>Free festivals make easy weekend plans</w:t>
      </w:r>
      <w:r/>
    </w:p>
    <w:p>
      <w:r/>
      <w:r>
        <w:t>The Riverwalk Fall Festival returns to Esplanade Park in downtown Fort Lauderdale on Saturday 17 October. From pumpkin painting and face painting to themed games, pumpkin bowling and food trucks, it’s designed as an easy-going family afternoon beside the New River.</w:t>
      </w:r>
      <w:r/>
    </w:p>
    <w:p>
      <w:r/>
      <w:r>
        <w:t>Free admission makes this one particularly simple to recommend. Families can arrive without committing to a full day, wander between activities, grab something to eat and leave before anyone reaches peak tiredness. Comfortable shoes and sun protection still make sense, even when the calendar says autumn.</w:t>
      </w:r>
      <w:r/>
    </w:p>
    <w:p>
      <w:r/>
      <w:r>
        <w:t>The Kravis Center Block Party offers another free option, running across the centre’s campus from midday until 8pm. Visitors can expect performances, workshops, dance activities, DJs, food trucks and appearances from local arts organisations. It’s a useful reminder that South Florida’s cultural calendar isn’t limited to ticketed theatre and headline concerts.</w:t>
      </w:r>
      <w:r/>
    </w:p>
    <w:p>
      <w:pPr>
        <w:pStyle w:val="Heading2"/>
      </w:pPr>
      <w:r>
        <w:t>Sing-alongs, film and music invite audience participation</w:t>
      </w:r>
      <w:r/>
    </w:p>
    <w:p>
      <w:r/>
      <w:r>
        <w:t>October’s events include several opportunities to do more than sit quietly in the dark. The Little Shop of Rocky Horrors Community Sing-Along at Hunters Nightclub in Wilton Manors combines spooky songs, cult-film fun and a chance to test-drive a costume before Wicked Manors.</w:t>
      </w:r>
      <w:r/>
    </w:p>
    <w:p>
      <w:r/>
      <w:r>
        <w:t xml:space="preserve">Later in the month, </w:t>
      </w:r>
      <w:r>
        <w:rPr>
          <w:i/>
        </w:rPr>
        <w:t>Singalong Broadway</w:t>
      </w:r>
      <w:r>
        <w:t xml:space="preserve"> at Miami’s Knight Concert Hall invites musical-theatre fans to join in with well-known numbers, games and comedy. Expect enthusiastic singing rather than perfect singing, which is precisely the point. If you know every word to a show tune, this is your moment; if you only know the chorus, enthusiasm will carry you.</w:t>
      </w:r>
      <w:r/>
    </w:p>
    <w:p>
      <w:r/>
      <w:r>
        <w:t>The Outshine LGBTQ+ Fall Film Festival also runs from 15 to 25 October, adding a cinematic strand to the month’s LGBTQ+ cultural programme. Alongside film screenings, events such as the Bobby Blair discussion at the Stonewall National Museum and an October Silver Pride+ health session create space for conversation, learning and community.</w:t>
      </w:r>
      <w:r/>
    </w:p>
    <w:p>
      <w:pPr>
        <w:pStyle w:val="Heading2"/>
      </w:pPr>
      <w:r>
        <w:t>Choose events by mood, not just date</w:t>
      </w:r>
      <w:r/>
    </w:p>
    <w:p>
      <w:r/>
      <w:r>
        <w:t>For a practical October itinerary, start with the mood you want. A free festival works well for a relaxed daytime plan, while comedy is better suited to a focused evening out. Theatre and film festivals reward a little advance planning, particularly if you want good seats or need to coordinate parking.</w:t>
      </w:r>
      <w:r/>
    </w:p>
    <w:p>
      <w:r/>
      <w:r>
        <w:t>It’s also worth checking venue rules, ticket availability and updated timings before setting off. Hard Rock Live, the Broward Center, Empire Stage and the Kravis Center all offer different experiences, so travel time and venue size can shape the night as much as the performance itself.</w:t>
      </w:r>
      <w:r/>
    </w:p>
    <w:p>
      <w:r/>
      <w:r>
        <w:t>And don’t overlook the smaller gatherings. A business workshop in Oakland Park, a networking mixer at Lola’s on the Water or a memoir launch raising funds for the Gay Men’s Chorus of South Florida may not have the biggest names, but they can offer the most personal conversations. Sometimes the event you remember is the one where somebody beside you starts talking before the lights go down.</w:t>
      </w:r>
      <w:r/>
    </w:p>
    <w:p>
      <w:r/>
      <w:r>
        <w:t>October is a particularly good month to explore South Florida one neighbourhood at a time, with a little culture, laughter or live music built into the journey.</w:t>
      </w:r>
      <w:r/>
    </w:p>
    <w:p>
      <w:r/>
      <w:r>
        <w:t>Make a shortlist, check the latest details and leave room for one pleasantly unexpected stop.</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[2]</w:t>
        </w:r>
      </w:hyperlink>
      <w:r>
        <w:t xml:space="preserve">, </w:t>
      </w:r>
      <w:hyperlink r:id="rId10">
        <w:r>
          <w:rPr>
            <w:color w:val="0000EE"/>
            <w:u w:val="single"/>
          </w:rPr>
          <w:t>[3]</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2">
        <w:r>
          <w:rPr>
            <w:color w:val="0000EE"/>
            <w:u w:val="single"/>
          </w:rPr>
          <w:t>[2]</w:t>
        </w:r>
      </w:hyperlink>
      <w:r>
        <w:t xml:space="preserve">, </w:t>
      </w:r>
      <w:hyperlink r:id="rId10">
        <w:r>
          <w:rPr>
            <w:color w:val="0000EE"/>
            <w:u w:val="single"/>
          </w:rPr>
          <w:t>[3]</w:t>
        </w:r>
      </w:hyperlink>
      <w:r>
        <w:t xml:space="preserve">- Paragraph 7: </w:t>
      </w:r>
      <w:hyperlink r:id="rId11">
        <w:r>
          <w:rPr>
            <w:color w:val="0000EE"/>
            <w:u w:val="single"/>
          </w:rPr>
          <w:t>[4]</w:t>
        </w:r>
      </w:hyperlink>
      <w:r>
        <w:t xml:space="preserve">, </w:t>
      </w:r>
      <w:hyperlink r:id="rId13">
        <w:r>
          <w:rPr>
            <w:color w:val="0000EE"/>
            <w:u w:val="single"/>
          </w:rPr>
          <w:t>[5]</w:t>
        </w:r>
      </w:hyperlink>
      <w:r>
        <w:t xml:space="preserve">- Paragraph 8: </w:t>
      </w:r>
      <w:hyperlink r:id="rId12">
        <w:r>
          <w:rPr>
            <w:color w:val="0000EE"/>
            <w:u w:val="single"/>
          </w:rPr>
          <w:t>[2]</w:t>
        </w:r>
      </w:hyperlink>
      <w:r>
        <w:t xml:space="preserve">, </w:t>
      </w:r>
      <w:hyperlink r:id="rId14">
        <w:r>
          <w:rPr>
            <w:color w:val="0000EE"/>
            <w:u w:val="single"/>
          </w:rPr>
          <w:t>[6]</w:t>
        </w:r>
      </w:hyperlink>
      <w:r>
        <w:t xml:space="preserve">- Paragraph 9: </w:t>
      </w:r>
      <w:hyperlink r:id="rId10">
        <w:r>
          <w:rPr>
            <w:color w:val="0000EE"/>
            <w:u w:val="single"/>
          </w:rPr>
          <w:t>[3]</w:t>
        </w:r>
      </w:hyperlink>
      <w:r>
        <w:t xml:space="preserve">, </w:t>
      </w:r>
      <w:hyperlink r:id="rId15">
        <w:r>
          <w:rPr>
            <w:color w:val="0000EE"/>
            <w:u w:val="single"/>
          </w:rPr>
          <w:t>[7]</w:t>
        </w:r>
      </w:hyperlink>
      <w:r>
        <w:t xml:space="preserve">- Paragraph 10: </w:t>
      </w:r>
      <w:hyperlink r:id="rId11">
        <w:r>
          <w:rPr>
            <w:color w:val="0000EE"/>
            <w:u w:val="single"/>
          </w:rPr>
          <w:t>[4]</w:t>
        </w:r>
      </w:hyperlink>
      <w:r>
        <w:t xml:space="preserve">, </w:t>
      </w:r>
      <w:hyperlink r:id="rId14">
        <w:r>
          <w:rPr>
            <w:color w:val="0000EE"/>
            <w:u w:val="single"/>
          </w:rPr>
          <w:t>[6]</w:t>
        </w:r>
      </w:hyperlink>
      <w:r>
        <w:t xml:space="preserve">- Paragraph 11: </w:t>
      </w:r>
      <w:hyperlink r:id="rId12">
        <w:r>
          <w:rPr>
            <w:color w:val="0000EE"/>
            <w:u w:val="single"/>
          </w:rPr>
          <w:t>[2]</w:t>
        </w:r>
      </w:hyperlink>
      <w:r>
        <w:t xml:space="preserve">, </w:t>
      </w:r>
      <w:hyperlink r:id="rId13">
        <w:r>
          <w:rPr>
            <w:color w:val="0000EE"/>
            <w:u w:val="single"/>
          </w:rPr>
          <w:t>[5]</w:t>
        </w:r>
      </w:hyperlink>
      <w:r>
        <w:t xml:space="preserve">- Paragraph 12: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https://hotspotsmagazine.com/2026/10/08/whats-hot-south-florida-october-8-october-21/</w:t>
        </w:r>
      </w:hyperlink>
      <w:r>
        <w:t xml:space="preserve"> - Please view link - unable to able to access data</w:t>
      </w:r>
      <w:r/>
    </w:p>
    <w:p>
      <w:pPr>
        <w:pStyle w:val="ListNumber"/>
        <w:spacing w:line="240" w:lineRule="auto"/>
        <w:ind w:left="720"/>
      </w:pPr>
      <w:r/>
      <w:hyperlink r:id="rId12">
        <w:r>
          <w:rPr>
            <w:color w:val="0000EE"/>
            <w:u w:val="single"/>
          </w:rPr>
          <w:t>https://www.broward.org/EconDev/Pages/CBEStories.aspx</w:t>
        </w:r>
      </w:hyperlink>
      <w:r>
        <w:t xml:space="preserve"> - The Broward County Office of Economic and Small Business Development (OESBD) is responsible for promoting economic development and supporting Broward County’s small businesses. Their services include workforce development, business expansion and retention, small business growth, business development and outreach, international trade and export readiness, entrepreneurial development, and promoting Broward County as a film destination. The office collaborates with federal, state, local governments, non-profits, and private sector organizations to deliver these services. They also promote access to Broward County’s procurement opportunities for businesses in local and federal small business programs and help position small businesses and aspiring entrepreneurs to take advantage of opportunities while growing their businesses in and beyond Broward County.</w:t>
      </w:r>
      <w:r/>
    </w:p>
    <w:p>
      <w:pPr>
        <w:pStyle w:val="ListNumber"/>
        <w:spacing w:line="240" w:lineRule="auto"/>
        <w:ind w:left="720"/>
      </w:pPr>
      <w:r/>
      <w:hyperlink r:id="rId10">
        <w:r>
          <w:rPr>
            <w:color w:val="0000EE"/>
            <w:u w:val="single"/>
          </w:rPr>
          <w:t>https://casino.hardrock.com/hollywood/newsroom/2026/08/aziz-ansari-hypothetical-tour-is-coming-to-hard-rock-live-at-seminole-hard-rock-hotel-and-casino-in-hollywood-fla-friday-oct-9-at-8-pm</w:t>
        </w:r>
      </w:hyperlink>
      <w:r>
        <w:t xml:space="preserve"> - Aziz Ansari, an award-winning actor, director, writer, and comedian, is scheduled to perform his 'Hypothetical Tour' at Hard Rock Live at Seminole Hard Rock Hotel &amp; Casino Hollywood on Friday, October 9, 2026, at 8 p.m. Tickets went on sale on August 6, 2026, starting at $75. Ansari is known for co-creating, writing, directing, and starring in the Netflix original series 'Master of None,' for which he has won two Emmy Awards for Outstanding Comedy Writing. He also co-stars in NBC’s 'Parks and Recreation' and has sold out Madison Square Garden as a headlining comedian. His latest special, 'Nightclub Comedian,' is now streaming on Netflix.</w:t>
      </w:r>
      <w:r/>
    </w:p>
    <w:p>
      <w:pPr>
        <w:pStyle w:val="ListNumber"/>
        <w:spacing w:line="240" w:lineRule="auto"/>
        <w:ind w:left="720"/>
      </w:pPr>
      <w:r/>
      <w:hyperlink r:id="rId11">
        <w:r>
          <w:rPr>
            <w:color w:val="0000EE"/>
            <w:u w:val="single"/>
          </w:rPr>
          <w:t>https://www.concertnear.me/event/aziz-ansari-hypothetical-tour-hollywood-vvg1vz-2t5cyhe</w:t>
        </w:r>
      </w:hyperlink>
      <w:r>
        <w:t xml:space="preserve"> - Aziz Ansari's 'Hypothetical Tour' is scheduled to take place on Friday, October 9, 2026, at 7:30 p.m. at Hard Rock Live in Hollywood, Florida. The event is listed on ConcertNear.Me, providing details about the date, time, and venue. The page also includes a 'Buy Tickets' link, directing users to the official ticketing platform for purchasing tickets. The event is categorized under comedy, highlighting Ansari's performance as a stand-up comedian.</w:t>
      </w:r>
      <w:r/>
    </w:p>
    <w:p>
      <w:pPr>
        <w:pStyle w:val="ListNumber"/>
        <w:spacing w:line="240" w:lineRule="auto"/>
        <w:ind w:left="720"/>
      </w:pPr>
      <w:r/>
      <w:hyperlink r:id="rId13">
        <w:r>
          <w:rPr>
            <w:color w:val="0000EE"/>
            <w:u w:val="single"/>
          </w:rPr>
          <w:t>https://www.flyventis.com/en/events/united-states-of-america/hollywood/2026-10-09/aziz-ansari-hypothetical-tour</w:t>
        </w:r>
      </w:hyperlink>
      <w:r>
        <w:t xml:space="preserve"> - FlyVentis provides information about Aziz Ansari's 'Hypothetical Tour' event in Hollywood, Florida, scheduled for Friday, October 9, 2026, at 7:30 p.m. at Hard Rock Live. The page offers details about the event, including the date, time, and venue, and provides a link to the official ticket page for purchasing tickets. The page also includes a map link to the venue's location and suggests checking the official ticket page for the latest schedule, door times, and admission conditions.</w:t>
      </w:r>
      <w:r/>
    </w:p>
    <w:p>
      <w:pPr>
        <w:pStyle w:val="ListNumber"/>
        <w:spacing w:line="240" w:lineRule="auto"/>
        <w:ind w:left="720"/>
      </w:pPr>
      <w:r/>
      <w:hyperlink r:id="rId14">
        <w:r>
          <w:rPr>
            <w:color w:val="0000EE"/>
            <w:u w:val="single"/>
          </w:rPr>
          <w:t>https://foxsports940.iheart.com/calendar/content/2026-10-09-aziz-ansari-hypothetical-tour-at-hard-rock-live/</w:t>
        </w:r>
      </w:hyperlink>
      <w:r>
        <w:t xml:space="preserve"> - Aziz Ansari is set to perform his 'Hypothetical Tour' at Hard Rock Live at Seminole Hard Rock Hotel &amp; Casino Hollywood on Friday, October 9, 2026, at 7:30 p.m. The event is featured on FOX Sports 940, providing details about Ansari's career and the upcoming performance. Known for his sharp observational humor and distinctive storytelling style, Ansari has established himself as one of the most influential voices in comedy today. The page includes information about purchasing tickets through Ticketmaster.</w:t>
      </w:r>
      <w:r/>
    </w:p>
    <w:p>
      <w:pPr>
        <w:pStyle w:val="ListNumber"/>
        <w:spacing w:line="240" w:lineRule="auto"/>
        <w:ind w:left="720"/>
      </w:pPr>
      <w:r/>
      <w:hyperlink r:id="rId15">
        <w:r>
          <w:rPr>
            <w:color w:val="0000EE"/>
            <w:u w:val="single"/>
          </w:rPr>
          <w:t>https://www.youtube.com/watch?v=7oG-RLOvLaQ</w:t>
        </w:r>
      </w:hyperlink>
      <w:r>
        <w:t xml:space="preserve"> - A promotional video for Aziz Ansari's 'Hypothetical Tour' at Hard Rock Live in Hollywood, Florida, scheduled for Friday, October 9, 2026. The video features Ansari discussing the upcoming performance and provides a link to purchase tickets. The video is hosted on the official Seminole Hard Rock Hotel &amp; Casino YouTube channel, offering viewers a glimpse into Ansari's comedic style and the event details.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otspotsmagazine.com/2026/10/08/whats-hot-south-florida-october-8-october-21/" TargetMode="External"/><Relationship Id="rId10" Type="http://schemas.openxmlformats.org/officeDocument/2006/relationships/hyperlink" Target="https://casino.hardrock.com/hollywood/newsroom/2026/08/aziz-ansari-hypothetical-tour-is-coming-to-hard-rock-live-at-seminole-hard-rock-hotel-and-casino-in-hollywood-fla-friday-oct-9-at-8-pm" TargetMode="External"/><Relationship Id="rId11" Type="http://schemas.openxmlformats.org/officeDocument/2006/relationships/hyperlink" Target="https://www.concertnear.me/event/aziz-ansari-hypothetical-tour-hollywood-vvg1vz-2t5cyhe" TargetMode="External"/><Relationship Id="rId12" Type="http://schemas.openxmlformats.org/officeDocument/2006/relationships/hyperlink" Target="https://www.broward.org/EconDev/Pages/CBEStories.aspx" TargetMode="External"/><Relationship Id="rId13" Type="http://schemas.openxmlformats.org/officeDocument/2006/relationships/hyperlink" Target="https://www.flyventis.com/en/events/united-states-of-america/hollywood/2026-10-09/aziz-ansari-hypothetical-tour" TargetMode="External"/><Relationship Id="rId14" Type="http://schemas.openxmlformats.org/officeDocument/2006/relationships/hyperlink" Target="https://foxsports940.iheart.com/calendar/content/2026-10-09-aziz-ansari-hypothetical-tour-at-hard-rock-live/" TargetMode="External"/><Relationship Id="rId15" Type="http://schemas.openxmlformats.org/officeDocument/2006/relationships/hyperlink" Target="https://www.youtube.com/watch?v=7oG-RLOvLaQ"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