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San Francisco LGBTQ Arts and Nightlife Events This Autumn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culture lovers and night owls have plenty to choose from across San Francisco and the wider Bay Area this autumn, from queer theatre and live music to immersive Halloween shows and welcoming community gatherings. This week’s guide brings together standout events, useful booking details and easy ways to plan a memorable night out.</w:t>
      </w:r>
      <w:r/>
    </w:p>
    <w:p>
      <w:pPr>
        <w:pStyle w:val="Heading2"/>
      </w:pPr>
      <w:r>
        <w:t>Essential Takeaways</w:t>
      </w:r>
      <w:r/>
      <w:r/>
    </w:p>
    <w:p>
      <w:pPr>
        <w:pStyle w:val="ListBullet"/>
        <w:spacing w:line="240" w:lineRule="auto"/>
        <w:ind w:left="720"/>
      </w:pPr>
      <w:r/>
      <w:r>
        <w:rPr>
          <w:b/>
        </w:rPr>
        <w:t>Theatre leads the way:</w:t>
      </w:r>
      <w:r>
        <w:t xml:space="preserve"> Queer comedy, historic drama, Shakespeare and big touring musicals fill venues across the Bay Area.</w:t>
      </w:r>
      <w:r/>
    </w:p>
    <w:p>
      <w:pPr>
        <w:pStyle w:val="ListBullet"/>
        <w:spacing w:line="240" w:lineRule="auto"/>
        <w:ind w:left="720"/>
      </w:pPr>
      <w:r/>
      <w:r>
        <w:rPr>
          <w:b/>
        </w:rPr>
        <w:t>Halloween is getting theatrical:</w:t>
      </w:r>
      <w:r>
        <w:t xml:space="preserve"> Expect burlesque, acrobatics, immersive scares and costume-friendly nights.</w:t>
      </w:r>
      <w:r/>
    </w:p>
    <w:p>
      <w:pPr>
        <w:pStyle w:val="ListBullet"/>
        <w:spacing w:line="240" w:lineRule="auto"/>
        <w:ind w:left="720"/>
      </w:pPr>
      <w:r/>
      <w:r>
        <w:rPr>
          <w:b/>
        </w:rPr>
        <w:t>Local history takes centre stage:</w:t>
      </w:r>
      <w:r>
        <w:t xml:space="preserve"> </w:t>
      </w:r>
      <w:r>
        <w:rPr>
          <w:i/>
        </w:rPr>
        <w:t>Compton’s Cafeteria Riot</w:t>
      </w:r>
      <w:r>
        <w:t xml:space="preserve"> revisits a pivotal 1966 trans and drag uprising in a recreated diner.</w:t>
      </w:r>
      <w:r/>
    </w:p>
    <w:p>
      <w:pPr>
        <w:pStyle w:val="ListBullet"/>
        <w:spacing w:line="240" w:lineRule="auto"/>
        <w:ind w:left="720"/>
      </w:pPr>
      <w:r/>
      <w:r>
        <w:rPr>
          <w:b/>
        </w:rPr>
        <w:t>Music spans the spectrum:</w:t>
      </w:r>
      <w:r>
        <w:t xml:space="preserve"> From cabaret and jazz to classical concerts and live tribute acts, there’s something for almost every mood.</w:t>
      </w:r>
      <w:r/>
    </w:p>
    <w:p>
      <w:pPr>
        <w:pStyle w:val="ListBullet"/>
        <w:spacing w:line="240" w:lineRule="auto"/>
        <w:ind w:left="720"/>
      </w:pPr>
      <w:r/>
      <w:r>
        <w:rPr>
          <w:b/>
        </w:rPr>
        <w:t>Plan ahead:</w:t>
      </w:r>
      <w:r>
        <w:t xml:space="preserve"> Prices, dates and availability vary widely, so check the venue before travelling.</w:t>
      </w:r>
      <w:r/>
      <w:r/>
    </w:p>
    <w:p>
      <w:pPr>
        <w:pStyle w:val="Heading2"/>
      </w:pPr>
      <w:r>
        <w:t>San Francisco’s autumn theatre calendar is unusually packed</w:t>
      </w:r>
      <w:r/>
    </w:p>
    <w:p>
      <w:r/>
      <w:r>
        <w:t xml:space="preserve">The strongest reason to go out this autumn may be the sheer variety on offer. Theatre Rhinoceros hosts local writer and comedian Baruch Porras-Hernandez in </w:t>
      </w:r>
      <w:r>
        <w:rPr>
          <w:i/>
        </w:rPr>
        <w:t>Terrifying Immigrant Takes the Form of a Soft, Chubby Bear</w:t>
      </w:r>
      <w:r>
        <w:t>, a title that promises both tenderness and a little menace. Meanwhile, Bay Area Theatre Sports keeps audiences guessing with fast-moving improv, including musical formats, at Fort Mason.</w:t>
      </w:r>
      <w:r/>
    </w:p>
    <w:p>
      <w:r/>
      <w:r>
        <w:t xml:space="preserve">For a bigger, louder night, </w:t>
      </w:r>
      <w:r>
        <w:rPr>
          <w:i/>
        </w:rPr>
        <w:t>Big Gay Halloween</w:t>
      </w:r>
      <w:r>
        <w:t xml:space="preserve"> combines acrobatics, burlesque and seasonal spectacle at Great Start Theater. Costumes are encouraged, which is helpful if your wardrobe already has a dramatic streak. Theatre Rhinoceros, Bay Area Theatre Sports and Great Start Theater list current dates, prices and ticket details on their own sites.</w:t>
      </w:r>
      <w:r/>
    </w:p>
    <w:p>
      <w:r/>
      <w:r>
        <w:t xml:space="preserve">History is just as prominent. </w:t>
      </w:r>
      <w:r>
        <w:rPr>
          <w:i/>
        </w:rPr>
        <w:t>Compton’s Cafeteria Riot</w:t>
      </w:r>
      <w:r>
        <w:t xml:space="preserve"> recreates the 1966 uprising of trans and drag people in a diner setting, with breakfast served as part of the experience. The Tenderloin Museum’s production has now become a substantial local fixture, and its intimate format makes the past feel close enough to touch.</w:t>
      </w:r>
      <w:r/>
    </w:p>
    <w:p>
      <w:pPr>
        <w:pStyle w:val="Heading2"/>
      </w:pPr>
      <w:r>
        <w:t>Big productions bring familiar stories back to life</w:t>
      </w:r>
      <w:r/>
    </w:p>
    <w:p>
      <w:r/>
      <w:r>
        <w:t xml:space="preserve">The wider Bay Area is also serving up recognisable titles with fresh energy. Berkeley Repertory Theatre presents Eduardo Machado’s </w:t>
      </w:r>
      <w:r>
        <w:rPr>
          <w:i/>
        </w:rPr>
        <w:t>The Cook</w:t>
      </w:r>
      <w:r>
        <w:t xml:space="preserve">, a sharply observed drama set in Havana after the Cuban revolution, while Club Fugazi continues </w:t>
      </w:r>
      <w:r>
        <w:rPr>
          <w:i/>
        </w:rPr>
        <w:t>Dear San Francisco</w:t>
      </w:r>
      <w:r>
        <w:t>, the acrobatic love letter to the city that has become one of its signature shows.</w:t>
      </w:r>
      <w:r/>
    </w:p>
    <w:p>
      <w:r/>
      <w:r>
        <w:t xml:space="preserve">Fans of gothic drama can head to Mountain View for </w:t>
      </w:r>
      <w:r>
        <w:rPr>
          <w:i/>
        </w:rPr>
        <w:t>Dracula</w:t>
      </w:r>
      <w:r>
        <w:t xml:space="preserve">, while Shakespeare appears in several forms, including </w:t>
      </w:r>
      <w:r>
        <w:rPr>
          <w:i/>
        </w:rPr>
        <w:t>King Lear</w:t>
      </w:r>
      <w:r>
        <w:t xml:space="preserve"> at Z Space and </w:t>
      </w:r>
      <w:r>
        <w:rPr>
          <w:i/>
        </w:rPr>
        <w:t>MacBeth</w:t>
      </w:r>
      <w:r>
        <w:t xml:space="preserve"> in Hayward. There’s also plenty of musical comedy, from </w:t>
      </w:r>
      <w:r>
        <w:rPr>
          <w:i/>
        </w:rPr>
        <w:t>Gutenberg! The Musical!</w:t>
      </w:r>
      <w:r>
        <w:t xml:space="preserve"> in Foster City to </w:t>
      </w:r>
      <w:r>
        <w:rPr>
          <w:i/>
        </w:rPr>
        <w:t>Legally Blonde The Musical</w:t>
      </w:r>
      <w:r>
        <w:t xml:space="preserve"> in Berkeley and </w:t>
      </w:r>
      <w:r>
        <w:rPr>
          <w:i/>
        </w:rPr>
        <w:t>Little Shop of Horrors</w:t>
      </w:r>
      <w:r>
        <w:t xml:space="preserve"> at New Conservatory Theatre Center.</w:t>
      </w:r>
      <w:r/>
    </w:p>
    <w:p>
      <w:r/>
      <w:r>
        <w:t xml:space="preserve">For a polished West End-style evening, the touring productions of </w:t>
      </w:r>
      <w:r>
        <w:rPr>
          <w:i/>
        </w:rPr>
        <w:t>The Phantom of the Opera</w:t>
      </w:r>
      <w:r>
        <w:t xml:space="preserve"> and </w:t>
      </w:r>
      <w:r>
        <w:rPr>
          <w:i/>
        </w:rPr>
        <w:t>Oh. Mary!</w:t>
      </w:r>
      <w:r>
        <w:t xml:space="preserve"> offer very different kinds of spectacle. The former brings lavish musical theatre to San Jose, while the latter leans into deliberately outrageous comedy, with Alaska Thunderf*ck leading the first US touring company.</w:t>
      </w:r>
      <w:r/>
    </w:p>
    <w:p>
      <w:pPr>
        <w:pStyle w:val="Heading2"/>
      </w:pPr>
      <w:r>
        <w:t>Queer community events offer more than a night out</w:t>
      </w:r>
      <w:r/>
    </w:p>
    <w:p>
      <w:r/>
      <w:r>
        <w:t>Not every good plan needs a stage and a ticket. Community spaces across San Francisco and Oakland are hosting talks, exhibitions, screenings and gatherings that create room for conversation as well as entertainment.</w:t>
      </w:r>
      <w:r/>
    </w:p>
    <w:p>
      <w:r/>
      <w:r>
        <w:t xml:space="preserve">The Jewish Community Center of San Francisco’s </w:t>
      </w:r>
      <w:r>
        <w:rPr>
          <w:i/>
        </w:rPr>
        <w:t>Here-ish &amp; Queerish</w:t>
      </w:r>
      <w:r>
        <w:t xml:space="preserve"> evening celebrates Queer Jewish life through Shabbat, storytelling, poetry, music, comedy, food and drinks. It’s designed as much for meeting people as for watching a performance, making it a natural choice if you’d rather not spend the evening sitting quietly in the dark.</w:t>
      </w:r>
      <w:r/>
    </w:p>
    <w:p>
      <w:r/>
      <w:r>
        <w:t xml:space="preserve">The SF LGBT Center is also highlighting local queer sports history, alongside wellness programming, workshops and health-focused events. Meanwhile, KALW’s </w:t>
      </w:r>
      <w:r>
        <w:rPr>
          <w:i/>
        </w:rPr>
        <w:t>Queer Power Hour</w:t>
      </w:r>
      <w:r>
        <w:t xml:space="preserve"> revisits historic radio material and explores LGBTQ history through new audio work. These events offer a useful reminder that San Francisco’s cultural calendar isn’t only about nightlife; it’s also about memory, care and connection.</w:t>
      </w:r>
      <w:r/>
    </w:p>
    <w:p>
      <w:pPr>
        <w:pStyle w:val="Heading2"/>
      </w:pPr>
      <w:r>
        <w:t>Dance, film and galleries add a creative detour</w:t>
      </w:r>
      <w:r/>
    </w:p>
    <w:p>
      <w:r/>
      <w:r>
        <w:t xml:space="preserve">Dance fans have several reasons to cross the Bay. Dimensions Dance Theatre marks its 54th season with </w:t>
      </w:r>
      <w:r>
        <w:rPr>
          <w:i/>
        </w:rPr>
        <w:t>Power Memory Freedom Joy</w:t>
      </w:r>
      <w:r>
        <w:t xml:space="preserve">, while Margaret Jenkins Dance Company launches its latest season with </w:t>
      </w:r>
      <w:r>
        <w:rPr>
          <w:i/>
        </w:rPr>
        <w:t>Foolish Fires</w:t>
      </w:r>
      <w:r>
        <w:t>, a collaboration involving poetry, visual design and new choreography. Smuin Contemporary Ballet’s autumn programme mixes a world premiere with established works, including pieces by Amy Seiwert and Michael Smuin.</w:t>
      </w:r>
      <w:r/>
    </w:p>
    <w:p>
      <w:r/>
      <w:r>
        <w:t xml:space="preserve">Film provides a different kind of shared experience. Barry Bostwick appears at a 50th-anniversary screening of </w:t>
      </w:r>
      <w:r>
        <w:rPr>
          <w:i/>
        </w:rPr>
        <w:t>The Rocky Horror Picture Show</w:t>
      </w:r>
      <w:r>
        <w:t xml:space="preserve"> at the Curran, complete with a shadow cast, costume contest and memorabilia. Frameline’s autumn programme continues the city’s long tradition of queer cinema, with screenings spread across several venues.</w:t>
      </w:r>
      <w:r/>
    </w:p>
    <w:p>
      <w:r/>
      <w:r>
        <w:t xml:space="preserve">For a slower afternoon, galleries and museums offer plenty of texture. The GLBT Historical Society Museum presents Aleo Landeta’s queer and trans-focused exhibition </w:t>
      </w:r>
      <w:r>
        <w:rPr>
          <w:i/>
        </w:rPr>
        <w:t>Where We Made Room</w:t>
      </w:r>
      <w:r>
        <w:t>, while Queer Arts Featured combines gallery programming with a shop and community space. The Bob Mizer Museum and Photographic Archives, meanwhile, explores the history of male physique photography and erotica.</w:t>
      </w:r>
      <w:r/>
    </w:p>
    <w:p>
      <w:pPr>
        <w:pStyle w:val="Heading2"/>
      </w:pPr>
      <w:r>
        <w:t>Choose your nightlife mood before you leave home</w:t>
      </w:r>
      <w:r/>
    </w:p>
    <w:p>
      <w:r/>
      <w:r>
        <w:t>San Francisco’s bars and clubs remain the easiest route to an unplanned adventure, but the city’s venues suit very different evenings. Beaux is the full-volume option, with drag, dance parties and themed nights, while The Cafe offers a mix of dancing, lounge space and drag performances in the Castro. If you prefer conversation with your cocktail, Twin Peaks Tavern and Moby Dick provide a more classic neighbourhood-bar feel.</w:t>
      </w:r>
      <w:r/>
    </w:p>
    <w:p>
      <w:r/>
      <w:r>
        <w:t>The Mission and SoMa bring their own flavour. El Rio offers a spacious outdoor patio and a busy programme of LGBTQ events, while Oasis continues its run of drag shows, parody productions and late-night parties. The Stud, now established in its new home, combines drag, guest DJs and regular themed nights.</w:t>
      </w:r>
      <w:r/>
    </w:p>
    <w:p>
      <w:r/>
      <w:r>
        <w:t>Oakland is well worth the short trip, too. Fluid510, White Horse Bar and Town Lounge each offer different takes on queer nightlife, from dancing and drag to a more relaxed cocktail-bar atmosphere. And if you’re feeling adventurous, Sundance Saloon’s country dancing proves that nightlife doesn’t have to mean standing still under flashing lights.</w:t>
      </w:r>
      <w:r/>
    </w:p>
    <w:p>
      <w:pPr>
        <w:pStyle w:val="Heading2"/>
      </w:pPr>
      <w:r>
        <w:t>How to plan a smoother autumn evening</w:t>
      </w:r>
      <w:r/>
    </w:p>
    <w:p>
      <w:r/>
      <w:r>
        <w:t>Start by checking the venue’s official listing before setting off. Prices can vary dramatically, particularly for touring productions, and some events have limited runs or different schedules on weekends. It’s also worth allowing extra time for queues, costume changes and the occasional Bay Area journey that takes longer than expected.</w:t>
      </w:r>
      <w:r/>
    </w:p>
    <w:p>
      <w:r/>
      <w:r>
        <w:t>For a multi-stop night, group venues by neighbourhood rather than trying to cross the city between every event. The Castro, SoMa, the Mission and downtown all offer clusters of bars, theatres and galleries, so you can build a flexible evening around one area.</w:t>
      </w:r>
      <w:r/>
    </w:p>
    <w:p>
      <w:r/>
      <w:r>
        <w:t>Most importantly, choose the atmosphere you actually want. A historic performance, a loud drag night, a gallery opening and an immersive horror show can all be excellent, but they’re very different experiences. Your ideal autumn plan might be a thoughtful play followed by cocktails, or it might be sequins, screaming and a late-night dance floor.</w:t>
      </w:r>
      <w:r/>
    </w:p>
    <w:p>
      <w:r/>
      <w:r>
        <w:t>Make space for the unexpected, because San Francisco’s best nights often begin with one small detour.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[4]</w:t>
        </w:r>
      </w:hyperlink>
      <w:r>
        <w:t xml:space="preserve">- Paragraph 17: </w:t>
      </w:r>
      <w:hyperlink r:id="rId11">
        <w:r>
          <w:rPr>
            <w:color w:val="0000EE"/>
            <w:u w:val="single"/>
          </w:rPr>
          <w:t>[3]</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2">
        <w:r>
          <w:rPr>
            <w:color w:val="0000EE"/>
            <w:u w:val="single"/>
          </w:rPr>
          <w:t>[4]</w:t>
        </w:r>
      </w:hyperlink>
      <w:r>
        <w:t xml:space="preserve">, </w:t>
      </w:r>
      <w:hyperlink r:id="rId13">
        <w:r>
          <w:rPr>
            <w:color w:val="0000EE"/>
            <w:u w:val="single"/>
          </w:rPr>
          <w:t>[5]</w:t>
        </w:r>
      </w:hyperlink>
      <w:r>
        <w:t xml:space="preserve">- Paragraph 21: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https://www.ebar.com/story/170988/</w:t>
        </w:r>
      </w:hyperlink>
      <w:r>
        <w:t xml:space="preserve"> - Please view link - unable to able to access data</w:t>
      </w:r>
      <w:r/>
    </w:p>
    <w:p>
      <w:pPr>
        <w:pStyle w:val="ListNumber"/>
        <w:spacing w:line="240" w:lineRule="auto"/>
        <w:ind w:left="720"/>
      </w:pPr>
      <w:r/>
      <w:hyperlink r:id="rId10">
        <w:r>
          <w:rPr>
            <w:color w:val="0000EE"/>
            <w:u w:val="single"/>
          </w:rPr>
          <w:t>https://www.therhino.org/</w:t>
        </w:r>
      </w:hyperlink>
      <w:r>
        <w:t xml:space="preserve"> - Theatre Rhinoceros, located at 4229 18th Street in San Francisco, is the nation's longest-running queer theatre company. They are set to host Baruch Porras-Hernandez's solo performance, 'Terrifying Immigrant Takes the Form of a Soft, Chubby Bear,' from October 16 to 18, 2026. The show blends poetry, comedy, and galactic piñatas to celebrate the tenacity of the immigrant spirit. Tickets are available on their website.</w:t>
      </w:r>
      <w:r/>
    </w:p>
    <w:p>
      <w:pPr>
        <w:pStyle w:val="ListNumber"/>
        <w:spacing w:line="240" w:lineRule="auto"/>
        <w:ind w:left="720"/>
      </w:pPr>
      <w:r/>
      <w:hyperlink r:id="rId11">
        <w:r>
          <w:rPr>
            <w:color w:val="0000EE"/>
            <w:u w:val="single"/>
          </w:rPr>
          <w:t>https://www.improv.org/shows/</w:t>
        </w:r>
      </w:hyperlink>
      <w:r>
        <w:t xml:space="preserve"> - BATS Improv, formerly known as Bay Area Theatresports, is a non-profit improvisational theatre company based in San Francisco. Founded in 1986, they perform at the Bayfront Theatre, located at Fort Mason Center, 2 Marina Blvd., Bldg. B, 3rd floor. BATS offers a variety of improvised comic shows, including musicals, with tickets starting at $12. Their performances are known for engaging audiences with spontaneous storytelling and humour.</w:t>
      </w:r>
      <w:r/>
    </w:p>
    <w:p>
      <w:pPr>
        <w:pStyle w:val="ListNumber"/>
        <w:spacing w:line="240" w:lineRule="auto"/>
        <w:ind w:left="720"/>
      </w:pPr>
      <w:r/>
      <w:hyperlink r:id="rId12">
        <w:r>
          <w:rPr>
            <w:color w:val="0000EE"/>
            <w:u w:val="single"/>
          </w:rPr>
          <w:t>https://tickets.greatstartheater.org/events/greatstartheater/2281872</w:t>
        </w:r>
      </w:hyperlink>
      <w:r>
        <w:t xml:space="preserve"> - Great Start Theater is hosting 'Big Gay Halloween,' a festive variety show featuring acrobats, burlesque, and a spooky theme. The event runs from October 8 to 22, 2026, at 636 Jackson Street. Attendees are encouraged to wear costumes. Tickets range from $45 to $87.50 and can be purchased through the provided link.</w:t>
      </w:r>
      <w:r/>
    </w:p>
    <w:p>
      <w:pPr>
        <w:pStyle w:val="ListNumber"/>
        <w:spacing w:line="240" w:lineRule="auto"/>
        <w:ind w:left="720"/>
      </w:pPr>
      <w:r/>
      <w:hyperlink r:id="rId13">
        <w:r>
          <w:rPr>
            <w:color w:val="0000EE"/>
            <w:u w:val="single"/>
          </w:rPr>
          <w:t>https://www.tenderloinmuseum.org/the-comptons-cafeteria-riot-play</w:t>
        </w:r>
      </w:hyperlink>
      <w:r>
        <w:t xml:space="preserve"> - The Tenderloin Museum presents 'Compton’s Cafeteria Riot,' a dramatic recreation of the historic 1966 uprising by trans and drag individuals. The play is set in a recreated diner, with breakfast served during performances. It has been extended through October 2026 and is held at 835 Larkin Street. Tickets are priced at $75 for Friday and Saturday 7pm shows.</w:t>
      </w:r>
      <w:r/>
    </w:p>
    <w:p>
      <w:pPr>
        <w:pStyle w:val="ListNumber"/>
        <w:spacing w:line="240" w:lineRule="auto"/>
        <w:ind w:left="720"/>
      </w:pPr>
      <w:r/>
      <w:hyperlink r:id="rId14">
        <w:r>
          <w:rPr>
            <w:color w:val="0000EE"/>
            <w:u w:val="single"/>
          </w:rPr>
          <w:t>https://www.berkeleyrep.org/</w:t>
        </w:r>
      </w:hyperlink>
      <w:r>
        <w:t xml:space="preserve"> - Berkeley Repertory Theatre is showcasing 'The Cook,' a sharply funny drama by Eduardo Machado. The play revolves around a cook who maintains a house in Havana, Cuba, after the wealthy owners fled during the Castro revolution. Performances are running through October 11, 2026, at 2025 Addison Street. Tickets range from $25 to $137 and can be purchased on their website.</w:t>
      </w:r>
      <w:r/>
    </w:p>
    <w:p>
      <w:pPr>
        <w:pStyle w:val="ListNumber"/>
        <w:spacing w:line="240" w:lineRule="auto"/>
        <w:ind w:left="720"/>
      </w:pPr>
      <w:r/>
      <w:hyperlink r:id="rId15">
        <w:r>
          <w:rPr>
            <w:color w:val="0000EE"/>
            <w:u w:val="single"/>
          </w:rPr>
          <w:t>https://www.clubfugazisf.com/</w:t>
        </w:r>
      </w:hyperlink>
      <w:r>
        <w:t xml:space="preserve"> - Club Fugazi is hosting 'Dear San Francisco,' a high-flying acrobatics show by The 7 Fingers. The performance pays homage to the city and celebrates its fifth anniversary. Tickets are priced between $87 and $200. The show is held at 678 Green Street, San Francisco, and tickets can be purchased through their official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0988/" TargetMode="External"/><Relationship Id="rId10" Type="http://schemas.openxmlformats.org/officeDocument/2006/relationships/hyperlink" Target="https://www.therhino.org/" TargetMode="External"/><Relationship Id="rId11" Type="http://schemas.openxmlformats.org/officeDocument/2006/relationships/hyperlink" Target="https://www.improv.org/shows/" TargetMode="External"/><Relationship Id="rId12" Type="http://schemas.openxmlformats.org/officeDocument/2006/relationships/hyperlink" Target="https://tickets.greatstartheater.org/events/greatstartheater/2281872" TargetMode="External"/><Relationship Id="rId13" Type="http://schemas.openxmlformats.org/officeDocument/2006/relationships/hyperlink" Target="https://www.tenderloinmuseum.org/the-comptons-cafeteria-riot-play" TargetMode="External"/><Relationship Id="rId14" Type="http://schemas.openxmlformats.org/officeDocument/2006/relationships/hyperlink" Target="https://www.berkeleyrep.org/" TargetMode="External"/><Relationship Id="rId15" Type="http://schemas.openxmlformats.org/officeDocument/2006/relationships/hyperlink" Target="https://www.clubfugazisf.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