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on Paradise guide for Las Vegas LGBTQ travellers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locals are heading to Las Vegas’ historic Fruit Loop for Pride on Paradise, a lively October weekend blending drag, music, nightlife and community history. Running from 9 to 11 October, the celebration matters because it turns a once-targeted LGBTQ district into a welcoming, year-round gathering place.</w:t>
      </w:r>
      <w:r/>
    </w:p>
    <w:p>
      <w:pPr>
        <w:pStyle w:val="Heading2"/>
      </w:pPr>
      <w:r>
        <w:t>Essential Takeaways</w:t>
      </w:r>
      <w:r/>
      <w:r/>
    </w:p>
    <w:p>
      <w:pPr>
        <w:pStyle w:val="ListBullet"/>
        <w:spacing w:line="240" w:lineRule="auto"/>
        <w:ind w:left="720"/>
      </w:pPr>
      <w:r/>
      <w:r>
        <w:rPr>
          <w:b/>
        </w:rPr>
        <w:t>Three-day celebration:</w:t>
      </w:r>
      <w:r>
        <w:t xml:space="preserve"> Pride on Paradise runs from 9 to 11 October, with performances, vendors, parties and community events.</w:t>
      </w:r>
      <w:r/>
    </w:p>
    <w:p>
      <w:pPr>
        <w:pStyle w:val="ListBullet"/>
        <w:spacing w:line="240" w:lineRule="auto"/>
        <w:ind w:left="720"/>
      </w:pPr>
      <w:r/>
      <w:r>
        <w:rPr>
          <w:b/>
        </w:rPr>
        <w:t>Free block party:</w:t>
      </w:r>
      <w:r>
        <w:t xml:space="preserve"> The headline outdoor gathering takes place on 10 October from 5pm in the Fruit Loop.</w:t>
      </w:r>
      <w:r/>
    </w:p>
    <w:p>
      <w:pPr>
        <w:pStyle w:val="ListBullet"/>
        <w:spacing w:line="240" w:lineRule="auto"/>
        <w:ind w:left="720"/>
      </w:pPr>
      <w:r/>
      <w:r>
        <w:rPr>
          <w:b/>
        </w:rPr>
        <w:t>Historic setting:</w:t>
      </w:r>
      <w:r>
        <w:t xml:space="preserve"> Nevada has officially recognised the Fruit Loop as a historical landmark.</w:t>
      </w:r>
      <w:r/>
    </w:p>
    <w:p>
      <w:pPr>
        <w:pStyle w:val="ListBullet"/>
        <w:spacing w:line="240" w:lineRule="auto"/>
        <w:ind w:left="720"/>
      </w:pPr>
      <w:r/>
      <w:r>
        <w:rPr>
          <w:b/>
        </w:rPr>
        <w:t>More than nightlife:</w:t>
      </w:r>
      <w:r>
        <w:t xml:space="preserve"> The weekend highlights LGBTQ businesses, performers, allies and local history.</w:t>
      </w:r>
      <w:r/>
    </w:p>
    <w:p>
      <w:pPr>
        <w:pStyle w:val="ListBullet"/>
        <w:spacing w:line="240" w:lineRule="auto"/>
        <w:ind w:left="720"/>
      </w:pPr>
      <w:r/>
      <w:r>
        <w:rPr>
          <w:b/>
        </w:rPr>
        <w:t>October advantage:</w:t>
      </w:r>
      <w:r>
        <w:t xml:space="preserve"> Las Vegas Pride events are held in autumn, when temperatures are kinder than in June.</w:t>
      </w:r>
      <w:r/>
      <w:r/>
    </w:p>
    <w:p>
      <w:pPr>
        <w:pStyle w:val="Heading2"/>
      </w:pPr>
      <w:r>
        <w:t>From police raids to a proud Las Vegas landmark</w:t>
      </w:r>
      <w:r/>
    </w:p>
    <w:p>
      <w:r/>
      <w:r>
        <w:t>The Fruit Loop's transformation is impossible to miss. What was once associated with police harassment and fear is now a bright, noisy stretch of LGBTQ bars, shops and performance spaces, alive with music and the soft shimmer of nightlife.</w:t>
      </w:r>
      <w:r/>
    </w:p>
    <w:p>
      <w:r/>
      <w:r>
        <w:t>Las Vegas Weekly traces that change through the story of Wes Miller, owner of Get Booked, the city's longest-running LGBTQ retailer. Miller says he was arrested in 1992 during a police round-up, shortly before Nevada repealed its anti-sodomy law. The experience pushed him towards community activism rather than silence.</w:t>
      </w:r>
      <w:r/>
    </w:p>
    <w:p>
      <w:r/>
      <w:r>
        <w:t>A year later, he bought Bright Pink Literature and renamed it Get Booked. According to Outxout, the shop remains a notable LGBTQ venue in Las Vegas, having grown beyond books into clothing, gifts, jewellery and adult products. It also represents something less tangible but just as important: a place where visitors can browse without explaining themselves.</w:t>
      </w:r>
      <w:r/>
    </w:p>
    <w:p>
      <w:pPr>
        <w:pStyle w:val="Heading2"/>
      </w:pPr>
      <w:r>
        <w:t>Pride on Paradise gives the Fruit Loop a bigger stage</w:t>
      </w:r>
      <w:r/>
    </w:p>
    <w:p>
      <w:r/>
      <w:r>
        <w:t>Pride on Paradise grew from National Coming Out Day gatherings that began as small parking-lot parties in the early 2000s. Today, the event has a much broader footprint, with Gipsy, Get Booked, Piranha and Quadz helping bring together entertainment, nightlife and local businesses.</w:t>
      </w:r>
      <w:r/>
    </w:p>
    <w:p>
      <w:r/>
      <w:r>
        <w:t>The official Pride on Paradise website presents the Fruit Loop as the centre of Las Vegas' LGBTQ nightlife and community culture. That makes the weekend feel less like a standalone festival and more like an open invitation to explore the district itself.</w:t>
      </w:r>
      <w:r/>
    </w:p>
    <w:p>
      <w:r/>
      <w:r>
        <w:t>The main block party is free, takes place on 10 October from 5pm and is designed to welcome both regulars and first-time visitors. FOX5 Las Vegas also reported that the celebration would return for a three-day run in the historic district, adding momentum to an event that's quickly becoming part of the city's annual calendar.</w:t>
      </w:r>
      <w:r/>
    </w:p>
    <w:p>
      <w:pPr>
        <w:pStyle w:val="Heading2"/>
      </w:pPr>
      <w:r>
        <w:t>Expect drag royalty, live performances and late nights</w:t>
      </w:r>
      <w:r/>
    </w:p>
    <w:p>
      <w:r/>
      <w:r>
        <w:t>The entertainment is a major draw. This year's line-up includes drag performers Roxxxy Andrews, Mistress Isabelle Brooks, Adore Delano and Yvie Oddly, alongside further acts and after-hours events.</w:t>
      </w:r>
      <w:r/>
    </w:p>
    <w:p>
      <w:r/>
      <w:r>
        <w:t>That mix gives Pride on Paradise a distinctly Las Vegas flavour. There are polished stage shows, big personalities and the kind of glittering spectacle visitors expect from the Strip, but the setting is more intimate and community-focused. You can move from a performance to a bar, shop or food stop without losing the thread of the evening.</w:t>
      </w:r>
      <w:r/>
    </w:p>
    <w:p>
      <w:r/>
      <w:r>
        <w:t>The event's official information highlights performances, vendors and nightlife across the weekend. If you're planning to attend, comfortable shoes are a sensible choice, and it's worth checking individual venues for age limits, ticket requirements and late-night schedules before setting off.</w:t>
      </w:r>
      <w:r/>
    </w:p>
    <w:p>
      <w:pPr>
        <w:pStyle w:val="Heading2"/>
      </w:pPr>
      <w:r>
        <w:t>Why October is the right month for Las Vegas Pride</w:t>
      </w:r>
      <w:r/>
    </w:p>
    <w:p>
      <w:r/>
      <w:r>
        <w:t>Las Vegas celebrates Pride in October rather than June, partly to avoid the punishing summer heat and partly because the month coincides with LGBTQ History Month. That timing makes outdoor events easier to enjoy, especially when a party involves walking between venues.</w:t>
      </w:r>
      <w:r/>
    </w:p>
    <w:p>
      <w:r/>
      <w:r>
        <w:t>The city's wider Pride programme includes the Las Vegas Pride Parade on 9 October, followed by the Pride Festival at Desert Breeze Event Center on 17 October. Pride on Paradise therefore sits within a larger run of events rather than standing alone.</w:t>
      </w:r>
      <w:r/>
    </w:p>
    <w:p>
      <w:r/>
      <w:r>
        <w:t>For travellers, that creates an easy long-weekend plan: take in the parade, spend an evening around the Fruit Loop and leave time for the festival the following week. Unleash Vegas' LGBTQ guide also places the district within the broader context of the city's LGBTQ-friendly hotels, bars and attractions.</w:t>
      </w:r>
      <w:r/>
    </w:p>
    <w:p>
      <w:pPr>
        <w:pStyle w:val="Heading2"/>
      </w:pPr>
      <w:r>
        <w:t>A celebration with memory behind the glitter</w:t>
      </w:r>
      <w:r/>
    </w:p>
    <w:p>
      <w:r/>
      <w:r>
        <w:t>The most meaningful part of Pride on Paradise may be its reminder that visibility wasn't always safe or straightforward. Local organisers want younger visitors, including those still questioning their identity, to see successful LGBTQ businesses, performers and allies occupying public space confidently.</w:t>
      </w:r>
      <w:r/>
    </w:p>
    <w:p>
      <w:r/>
      <w:r>
        <w:t>That message lands because the Fruit Loop's history is still close to the surface. Las Vegas Weekly describes how business owners helped turn modest, sometimes run-down venues into more welcoming and ambitious spaces, while the district's historical recognition gives that progress a formal marker.</w:t>
      </w:r>
      <w:r/>
    </w:p>
    <w:p>
      <w:r/>
      <w:r>
        <w:t>There's plenty of sparkle, naturally. But underneath the sequins is a simple promise: the community is still here, still creating, and no longer asking permission to be seen.</w:t>
      </w:r>
      <w:r/>
    </w:p>
    <w:p>
      <w:r/>
      <w:r>
        <w:t>If you're visiting, explore the event with curiosity, support local venues and make room for the history behind the party.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11">
        <w:r>
          <w:rPr>
            <w:color w:val="0000EE"/>
            <w:u w:val="single"/>
          </w:rPr>
          <w:t>[7]</w:t>
        </w:r>
      </w:hyperlink>
      <w:r>
        <w:t xml:space="preserve">, </w:t>
      </w:r>
      <w:hyperlink r:id="rId12">
        <w:r>
          <w:rPr>
            <w:color w:val="0000EE"/>
            <w:u w:val="single"/>
          </w:rPr>
          <w:t>[4]</w:t>
        </w:r>
      </w:hyperlink>
      <w:r>
        <w:t xml:space="preserve">- Paragraph 4: </w:t>
      </w:r>
      <w:hyperlink r:id="rId13">
        <w:r>
          <w:rPr>
            <w:color w:val="0000EE"/>
            <w:u w:val="single"/>
          </w:rPr>
          <w:t>[3]</w:t>
        </w:r>
      </w:hyperlink>
      <w:r>
        <w:t xml:space="preserve">, </w:t>
      </w:r>
      <w:hyperlink r:id="rId10">
        <w:r>
          <w:rPr>
            <w:color w:val="0000EE"/>
            <w:u w:val="single"/>
          </w:rPr>
          <w:t>[6]</w:t>
        </w:r>
      </w:hyperlink>
      <w:r>
        <w:t xml:space="preserve">- Paragraph 5: </w:t>
      </w:r>
      <w:hyperlink r:id="rId13">
        <w:r>
          <w:rPr>
            <w:color w:val="0000EE"/>
            <w:u w:val="single"/>
          </w:rPr>
          <w:t>[3]</w:t>
        </w:r>
      </w:hyperlink>
      <w:r>
        <w:t xml:space="preserve">, </w:t>
      </w:r>
      <w:hyperlink r:id="rId12">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[6]</w:t>
        </w:r>
      </w:hyperlink>
      <w:r>
        <w:t xml:space="preserve">- Paragraph 7: </w:t>
      </w:r>
      <w:hyperlink r:id="rId13">
        <w:r>
          <w:rPr>
            <w:color w:val="0000EE"/>
            <w:u w:val="single"/>
          </w:rPr>
          <w:t>[3]</w:t>
        </w:r>
      </w:hyperlink>
      <w:r>
        <w:t xml:space="preserve">, </w:t>
      </w:r>
      <w:hyperlink r:id="rId10">
        <w:r>
          <w:rPr>
            <w:color w:val="0000EE"/>
            <w:u w:val="single"/>
          </w:rPr>
          <w:t>[6]</w:t>
        </w:r>
      </w:hyperlink>
      <w:r>
        <w:t xml:space="preserve">- Paragraph 8: </w:t>
      </w:r>
      <w:hyperlink r:id="rId9">
        <w:r>
          <w:rPr>
            <w:color w:val="0000EE"/>
            <w:u w:val="single"/>
          </w:rPr>
          <w:t>[2]</w:t>
        </w:r>
      </w:hyperlink>
      <w:r>
        <w:t xml:space="preserve">, </w:t>
      </w:r>
      <w:hyperlink r:id="rId13">
        <w:r>
          <w:rPr>
            <w:color w:val="0000EE"/>
            <w:u w:val="single"/>
          </w:rPr>
          <w:t>[3]</w:t>
        </w:r>
      </w:hyperlink>
      <w:r>
        <w:t xml:space="preserve">- Paragraph 9: </w:t>
      </w:r>
      <w:hyperlink r:id="rId14">
        <w:r>
          <w:rPr>
            <w:color w:val="0000EE"/>
            <w:u w:val="single"/>
          </w:rPr>
          <w:t>[5]</w:t>
        </w:r>
      </w:hyperlink>
      <w:r>
        <w:t xml:space="preserve">, </w:t>
      </w:r>
      <w:hyperlink r:id="rId10">
        <w:r>
          <w:rPr>
            <w:color w:val="0000EE"/>
            <w:u w:val="single"/>
          </w:rPr>
          <w:t>[6]</w:t>
        </w:r>
      </w:hyperlink>
      <w:r>
        <w:t xml:space="preserve">- Paragraph 10: </w:t>
      </w:r>
      <w:hyperlink r:id="rId14">
        <w:r>
          <w:rPr>
            <w:color w:val="0000EE"/>
            <w:u w:val="single"/>
          </w:rPr>
          <w:t>[5]</w:t>
        </w:r>
      </w:hyperlink>
      <w:r>
        <w:t xml:space="preserve">, </w:t>
      </w:r>
      <w:hyperlink r:id="rId9">
        <w:r>
          <w:rPr>
            <w:color w:val="0000EE"/>
            <w:u w:val="single"/>
          </w:rPr>
          <w:t>[2]</w:t>
        </w:r>
      </w:hyperlink>
      <w:r>
        <w:t xml:space="preserve">- Paragraph 11: </w:t>
      </w:r>
      <w:hyperlink r:id="rId9">
        <w:r>
          <w:rPr>
            <w:color w:val="0000EE"/>
            <w:u w:val="single"/>
          </w:rPr>
          <w:t>[2]</w:t>
        </w:r>
      </w:hyperlink>
      <w:r>
        <w:t xml:space="preserve">, </w:t>
      </w:r>
      <w:hyperlink r:id="rId12">
        <w:r>
          <w:rPr>
            <w:color w:val="0000EE"/>
            <w:u w:val="single"/>
          </w:rPr>
          <w:t>[4]</w:t>
        </w:r>
      </w:hyperlink>
      <w:r>
        <w:t xml:space="preserve">- Paragraph 12: </w:t>
      </w:r>
      <w:hyperlink r:id="rId9">
        <w:r>
          <w:rPr>
            <w:color w:val="0000EE"/>
            <w:u w:val="single"/>
          </w:rPr>
          <w:t>[2]</w:t>
        </w:r>
      </w:hyperlink>
      <w:r>
        <w:t xml:space="preserve">, </w:t>
      </w:r>
      <w:hyperlink r:id="rId11">
        <w:r>
          <w:rPr>
            <w:color w:val="0000EE"/>
            <w:u w:val="single"/>
          </w:rPr>
          <w:t>[7]</w:t>
        </w:r>
      </w:hyperlink>
      <w:r>
        <w:t xml:space="preserve">- Paragraph 13: </w:t>
      </w:r>
      <w:hyperlink r:id="rId9">
        <w:r>
          <w:rPr>
            <w:color w:val="0000EE"/>
            <w:u w:val="single"/>
          </w:rPr>
          <w:t>[2]</w:t>
        </w:r>
      </w:hyperlink>
      <w:r>
        <w:t xml:space="preserve">, </w:t>
      </w:r>
      <w:hyperlink r:id="rId12">
        <w:r>
          <w:rPr>
            <w:color w:val="0000EE"/>
            <w:u w:val="single"/>
          </w:rPr>
          <w:t>[4]</w:t>
        </w:r>
      </w:hyperlink>
      <w:r>
        <w:t xml:space="preserve">- Paragraph 14: </w:t>
      </w:r>
      <w:hyperlink r:id="rId9">
        <w:r>
          <w:rPr>
            <w:color w:val="0000EE"/>
            <w:u w:val="single"/>
          </w:rPr>
          <w:t>[2]</w:t>
        </w:r>
      </w:hyperlink>
      <w:r>
        <w:t xml:space="preserve">, </w:t>
      </w:r>
      <w:hyperlink r:id="rId10">
        <w:r>
          <w:rPr>
            <w:color w:val="0000EE"/>
            <w:u w:val="single"/>
          </w:rPr>
          <w:t>[6]</w:t>
        </w:r>
      </w:hyperlink>
      <w:r>
        <w:t xml:space="preserve">- Paragraph 15: </w:t>
      </w:r>
      <w:hyperlink r:id="rId9">
        <w:r>
          <w:rPr>
            <w:color w:val="0000EE"/>
            <w:u w:val="single"/>
          </w:rPr>
          <w:t>[2]</w:t>
        </w:r>
      </w:hyperlink>
      <w:r>
        <w:t xml:space="preserve">, </w:t>
      </w:r>
      <w:hyperlink r:id="rId14">
        <w:r>
          <w:rPr>
            <w:color w:val="0000EE"/>
            <w:u w:val="single"/>
          </w:rPr>
          <w:t>[5]</w:t>
        </w:r>
      </w:hyperlink>
      <w:r>
        <w:t xml:space="preserve">- Paragraph 16: </w:t>
      </w:r>
      <w:hyperlink r:id="rId13">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https://lasvegasweekly.com/news/2026/oct/08/new-las-vegas-lgbtq-tradition-pride-on-paradise/</w:t>
        </w:r>
      </w:hyperlink>
      <w:r>
        <w:t xml:space="preserve"> - Please view link - unable to able to access data</w:t>
      </w:r>
      <w:r/>
    </w:p>
    <w:p>
      <w:pPr>
        <w:pStyle w:val="ListNumber"/>
        <w:spacing w:line="240" w:lineRule="auto"/>
        <w:ind w:left="720"/>
      </w:pPr>
      <w:r/>
      <w:hyperlink r:id="rId9">
        <w:r>
          <w:rPr>
            <w:color w:val="0000EE"/>
            <w:u w:val="single"/>
          </w:rPr>
          <w:t>https://lasvegasweekly.com/news/2026/oct/08/new-las-vegas-lgbtq-tradition-pride-on-paradise/</w:t>
        </w:r>
      </w:hyperlink>
      <w:r>
        <w:t xml:space="preserve"> - The article discusses the evolution of Las Vegas's LGBTQ+ community, focusing on the historic Fruit Loop district. It highlights the transformation from a place of harassment to a vibrant area celebrating Pride year-round. The piece features Wes Miller, owner of Get Booked, who shares his experiences from 1992, including an arrest during a police round-up targeting gay men. The article also details the Pride on Paradise event, a three-day celebration from October 9–11, 2026, featuring live performances, parties, and vendors, culminating in a block party on October 10, the night before National Coming Out Day.</w:t>
      </w:r>
      <w:r/>
    </w:p>
    <w:p>
      <w:pPr>
        <w:pStyle w:val="ListNumber"/>
        <w:spacing w:line="240" w:lineRule="auto"/>
        <w:ind w:left="720"/>
      </w:pPr>
      <w:r/>
      <w:hyperlink r:id="rId13">
        <w:r>
          <w:rPr>
            <w:color w:val="0000EE"/>
            <w:u w:val="single"/>
          </w:rPr>
          <w:t>https://prideonparadise.com/fruit-loop.html</w:t>
        </w:r>
      </w:hyperlink>
      <w:r>
        <w:t xml:space="preserve"> - This page provides an overview of the Historic Fruit Loop, Las Vegas's officially designated LGBTQ+ cultural landmark. It describes the area as a cluster of bars and businesses on Paradise Road, serving as the heartbeat of queer Las Vegas for decades. The page also mentions the Nevada Legislature's recognition of the Fruit Loop as a cultural landmark in 2025, solidifying its significance in the community.</w:t>
      </w:r>
      <w:r/>
    </w:p>
    <w:p>
      <w:pPr>
        <w:pStyle w:val="ListNumber"/>
        <w:spacing w:line="240" w:lineRule="auto"/>
        <w:ind w:left="720"/>
      </w:pPr>
      <w:r/>
      <w:hyperlink r:id="rId12">
        <w:r>
          <w:rPr>
            <w:color w:val="0000EE"/>
            <w:u w:val="single"/>
          </w:rPr>
          <w:t>https://prideonparadise.com/about.html</w:t>
        </w:r>
      </w:hyperlink>
      <w:r>
        <w:t xml:space="preserve"> - The 'About' page outlines the mission and organisers of Pride on Paradise. It emphasises that the event is organised by the Fruit Loop community itself, aiming to celebrate National Coming Out Day with a free, locals-first party. The page also highlights the event's goals: to drive foot traffic to the Fruit Loop's operators and fund permanent district signage, marking the area as a cultural landmark.</w:t>
      </w:r>
      <w:r/>
    </w:p>
    <w:p>
      <w:pPr>
        <w:pStyle w:val="ListNumber"/>
        <w:spacing w:line="240" w:lineRule="auto"/>
        <w:ind w:left="720"/>
      </w:pPr>
      <w:r/>
      <w:hyperlink r:id="rId14">
        <w:r>
          <w:rPr>
            <w:color w:val="0000EE"/>
            <w:u w:val="single"/>
          </w:rPr>
          <w:t>https://unleashvegas.com/guides/vegas-basics/lgbtq</w:t>
        </w:r>
      </w:hyperlink>
      <w:r>
        <w:t xml:space="preserve"> - This guide offers practical information for LGBTQ+ visitors to Las Vegas. It details the Fruit Loop district off Paradise Road as the historic LGBTQ+ entertainment area, anchored by Piranha Nightclub. The guide also notes that Las Vegas Pride is held in October, not June, to avoid the intense summer heat, and mentions that mainstream Strip venues are welcoming to LGBTQ+ guests.</w:t>
      </w:r>
      <w:r/>
    </w:p>
    <w:p>
      <w:pPr>
        <w:pStyle w:val="ListNumber"/>
        <w:spacing w:line="240" w:lineRule="auto"/>
        <w:ind w:left="720"/>
      </w:pPr>
      <w:r/>
      <w:hyperlink r:id="rId10">
        <w:r>
          <w:rPr>
            <w:color w:val="0000EE"/>
            <w:u w:val="single"/>
          </w:rPr>
          <w:t>https://www.fox5vegas.com/2026/07/15/pride-paradise-returns-historic-fruit-loop-three-day-celebration/</w:t>
        </w:r>
      </w:hyperlink>
      <w:r>
        <w:t xml:space="preserve"> - This article announces the return of Pride on Paradise to the Historic Fruit Loop for a three-day celebration from October 9–11, 2026. It highlights the free National Coming Out Day Block Party on October 10, presented by Gipsy, Piranha Nightclub, Quadz Las Vegas, and Get Booked. The piece also notes the Nevada Legislature's designation of the Fruit Loop as a historic cultural landmark in May 2025, recognising its role in the LGBTQ+ community.</w:t>
      </w:r>
      <w:r/>
    </w:p>
    <w:p>
      <w:pPr>
        <w:pStyle w:val="ListNumber"/>
        <w:spacing w:line="240" w:lineRule="auto"/>
        <w:ind w:left="720"/>
      </w:pPr>
      <w:r/>
      <w:hyperlink r:id="rId11">
        <w:r>
          <w:rPr>
            <w:color w:val="0000EE"/>
            <w:u w:val="single"/>
          </w:rPr>
          <w:t>https://outxout.com/venue/getbookedlasvegas</w:t>
        </w:r>
      </w:hyperlink>
      <w:r>
        <w:t xml:space="preserve"> - This entry provides information about Get Booked, a gay bookstore and gift shop anchoring the Fruit Loop in Las Vegas. It traces the shop's history back to 1987 when it was known as Bright Pink Literature, Las Vegas's first commercial LGBTQ+ bookstore. The shop offers a variety of LGBTQ+ books, magazines, Pride flags, merchandise, and adult novelties, serving as a significant part of the Fruit Loop's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svegasweekly.com/news/2026/oct/08/new-las-vegas-lgbtq-tradition-pride-on-paradise/" TargetMode="External"/><Relationship Id="rId10" Type="http://schemas.openxmlformats.org/officeDocument/2006/relationships/hyperlink" Target="https://www.fox5vegas.com/2026/07/15/pride-paradise-returns-historic-fruit-loop-three-day-celebration/" TargetMode="External"/><Relationship Id="rId11" Type="http://schemas.openxmlformats.org/officeDocument/2006/relationships/hyperlink" Target="https://outxout.com/venue/getbookedlasvegas" TargetMode="External"/><Relationship Id="rId12" Type="http://schemas.openxmlformats.org/officeDocument/2006/relationships/hyperlink" Target="https://prideonparadise.com/about.html" TargetMode="External"/><Relationship Id="rId13" Type="http://schemas.openxmlformats.org/officeDocument/2006/relationships/hyperlink" Target="https://prideonparadise.com/fruit-loop.html" TargetMode="External"/><Relationship Id="rId14" Type="http://schemas.openxmlformats.org/officeDocument/2006/relationships/hyperlink" Target="https://unleashvegas.com/guides/vegas-basics/lgbt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