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on Paradise block party guide for Las Vegas visitors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performers and community groups are getting ready for Pride on Paradise, a free LGBTQ+ block party in Las Vegas on 10 October 2026. Hosted around Gipsy and Piranha in the historic Fruit Loop, the event combines drag, live music, food, local stalls and accessible health services in one lively afternoon-to-night celebration.</w:t>
      </w:r>
      <w:r/>
    </w:p>
    <w:p>
      <w:pPr>
        <w:pStyle w:val="Heading2"/>
      </w:pPr>
      <w:r>
        <w:t>Essential Takeaways</w:t>
      </w:r>
      <w:r/>
      <w:r/>
    </w:p>
    <w:p>
      <w:pPr>
        <w:pStyle w:val="ListBullet"/>
        <w:spacing w:line="240" w:lineRule="auto"/>
        <w:ind w:left="720"/>
      </w:pPr>
      <w:r/>
      <w:r>
        <w:rPr>
          <w:b/>
        </w:rPr>
        <w:t>Entry is free:</w:t>
      </w:r>
      <w:r>
        <w:t xml:space="preserve"> The public can enjoy the main celebration without buying a ticket.</w:t>
      </w:r>
      <w:r/>
    </w:p>
    <w:p>
      <w:pPr>
        <w:pStyle w:val="ListBullet"/>
        <w:spacing w:line="240" w:lineRule="auto"/>
        <w:ind w:left="720"/>
      </w:pPr>
      <w:r/>
      <w:r>
        <w:rPr>
          <w:b/>
        </w:rPr>
        <w:t>Expect a festival feel:</w:t>
      </w:r>
      <w:r>
        <w:t xml:space="preserve"> Stages, food trucks, vendors and community organisations will fill the area around Piranha and Gipsy.</w:t>
      </w:r>
      <w:r/>
    </w:p>
    <w:p>
      <w:pPr>
        <w:pStyle w:val="ListBullet"/>
        <w:spacing w:line="240" w:lineRule="auto"/>
        <w:ind w:left="720"/>
      </w:pPr>
      <w:r/>
      <w:r>
        <w:rPr>
          <w:b/>
        </w:rPr>
        <w:t>Big-name performers are booked:</w:t>
      </w:r>
      <w:r>
        <w:t xml:space="preserve"> The line-up includes several Drag Race favourites, Adore Delano and the Las Vegas Men's Chorus.</w:t>
      </w:r>
      <w:r/>
    </w:p>
    <w:p>
      <w:pPr>
        <w:pStyle w:val="ListBullet"/>
        <w:spacing w:line="240" w:lineRule="auto"/>
        <w:ind w:left="720"/>
      </w:pPr>
      <w:r/>
      <w:r>
        <w:rPr>
          <w:b/>
        </w:rPr>
        <w:t>Health support is on site:</w:t>
      </w:r>
      <w:r>
        <w:t xml:space="preserve"> Free HIV and STI testing will be available through the AIDS Healthcare Foundation's mobile clinic.</w:t>
      </w:r>
      <w:r/>
    </w:p>
    <w:p>
      <w:pPr>
        <w:pStyle w:val="ListBullet"/>
        <w:spacing w:line="240" w:lineRule="auto"/>
        <w:ind w:left="720"/>
      </w:pPr>
      <w:r/>
      <w:r>
        <w:rPr>
          <w:b/>
        </w:rPr>
        <w:t>VIP adds after-hours access:</w:t>
      </w:r>
      <w:r>
        <w:t xml:space="preserve"> A $50 ticket includes a reserved area and entry to later events for guests aged 21 and over.</w:t>
      </w:r>
      <w:r/>
      <w:r/>
    </w:p>
    <w:p>
      <w:pPr>
        <w:pStyle w:val="Heading2"/>
      </w:pPr>
      <w:r>
        <w:t>Las Vegas' Fruit Loop gets a fresh festival moment</w:t>
      </w:r>
      <w:r/>
    </w:p>
    <w:p>
      <w:r/>
      <w:r>
        <w:t>Pride on Paradise is designed to feel less like a single club event and more like a neighbourhood festival, with the historic Fruit Loop providing the backdrop. The main activity will centre on Piranha's courtyard, where visitors can move between stages, stalls and performances without straying far from the action.</w:t>
      </w:r>
      <w:r/>
    </w:p>
    <w:p>
      <w:r/>
      <w:r>
        <w:t>The mood should be bright, busy and pleasantly unpredictable, especially once the drag acts take over. According to Las Vegas Weekly, organisers want the party to pair headline entertainment with information and services that reflect the local LGBTQ+ community. That mix gives the event a little more purpose than a standard night out.</w:t>
      </w:r>
      <w:r/>
    </w:p>
    <w:p>
      <w:pPr>
        <w:pStyle w:val="Heading2"/>
      </w:pPr>
      <w:r>
        <w:t>Where to find the best action</w:t>
      </w:r>
      <w:r/>
    </w:p>
    <w:p>
      <w:r/>
      <w:r>
        <w:t>Piranha's courtyard is expected to be the main hub, but Gipsy's local performers' stage deserves attention too. It offers a chance to see emerging Las Vegas talent rather than spending the entire day waiting for familiar names.</w:t>
      </w:r>
      <w:r/>
    </w:p>
    <w:p>
      <w:r/>
      <w:r>
        <w:t>A vendor village along East Naples Drive will add food, drinks and community stalls to the route between the venues. Nearby businesses including Get Booked and Quadz will also offer places to browse or play pool when the central area becomes particularly hectic. It's a useful escape valve for anyone who enjoys the celebration but needs five quiet minutes.</w:t>
      </w:r>
      <w:r/>
    </w:p>
    <w:p>
      <w:pPr>
        <w:pStyle w:val="Heading2"/>
      </w:pPr>
      <w:r>
        <w:t>Drag stars, singers and a Dolly Parton tribute</w:t>
      </w:r>
      <w:r/>
    </w:p>
    <w:p>
      <w:r/>
      <w:r>
        <w:t>The main stage line-up brings plenty of star power, including Roxxxy Andrews, Mistress Isabelle Brooks, Adore Delano, Juicy Love Dion, Morphine Love Dion and Yvie Oddly. Their appearance gives the party an unmistakable television-friendly sparkle, but the local acts are part of the attraction too.</w:t>
      </w:r>
      <w:r/>
    </w:p>
    <w:p>
      <w:r/>
      <w:r>
        <w:t>The Las Vegas Men's Chorus will provide a change of pace, while Kenneth Blake is scheduled to bring Dolly Parton back to life in tribute form. Later, the party moves indoors for 21+ drag performances, with DJ Adamusic at Piranha and DJ Kitty Glitter at Gipsy. If the performers return for spontaneous group numbers, nobody will be shocked.</w:t>
      </w:r>
      <w:r/>
    </w:p>
    <w:p>
      <w:pPr>
        <w:pStyle w:val="Heading2"/>
      </w:pPr>
      <w:r>
        <w:t>Free testing adds a practical reason to attend</w:t>
      </w:r>
      <w:r/>
    </w:p>
    <w:p>
      <w:r/>
      <w:r>
        <w:t>The AIDS Healthcare Foundation will provide HIV and STI testing from its new West Coast Mobile Wellness Clinic. A ribbon-cutting ceremony is also planned, making the health service one of the day's notable community moments rather than a footnote.</w:t>
      </w:r>
      <w:r/>
    </w:p>
    <w:p>
      <w:r/>
      <w:r>
        <w:t>That practical element matters. Pride celebrations are often remembered for the music and outfits, but accessible, judgement-free healthcare can be just as valuable, particularly when it's brought directly to a busy public event. Visitors can enjoy the party while also taking advantage of a straightforward local service.</w:t>
      </w:r>
      <w:r/>
    </w:p>
    <w:p>
      <w:pPr>
        <w:pStyle w:val="Heading2"/>
      </w:pPr>
      <w:r>
        <w:t>How to plan your Pride on Paradise visit</w:t>
      </w:r>
      <w:r/>
    </w:p>
    <w:p>
      <w:r/>
      <w:r>
        <w:t>Arrive early if you want time to explore the vendor village, catch the local stage and find your bearings before the headline performances begin. Comfortable shoes are a smart choice, as the event spreads across several nearby spaces and you'll likely be walking between courtyards, stalls and indoor venues.</w:t>
      </w:r>
      <w:r/>
    </w:p>
    <w:p>
      <w:r/>
      <w:r>
        <w:t>Food options are expected to include Tsp. Baking Company and Naked City Pizza, alongside other vendors and food trucks. The event is free, while the $50 VIP option is aimed at visitors who want a designated area and access to the later 21+ programme. Check age requirements before heading indoors, and bring patience as the busiest stages fill up.</w:t>
      </w:r>
      <w:r/>
    </w:p>
    <w:p>
      <w:r/>
      <w:r>
        <w:t>Pride on Paradise looks set to become the kind of Las Vegas tradition that grows through word of mouth: colourful, loud, welcoming and rooted in its own neighbourhood. For first-time visitors, the best approach is simple - see the stars, support the local performers and leave room for an unexpected favourite.</w:t>
      </w:r>
      <w:r/>
    </w:p>
    <w:p>
      <w:r/>
      <w:r>
        <w:t>It's a block party with plenty of sparkle, but its community focus is what gives it staying power.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9">
        <w:r>
          <w:rPr>
            <w:color w:val="0000EE"/>
            <w:u w:val="single"/>
          </w:rPr>
          <w:t>[3]</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3">
        <w:r>
          <w:rPr>
            <w:color w:val="0000EE"/>
            <w:u w:val="single"/>
          </w:rPr>
          <w:t>[4]</w:t>
        </w:r>
      </w:hyperlink>
      <w:r>
        <w:t xml:space="preserve">- Paragraph 4: </w:t>
      </w:r>
      <w:hyperlink r:id="rId9">
        <w:r>
          <w:rPr>
            <w:color w:val="0000EE"/>
            <w:u w:val="single"/>
          </w:rPr>
          <w:t>[3]</w:t>
        </w:r>
      </w:hyperlink>
      <w:r>
        <w:t xml:space="preserve">, </w:t>
      </w:r>
      <w:hyperlink r:id="rId14">
        <w:r>
          <w:rPr>
            <w:color w:val="0000EE"/>
            <w:u w:val="single"/>
          </w:rPr>
          <w:t>[7]</w:t>
        </w:r>
      </w:hyperlink>
      <w:r>
        <w:t xml:space="preserve">- Paragraph 5: </w:t>
      </w:r>
      <w:hyperlink r:id="rId11">
        <w:r>
          <w:rPr>
            <w:color w:val="0000EE"/>
            <w:u w:val="single"/>
          </w:rPr>
          <w:t>[5]</w:t>
        </w:r>
      </w:hyperlink>
      <w:r>
        <w:t xml:space="preserve">, </w:t>
      </w:r>
      <w:hyperlink r:id="rId12">
        <w:r>
          <w:rPr>
            <w:color w:val="0000EE"/>
            <w:u w:val="single"/>
          </w:rPr>
          <w:t>[6]</w:t>
        </w:r>
      </w:hyperlink>
      <w:r>
        <w:t xml:space="preserve">- Paragraph 6: </w:t>
      </w:r>
      <w:hyperlink r:id="rId10">
        <w:r>
          <w:rPr>
            <w:color w:val="0000EE"/>
            <w:u w:val="single"/>
          </w:rPr>
          <w:t>[2]</w:t>
        </w:r>
      </w:hyperlink>
      <w:r>
        <w:t xml:space="preserve">, </w:t>
      </w:r>
      <w:hyperlink r:id="rId9">
        <w:r>
          <w:rPr>
            <w:color w:val="0000EE"/>
            <w:u w:val="single"/>
          </w:rPr>
          <w:t>[3]</w:t>
        </w:r>
      </w:hyperlink>
      <w:r>
        <w:t xml:space="preserve">- Paragraph 7: </w:t>
      </w:r>
      <w:hyperlink r:id="rId9">
        <w:r>
          <w:rPr>
            <w:color w:val="0000EE"/>
            <w:u w:val="single"/>
          </w:rPr>
          <w:t>[3]</w:t>
        </w:r>
      </w:hyperlink>
      <w:r>
        <w:t xml:space="preserve">, </w:t>
      </w:r>
      <w:hyperlink r:id="rId14">
        <w:r>
          <w:rPr>
            <w:color w:val="0000EE"/>
            <w:u w:val="single"/>
          </w:rPr>
          <w:t>[7]</w:t>
        </w:r>
      </w:hyperlink>
      <w:r>
        <w:t xml:space="preserve">- Paragraph 8: </w:t>
      </w:r>
      <w:hyperlink r:id="rId13">
        <w:r>
          <w:rPr>
            <w:color w:val="0000EE"/>
            <w:u w:val="single"/>
          </w:rPr>
          <w:t>[4]</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2">
        <w:r>
          <w:rPr>
            <w:color w:val="0000EE"/>
            <w:u w:val="single"/>
          </w:rPr>
          <w:t>[6]</w:t>
        </w:r>
      </w:hyperlink>
      <w:r>
        <w:t xml:space="preserve">- Paragraph 10: </w:t>
      </w:r>
      <w:hyperlink r:id="rId9">
        <w:r>
          <w:rPr>
            <w:color w:val="0000EE"/>
            <w:u w:val="single"/>
          </w:rPr>
          <w:t>[3]</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9">
        <w:r>
          <w:rPr>
            <w:color w:val="0000EE"/>
            <w:u w:val="single"/>
          </w:rPr>
          <w:t>[3]</w:t>
        </w:r>
      </w:hyperlink>
      <w:r>
        <w:t xml:space="preserve">, </w:t>
      </w:r>
      <w:hyperlink r:id="rId12">
        <w:r>
          <w:rPr>
            <w:color w:val="0000EE"/>
            <w:u w:val="single"/>
          </w:rPr>
          <w:t>[6]</w:t>
        </w:r>
      </w:hyperlink>
      <w:r>
        <w:t xml:space="preserve">- Paragraph 13: </w:t>
      </w:r>
      <w:hyperlink r:id="rId10">
        <w:r>
          <w:rPr>
            <w:color w:val="0000EE"/>
            <w:u w:val="single"/>
          </w:rPr>
          <w:t>[2]</w:t>
        </w:r>
      </w:hyperlink>
      <w:r>
        <w:t xml:space="preserve">, </w:t>
      </w:r>
      <w:hyperlink r:id="rId14">
        <w:r>
          <w:rPr>
            <w:color w:val="0000EE"/>
            <w:u w:val="single"/>
          </w:rPr>
          <w:t>[7]</w:t>
        </w:r>
      </w:hyperlink>
      <w:r>
        <w:t xml:space="preserve">- Paragraph 14: </w:t>
      </w:r>
      <w:hyperlink r:id="rId11">
        <w:r>
          <w:rPr>
            <w:color w:val="0000EE"/>
            <w:u w:val="single"/>
          </w:rPr>
          <w:t>[5]</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https://lasvegasweekly.com/news/2026/oct/08/make-the-most-of-the-pride-on-paradise-block-party/</w:t>
        </w:r>
      </w:hyperlink>
      <w:r>
        <w:t xml:space="preserve"> - Please view link - unable to able to access data</w:t>
      </w:r>
      <w:r/>
    </w:p>
    <w:p>
      <w:pPr>
        <w:pStyle w:val="ListNumber"/>
        <w:spacing w:line="240" w:lineRule="auto"/>
        <w:ind w:left="720"/>
      </w:pPr>
      <w:r/>
      <w:hyperlink r:id="rId10">
        <w:r>
          <w:rPr>
            <w:color w:val="0000EE"/>
            <w:u w:val="single"/>
          </w:rPr>
          <w:t>https://prideonparadise.com/the-block-party.html</w:t>
        </w:r>
      </w:hyperlink>
      <w:r>
        <w:t xml:space="preserve"> - The Pride on Paradise Block Party is a free event taking place on October 10, 2026, from 5 PM to midnight along Paradise Road in Las Vegas's Historic Fruit Loop. The event features two stages of drag and live music, a community resource fair, food trucks, lifestyle vendors, and the Gipsy and Piranha bars. The event is open to all ages in the street, with 21+ access to the bars inside. The 2026 lineup will be announced in September, with the 2025 lineup available for reference.</w:t>
      </w:r>
      <w:r/>
    </w:p>
    <w:p>
      <w:pPr>
        <w:pStyle w:val="ListNumber"/>
        <w:spacing w:line="240" w:lineRule="auto"/>
        <w:ind w:left="720"/>
      </w:pPr>
      <w:r/>
      <w:hyperlink r:id="rId9">
        <w:r>
          <w:rPr>
            <w:color w:val="0000EE"/>
            <w:u w:val="single"/>
          </w:rPr>
          <w:t>https://lasvegasweekly.com/news/2026/oct/08/make-the-most-of-the-pride-on-paradise-block-party/</w:t>
        </w:r>
      </w:hyperlink>
      <w:r>
        <w:t xml:space="preserve"> - The article provides details about the Pride on Paradise Block Party, highlighting the event's offerings, including drag performances, vendors, HIV and STI testing, and VIP tickets. It also outlines the event's schedule, location, and the performers set to appear, such as Drag Race alums Roxxxy Andrews and Mistress Isabelle Brooks, singer-songwriter Adore Delano, and Yvie Oddly. The event is free and open to the public, with VIP tickets available for $50.</w:t>
      </w:r>
      <w:r/>
    </w:p>
    <w:p>
      <w:pPr>
        <w:pStyle w:val="ListNumber"/>
        <w:spacing w:line="240" w:lineRule="auto"/>
        <w:ind w:left="720"/>
      </w:pPr>
      <w:r/>
      <w:hyperlink r:id="rId13">
        <w:r>
          <w:rPr>
            <w:color w:val="0000EE"/>
            <w:u w:val="single"/>
          </w:rPr>
          <w:t>https://www.piranhavegas.com/</w:t>
        </w:r>
      </w:hyperlink>
      <w:r>
        <w:t xml:space="preserve"> - Piranha Nightclub is a prominent LGBTQ+ nightlife destination in Las Vegas, operating 365 days a year with doors opening nightly at 10 PM. The venue offers multiple dance floors, world-class DJs, high-energy go-go dancers, and spectacular drag performances. Located in the heart of the Historic Fruit Loop, Piranha is known for its inclusive atmosphere and diverse entertainment options.</w:t>
      </w:r>
      <w:r/>
    </w:p>
    <w:p>
      <w:pPr>
        <w:pStyle w:val="ListNumber"/>
        <w:spacing w:line="240" w:lineRule="auto"/>
        <w:ind w:left="720"/>
      </w:pPr>
      <w:r/>
      <w:hyperlink r:id="rId11">
        <w:r>
          <w:rPr>
            <w:color w:val="0000EE"/>
            <w:u w:val="single"/>
          </w:rPr>
          <w:t>https://prideonparadise.com/about.html</w:t>
        </w:r>
      </w:hyperlink>
      <w:r>
        <w:t xml:space="preserve"> - Pride on Paradise is an event organised by the businesses of the Historic Fruit Loop in Las Vegas, aiming to celebrate National Coming Out Day with a free, locals-first party. The event seeks to drive foot traffic to the Fruit Loop's operators and fund permanent district signage. The mission focuses on visibility, pride, and community, with the event anchored by Gipsy and Piranha, the two presenting venues on Paradise Road.</w:t>
      </w:r>
      <w:r/>
    </w:p>
    <w:p>
      <w:pPr>
        <w:pStyle w:val="ListNumber"/>
        <w:spacing w:line="240" w:lineRule="auto"/>
        <w:ind w:left="720"/>
      </w:pPr>
      <w:r/>
      <w:hyperlink r:id="rId12">
        <w:r>
          <w:rPr>
            <w:color w:val="0000EE"/>
            <w:u w:val="single"/>
          </w:rPr>
          <w:t>https://lasvegasweekly.com/news/2026/oct/08/new-las-vegas-lgbtq-tradition-pride-on-paradise/</w:t>
        </w:r>
      </w:hyperlink>
      <w:r>
        <w:t xml:space="preserve"> - The article discusses the Pride on Paradise event as a new Las Vegas LGBTQ+ tradition, honouring the history of the Fruit Loop. It highlights the evolution of the district from a place patrolled by police to a space where Pride is celebrated year-round. The event, running from October 9-11, 2026, features live performances, after-hours parties, vendors, and more, anchored by a free National Coming Out Day Block Party on October 10.</w:t>
      </w:r>
      <w:r/>
    </w:p>
    <w:p>
      <w:pPr>
        <w:pStyle w:val="ListNumber"/>
        <w:spacing w:line="240" w:lineRule="auto"/>
        <w:ind w:left="720"/>
      </w:pPr>
      <w:r/>
      <w:hyperlink r:id="rId14">
        <w:r>
          <w:rPr>
            <w:color w:val="0000EE"/>
            <w:u w:val="single"/>
          </w:rPr>
          <w:t>https://www.gayout.com/usa-canada/united-states/las-vegas/events/pride-on-paradise-the-block-party-2026-10-10</w:t>
        </w:r>
      </w:hyperlink>
      <w:r>
        <w:t xml:space="preserve"> - The Pride on Paradise: The Block Party is an LGBTQ+ event scheduled for October 10, 2026, in Las Vegas. The event is set to feature drag performances, DJs, food trucks, vendors, and community resources. The exact time is to be announced, and the event is expected to attract a mixed crowd. The source was last verified on September 29,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svegasweekly.com/news/2026/oct/08/make-the-most-of-the-pride-on-paradise-block-party/" TargetMode="External"/><Relationship Id="rId10" Type="http://schemas.openxmlformats.org/officeDocument/2006/relationships/hyperlink" Target="https://prideonparadise.com/the-block-party.html" TargetMode="External"/><Relationship Id="rId11" Type="http://schemas.openxmlformats.org/officeDocument/2006/relationships/hyperlink" Target="https://prideonparadise.com/about.html" TargetMode="External"/><Relationship Id="rId12" Type="http://schemas.openxmlformats.org/officeDocument/2006/relationships/hyperlink" Target="https://lasvegasweekly.com/news/2026/oct/08/new-las-vegas-lgbtq-tradition-pride-on-paradise/" TargetMode="External"/><Relationship Id="rId13" Type="http://schemas.openxmlformats.org/officeDocument/2006/relationships/hyperlink" Target="https://www.piranhavegas.com/" TargetMode="External"/><Relationship Id="rId14" Type="http://schemas.openxmlformats.org/officeDocument/2006/relationships/hyperlink" Target="https://www.gayout.com/usa-canada/united-states/las-vegas/events/pride-on-paradise-the-block-party-2026-10-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