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Phoenix Pride Festival 2026 Guide for Parade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Phoenix Pride is marking its 45th anniversary with a lively weekend in downtown Phoenix, bringing LGBTQ+ communities and allies together for music, marching and meaningful conversation. With a concert on Saturday, 10 October, followed by the parade and festival on Sunday, 11 October, the event offers celebration with a clear community purpose.</w:t>
      </w:r>
      <w:r/>
    </w:p>
    <w:p>
      <w:pPr>
        <w:pStyle w:val="Heading2"/>
      </w:pPr>
      <w:r>
        <w:t>Essential Takeaways</w:t>
      </w:r>
      <w:r/>
      <w:r/>
    </w:p>
    <w:p>
      <w:pPr>
        <w:pStyle w:val="ListBullet"/>
        <w:spacing w:line="240" w:lineRule="auto"/>
        <w:ind w:left="720"/>
      </w:pPr>
      <w:r/>
      <w:r>
        <w:rPr>
          <w:b/>
        </w:rPr>
        <w:t>Festival location:</w:t>
      </w:r>
      <w:r>
        <w:t xml:space="preserve"> The 2026 Phoenix Pride Festival takes place at The Arizona Center, 455 N. 3rd Street.</w:t>
      </w:r>
      <w:r/>
    </w:p>
    <w:p>
      <w:pPr>
        <w:pStyle w:val="ListBullet"/>
        <w:spacing w:line="240" w:lineRule="auto"/>
        <w:ind w:left="720"/>
      </w:pPr>
      <w:r/>
      <w:r>
        <w:rPr>
          <w:b/>
        </w:rPr>
        <w:t>Weekend opener:</w:t>
      </w:r>
      <w:r>
        <w:t xml:space="preserve"> The Pre-Pride Coming Out Concert runs on Saturday evening, with gates opening at 6pm.</w:t>
      </w:r>
      <w:r/>
    </w:p>
    <w:p>
      <w:pPr>
        <w:pStyle w:val="ListBullet"/>
        <w:spacing w:line="240" w:lineRule="auto"/>
        <w:ind w:left="720"/>
      </w:pPr>
      <w:r/>
      <w:r>
        <w:rPr>
          <w:b/>
        </w:rPr>
        <w:t>Parade timing:</w:t>
      </w:r>
      <w:r>
        <w:t xml:space="preserve"> The Phoenix Pride Parade begins at 10am on Sunday and travels south along 3rd Street.</w:t>
      </w:r>
      <w:r/>
    </w:p>
    <w:p>
      <w:pPr>
        <w:pStyle w:val="ListBullet"/>
        <w:spacing w:line="240" w:lineRule="auto"/>
        <w:ind w:left="720"/>
      </w:pPr>
      <w:r/>
      <w:r>
        <w:rPr>
          <w:b/>
        </w:rPr>
        <w:t>Festival hours:</w:t>
      </w:r>
      <w:r>
        <w:t xml:space="preserve"> Sunday’s main festival runs from noon until 10pm.</w:t>
      </w:r>
      <w:r/>
    </w:p>
    <w:p>
      <w:pPr>
        <w:pStyle w:val="ListBullet"/>
        <w:spacing w:line="240" w:lineRule="auto"/>
        <w:ind w:left="720"/>
      </w:pPr>
      <w:r/>
      <w:r>
        <w:rPr>
          <w:b/>
        </w:rPr>
        <w:t>Community purpose:</w:t>
      </w:r>
      <w:r>
        <w:t xml:space="preserve"> Proceeds support Phoenix Pride programmes, outreach and education around LGBTQ+ rights.</w:t>
      </w:r>
      <w:r/>
      <w:r/>
    </w:p>
    <w:p>
      <w:pPr>
        <w:pStyle w:val="Heading2"/>
      </w:pPr>
      <w:r>
        <w:t>Phoenix Pride returns with a milestone weekend</w:t>
      </w:r>
      <w:r/>
    </w:p>
    <w:p>
      <w:r/>
      <w:r>
        <w:t>Phoenix Pride is turning 45, and the anniversary gives this year's festival an extra sense of occasion. The weekend combines the bright energy of a parade with the deeper purpose of supporting LGBTQ+ visibility, education and community programmes.</w:t>
      </w:r>
      <w:r/>
    </w:p>
    <w:p>
      <w:r/>
      <w:r>
        <w:t>The main gathering will be held at The Arizona Center in downtown Phoenix, a central setting that puts the festival close to the parade route and the city's wider entertainment district. According to Phoenix Pride, the event is designed to bring LGBTQ+ people and allies together in a welcoming, celebratory space.</w:t>
      </w:r>
      <w:r/>
    </w:p>
    <w:p>
      <w:r/>
      <w:r>
        <w:t>For many visitors, that mix is the appeal. There's music, movement and plenty of colour, but there's also a reminder that Pride remains connected to an ongoing civil rights conversation.</w:t>
      </w:r>
      <w:r/>
    </w:p>
    <w:p>
      <w:pPr>
        <w:pStyle w:val="Heading2"/>
      </w:pPr>
      <w:r>
        <w:t>Start Saturday with music and a pre-Pride atmosphere</w:t>
      </w:r>
      <w:r/>
    </w:p>
    <w:p>
      <w:r/>
      <w:r>
        <w:t>The weekend begins on Saturday, 10 October, with the Pre-Pride Coming Out Concert. Gates open at 6pm, while the concert is scheduled from 7pm to 10pm, giving attendees an easy evening entry point before the busier parade day.</w:t>
      </w:r>
      <w:r/>
    </w:p>
    <w:p>
      <w:r/>
      <w:r>
        <w:t>A concert is a smart way to open the celebrations. It offers a more relaxed chance to meet friends, enjoy live entertainment and settle into the weekend without having to navigate an early-morning parade crowd. Phoenix Pride lists the concert among its official festival events.</w:t>
      </w:r>
      <w:r/>
    </w:p>
    <w:p>
      <w:r/>
      <w:r>
        <w:t>If you're planning to attend, check the latest ticket and entry information before travelling. Event details can change, and a little preparation is much nicer than discovering a queue, road closure or sold-out option at the last minute.</w:t>
      </w:r>
      <w:r/>
    </w:p>
    <w:p>
      <w:pPr>
        <w:pStyle w:val="Heading2"/>
      </w:pPr>
      <w:r>
        <w:t>The parade brings the city into the celebration</w:t>
      </w:r>
      <w:r/>
    </w:p>
    <w:p>
      <w:r/>
      <w:r>
        <w:t>On Sunday morning, the Phoenix Pride Parade steps off at 10am. The route runs south along 3rd Street, from Portland Street to Taylor Street, finishing at the festival entrance.</w:t>
      </w:r>
      <w:r/>
    </w:p>
    <w:p>
      <w:r/>
      <w:r>
        <w:t>That route makes the parade feel like more than a procession. It carries the celebration through the city before leading directly into the main event, so visitors can move from cheering at the roadside to exploring the festival without losing momentum.</w:t>
      </w:r>
      <w:r/>
    </w:p>
    <w:p>
      <w:r/>
      <w:r>
        <w:t>The City of Phoenix has announced Councilwoman Laura Pastor as grand marshal for the 2026 Phoenix Pride Parade, adding a civic dimension to the day's festivities. Arriving early is wise, particularly if you want a good viewing spot or need extra time to manage parking and street restrictions.</w:t>
      </w:r>
      <w:r/>
    </w:p>
    <w:p>
      <w:pPr>
        <w:pStyle w:val="Heading2"/>
      </w:pPr>
      <w:r>
        <w:t>What to expect at the Sunday festival</w:t>
      </w:r>
      <w:r/>
    </w:p>
    <w:p>
      <w:r/>
      <w:r>
        <w:t>The festival runs from noon to 10pm on Sunday, creating a long afternoon and evening programme rather than a brief post-parade gathering. Phoenix Pride describes the event as a place for entertainment, outreach, education and community connection.</w:t>
      </w:r>
      <w:r/>
    </w:p>
    <w:p>
      <w:r/>
      <w:r>
        <w:t>Expect the atmosphere to shift throughout the day. Early hours may suit parade-watchers and families looking for a gentler start, while later sessions can feel livelier as music, socialising and evening plans gather pace. Comfortable shoes, sun protection and a refillable water bottle are practical choices in Phoenix, where the weather can make a long day feel longer.</w:t>
      </w:r>
      <w:r/>
    </w:p>
    <w:p>
      <w:r/>
      <w:r>
        <w:t>The official Phoenix Pride event page is the best place to check ticket details, accessibility information and any updated schedule notes. It’s also worth deciding in advance where you’ll meet companions, since busy festivals can make a phone call surprisingly difficult.</w:t>
      </w:r>
      <w:r/>
    </w:p>
    <w:p>
      <w:pPr>
        <w:pStyle w:val="Heading2"/>
      </w:pPr>
      <w:r>
        <w:t>Pride, fundraising and the wider community mission</w:t>
      </w:r>
      <w:r/>
    </w:p>
    <w:p>
      <w:r/>
      <w:r>
        <w:t>The anniversary festival isn't only about a packed calendar of events. Phoenix Pride says the weekend also raises funds for its community programmes and helps educate the public about LGBTQ+ life and the continuing fight for civil rights.</w:t>
      </w:r>
      <w:r/>
    </w:p>
    <w:p>
      <w:r/>
      <w:r>
        <w:t>That purpose gives the celebration some weight without taking away from its joy. A parade can be loud, glittery and wonderfully chaotic, but the organisations behind it still need support long after the stages come down and the streets are cleared.</w:t>
      </w:r>
      <w:r/>
    </w:p>
    <w:p>
      <w:r/>
      <w:r>
        <w:t>For visitors, the most meaningful approach may be simple: show up respectfully, support vendors and community groups, and take time to learn what the event funds. Pride is at its strongest when celebration and solidarity share the same space.</w:t>
      </w:r>
      <w:r/>
    </w:p>
    <w:p>
      <w:pPr>
        <w:pStyle w:val="Heading2"/>
      </w:pPr>
      <w:r>
        <w:t>A landmark anniversary worth showing up for</w:t>
      </w:r>
      <w:r/>
    </w:p>
    <w:p>
      <w:r/>
      <w:r>
        <w:t>Phoenix Pride's 45th anniversary weekend offers a clear itinerary, a central venue and several ways to take part, from Saturday's concert to Sunday's parade and festival. It should appeal equally to regular attendees and newcomers looking for a welcoming introduction to Phoenix's LGBTQ+ community.</w:t>
      </w:r>
      <w:r/>
    </w:p>
    <w:p>
      <w:r/>
      <w:r>
        <w:t>Check the official Phoenix Pride website for tickets, travel guidance and final event updates before setting off. A little planning leaves more room for the important things: finding your people, enjoying the music and celebrating openly.</w:t>
      </w:r>
      <w:r/>
    </w:p>
    <w:p>
      <w:r/>
      <w:r>
        <w:t>Celebrate boldly, plan sensibly and make the weekend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[3]</w:t>
        </w:r>
      </w:hyperlink>
      <w:r>
        <w:t xml:space="preserve">- Paragraph 8: </w:t>
      </w:r>
      <w:hyperlink r:id="rId14">
        <w:r>
          <w:rPr>
            <w:color w:val="0000EE"/>
            <w:u w:val="single"/>
          </w:rPr>
          <w:t>[6]</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[5]</w:t>
        </w:r>
      </w:hyperlink>
      <w:r>
        <w:t xml:space="preserve">, </w:t>
      </w:r>
      <w:hyperlink r:id="rId10">
        <w:r>
          <w:rPr>
            <w:color w:val="0000EE"/>
            <w:u w:val="single"/>
          </w:rPr>
          <w:t>[2]</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5">
        <w:r>
          <w:rPr>
            <w:color w:val="0000EE"/>
            <w:u w:val="single"/>
          </w:rPr>
          <w:t>[3]</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[5]</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https://northcentralnews.net/2026/community/community-celebrates-pride/</w:t>
        </w:r>
      </w:hyperlink>
      <w:r>
        <w:t xml:space="preserve"> - Please view link - unable to able to access data</w:t>
      </w:r>
      <w:r/>
    </w:p>
    <w:p>
      <w:pPr>
        <w:pStyle w:val="ListNumber"/>
        <w:spacing w:line="240" w:lineRule="auto"/>
        <w:ind w:left="720"/>
      </w:pPr>
      <w:r/>
      <w:hyperlink r:id="rId10">
        <w:r>
          <w:rPr>
            <w:color w:val="0000EE"/>
            <w:u w:val="single"/>
          </w:rPr>
          <w:t>https://phoenixpride.org/events/pride-festival/</w:t>
        </w:r>
      </w:hyperlink>
      <w:r>
        <w:t xml:space="preserve"> - The Phoenix Pride Festival, celebrating its 45th anniversary, is scheduled for October 11, 2026, at The Arizona Center in downtown Phoenix. The festival aims to unite the diverse LGBTQ+ and allied communities for a weekend of camaraderie and celebration, while raising funds for Phoenix Pride Community Programs and educating the public about ongoing civil rights issues facing the community. The event will feature various activities, including a Pre-Pride Coming Out Concert on October 10, 2026, and the Phoenix Pride Parade on October 11, 2026. Tickets and more information are available on the official Phoenix Pride website.</w:t>
      </w:r>
      <w:r/>
    </w:p>
    <w:p>
      <w:pPr>
        <w:pStyle w:val="ListNumber"/>
        <w:spacing w:line="240" w:lineRule="auto"/>
        <w:ind w:left="720"/>
      </w:pPr>
      <w:r/>
      <w:hyperlink r:id="rId15">
        <w:r>
          <w:rPr>
            <w:color w:val="0000EE"/>
            <w:u w:val="single"/>
          </w:rPr>
          <w:t>https://www.cityofphoenix.org/newsroom/district-4-news/councilwoman-laura-pastor-named-grand-marshal-of-2026-phoenix-pride-par.html</w:t>
        </w:r>
      </w:hyperlink>
      <w:r>
        <w:t xml:space="preserve"> - District 4 Councilwoman Laura Pastor has been named a Community Grand Marshal for the 2026 Phoenix Pride Parade, recognising her longstanding advocacy for Phoenix’s LGBTQ+ community. The parade is scheduled for October 11, 2026, as part of Phoenix Pride's 45th anniversary celebrations. Councilwoman Pastor has been instrumental in various initiatives, including co-chairing the Phoenix Fast-Track Cities Ad Hoc Committee, which aims to end the HIV epidemic and reduce stigma. The parade will commence at 10:00 a.m. at 3rd and Portland streets, proceeding south to Taylor Street, and will conclude at the Arizona Center, the venue for the 2026 Phoenix Pride Festival.</w:t>
      </w:r>
      <w:r/>
    </w:p>
    <w:p>
      <w:pPr>
        <w:pStyle w:val="ListNumber"/>
        <w:spacing w:line="240" w:lineRule="auto"/>
        <w:ind w:left="720"/>
      </w:pPr>
      <w:r/>
      <w:hyperlink r:id="rId12">
        <w:r>
          <w:rPr>
            <w:color w:val="0000EE"/>
            <w:u w:val="single"/>
          </w:rPr>
          <w:t>https://www.inclusivity.org/pride/phoenix-pride</w:t>
        </w:r>
      </w:hyperlink>
      <w:r>
        <w:t xml:space="preserve"> - Phoenix Pride, the nonprofit behind Arizona's largest LGBTQ+ festival and parade, is celebrating its 45th anniversary in 2026. The festival and parade are scheduled for October 11, 2026, at the Arizona Center in downtown Phoenix. The parade will begin at 10 a.m. on 3rd Street at Portland Street. Phoenix Pride has been organising marches, rallies, parades, entertainment, education, and outreach events in Phoenix for more than 40 years. The organisation also hosts a Community Unity 5K and provides grants and scholarships to support the LGBTQ+ community.</w:t>
      </w:r>
      <w:r/>
    </w:p>
    <w:p>
      <w:pPr>
        <w:pStyle w:val="ListNumber"/>
        <w:spacing w:line="240" w:lineRule="auto"/>
        <w:ind w:left="720"/>
      </w:pPr>
      <w:r/>
      <w:hyperlink r:id="rId11">
        <w:r>
          <w:rPr>
            <w:color w:val="0000EE"/>
            <w:u w:val="single"/>
          </w:rPr>
          <w:t>https://phoenixpride.org/</w:t>
        </w:r>
      </w:hyperlink>
      <w:r>
        <w:t xml:space="preserve"> - Phoenix Pride, celebrating over 40 years of service to the Phoenix community, has recently updated its logo to reflect its evolution from passionate advocates to the leading resource for the local LGBTQ+ community. The new logo aligns with the spirit of the S.E.E. campaign—Support, Engage, and Empower—and incorporates the colours representing a rainbow of diverse identities in the progressive flag. The organisation continues to focus on inclusion and remains steadfast in its mission to unite, educate, and engage people in support and empowerment of the LGBTQ+ community and its allies.</w:t>
      </w:r>
      <w:r/>
    </w:p>
    <w:p>
      <w:pPr>
        <w:pStyle w:val="ListNumber"/>
        <w:spacing w:line="240" w:lineRule="auto"/>
        <w:ind w:left="720"/>
      </w:pPr>
      <w:r/>
      <w:hyperlink r:id="rId14">
        <w:r>
          <w:rPr>
            <w:color w:val="0000EE"/>
            <w:u w:val="single"/>
          </w:rPr>
          <w:t>https://phoenixpride.org/events/pride-parade/</w:t>
        </w:r>
      </w:hyperlink>
      <w:r>
        <w:t xml:space="preserve"> - The Phoenix Pride Parade, scheduled for October 11, 2026, aims to bring together the diverse LGBTQ+ and allied communities for a weekend of camaraderie and celebration. The parade features over 2,000 participants with decorated vehicles, colourful floats, and thousands of walkers, attracting more than 15,000 spectators. The parade will commence at 10:00 a.m. at 3rd and Portland streets, proceeding south to Taylor Street, and will conclude at the Arizona Center, the venue for the 2026 Phoenix Pride Festival. The event raises funds for Phoenix Pride and the Pride Community Grants and Scholarships Programs.</w:t>
      </w:r>
      <w:r/>
    </w:p>
    <w:p>
      <w:pPr>
        <w:pStyle w:val="ListNumber"/>
        <w:spacing w:line="240" w:lineRule="auto"/>
        <w:ind w:left="720"/>
      </w:pPr>
      <w:r/>
      <w:hyperlink r:id="rId13">
        <w:r>
          <w:rPr>
            <w:color w:val="0000EE"/>
            <w:u w:val="single"/>
          </w:rPr>
          <w:t>https://www.misterbandb.com/gay-events/united-states/phoenix/gay-pride</w:t>
        </w:r>
      </w:hyperlink>
      <w:r>
        <w:t xml:space="preserve"> - Phoenix Pride 2026, marking the event's 45th anniversary, is scheduled for October 11, 2026. The parade will begin at 10 a.m. and travel south on 3rd Street from Portland Street to Taylor Street, ending at the entrance to the Phoenix Pride Festival at The Arizona Center in downtown Phoenix. The festival will be held from noon to 10 p.m. on the same day. The event is expected to attract over 40,000 visitors during the two-day celebration, featuring 150 performances, 300 exhibitors, six stages, drag acts, international DJs, a parade party, and the main parade.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rthcentralnews.net/2026/community/community-celebrates-pride/" TargetMode="External"/><Relationship Id="rId10" Type="http://schemas.openxmlformats.org/officeDocument/2006/relationships/hyperlink" Target="https://phoenixpride.org/events/pride-festival/" TargetMode="External"/><Relationship Id="rId11" Type="http://schemas.openxmlformats.org/officeDocument/2006/relationships/hyperlink" Target="https://phoenixpride.org/" TargetMode="External"/><Relationship Id="rId12" Type="http://schemas.openxmlformats.org/officeDocument/2006/relationships/hyperlink" Target="https://www.inclusivity.org/pride/phoenix-pride" TargetMode="External"/><Relationship Id="rId13" Type="http://schemas.openxmlformats.org/officeDocument/2006/relationships/hyperlink" Target="https://www.misterbandb.com/gay-events/united-states/phoenix/gay-pride" TargetMode="External"/><Relationship Id="rId14" Type="http://schemas.openxmlformats.org/officeDocument/2006/relationships/hyperlink" Target="https://phoenixpride.org/events/pride-parade/" TargetMode="External"/><Relationship Id="rId15" Type="http://schemas.openxmlformats.org/officeDocument/2006/relationships/hyperlink" Target="https://www.cityofphoenix.org/newsroom/district-4-news/councilwoman-laura-pastor-named-grand-marshal-of-2026-phoenix-pride-pa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