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Livermore Pride Fest Guide for LGBTQ+ Community Events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Livermore Pride Fest is returning with a colourful mix of celebration, local connection and LGBTQ+ history in California’s Tri-Valley. The annual event brings residents, visitors, community groups and businesses together in downtown Livermore, creating a welcoming space to celebrate identity, support local organisations and enjoy a lively day out.</w:t>
      </w:r>
      <w:r/>
    </w:p>
    <w:p>
      <w:pPr>
        <w:pStyle w:val="Heading2"/>
      </w:pPr>
      <w:r>
        <w:t>Essential Takeaways</w:t>
      </w:r>
      <w:r/>
      <w:r/>
    </w:p>
    <w:p>
      <w:pPr>
        <w:pStyle w:val="ListBullet"/>
        <w:spacing w:line="240" w:lineRule="auto"/>
        <w:ind w:left="720"/>
      </w:pPr>
      <w:r/>
      <w:r>
        <w:rPr>
          <w:b/>
        </w:rPr>
        <w:t>A community-led celebration:</w:t>
      </w:r>
      <w:r>
        <w:t xml:space="preserve"> Livermore Pride is organised to connect LGBTQ+ residents, allies and local supporters.</w:t>
      </w:r>
      <w:r/>
    </w:p>
    <w:p>
      <w:pPr>
        <w:pStyle w:val="ListBullet"/>
        <w:spacing w:line="240" w:lineRule="auto"/>
        <w:ind w:left="720"/>
      </w:pPr>
      <w:r/>
      <w:r>
        <w:rPr>
          <w:b/>
        </w:rPr>
        <w:t>More than a parade:</w:t>
      </w:r>
      <w:r>
        <w:t xml:space="preserve"> Pride Fest combines entertainment, information, community groups and family-friendly activities.</w:t>
      </w:r>
      <w:r/>
    </w:p>
    <w:p>
      <w:pPr>
        <w:pStyle w:val="ListBullet"/>
        <w:spacing w:line="240" w:lineRule="auto"/>
        <w:ind w:left="720"/>
      </w:pPr>
      <w:r/>
      <w:r>
        <w:rPr>
          <w:b/>
        </w:rPr>
        <w:t>A downtown setting:</w:t>
      </w:r>
      <w:r>
        <w:t xml:space="preserve"> The event helps bring colour and footfall to Livermore’s central streets and businesses.</w:t>
      </w:r>
      <w:r/>
    </w:p>
    <w:p>
      <w:pPr>
        <w:pStyle w:val="ListBullet"/>
        <w:spacing w:line="240" w:lineRule="auto"/>
        <w:ind w:left="720"/>
      </w:pPr>
      <w:r/>
      <w:r>
        <w:rPr>
          <w:b/>
        </w:rPr>
        <w:t>History matters:</w:t>
      </w:r>
      <w:r>
        <w:t xml:space="preserve"> Organisers and local coverage frame the festival as part of the city’s wider LGBTQ+ story.</w:t>
      </w:r>
      <w:r/>
    </w:p>
    <w:p>
      <w:pPr>
        <w:pStyle w:val="ListBullet"/>
        <w:spacing w:line="240" w:lineRule="auto"/>
        <w:ind w:left="720"/>
      </w:pPr>
      <w:r/>
      <w:r>
        <w:rPr>
          <w:b/>
        </w:rPr>
        <w:t>Plan for a busy day:</w:t>
      </w:r>
      <w:r>
        <w:t xml:space="preserve"> Comfortable shoes, sun protection and a little patience can make the experience easier.</w:t>
      </w:r>
      <w:r/>
      <w:r/>
    </w:p>
    <w:p>
      <w:pPr>
        <w:pStyle w:val="Heading2"/>
      </w:pPr>
      <w:r>
        <w:t>Livermore Pride Fest brings colour to the Tri-Valley</w:t>
      </w:r>
      <w:r/>
    </w:p>
    <w:p>
      <w:r/>
      <w:r>
        <w:t>There’s a particular energy to a good Pride event: bright flags in the breeze, music spilling into the street and strangers smiling as though they’ve already met. Livermore Pride Fest has grown into a familiar part of the local calendar, offering a visible and welcoming celebration for the LGBTQ+ community and its allies.</w:t>
      </w:r>
      <w:r/>
    </w:p>
    <w:p>
      <w:r/>
      <w:r>
        <w:t>The festival’s appeal is its mix of joy and purpose. Visitors can enjoy the atmosphere while meeting community organisations, learning about local services and supporting businesses that help make downtown Livermore feel lively. Coverage from the Livermore Vine has also placed the event within the broader history of LGBTQ+ life in the area.</w:t>
      </w:r>
      <w:r/>
    </w:p>
    <w:p>
      <w:pPr>
        <w:pStyle w:val="Heading2"/>
      </w:pPr>
      <w:r>
        <w:t>A local tradition with a bigger purpose</w:t>
      </w:r>
      <w:r/>
    </w:p>
    <w:p>
      <w:r/>
      <w:r>
        <w:t>Livermore Pride is not simply a one-day party. Its organisers describe the group as a community-focused organisation working to support LGBTQ+ visibility, inclusion and connection throughout the year.</w:t>
      </w:r>
      <w:r/>
    </w:p>
    <w:p>
      <w:r/>
      <w:r>
        <w:t>That background gives the festival some weight. Pride celebrations can be colourful and playful, but they also create room for people to find support, share experiences and feel seen. The organisation’s own background information highlights that continuing community role, while local coverage has documented how the event has developed over time.</w:t>
      </w:r>
      <w:r/>
    </w:p>
    <w:p>
      <w:pPr>
        <w:pStyle w:val="Heading2"/>
      </w:pPr>
      <w:r>
        <w:t>What can visitors expect at Pride Fest?</w:t>
      </w:r>
      <w:r/>
    </w:p>
    <w:p>
      <w:r/>
      <w:r>
        <w:t>Expect a relaxed festival atmosphere rather than a formal conference. Community stalls, local organisations, performers and businesses typically create a walkable programme, so there’s plenty to browse between conversations and performances.</w:t>
      </w:r>
      <w:r/>
    </w:p>
    <w:p>
      <w:r/>
      <w:r>
        <w:t>The event also works well for visitors who are new to Pride. You don’t need to arrive with a detailed plan; follow the music, look for the busiest areas and allow time to pause at stalls. Downtown Livermore’s event listings and local business information provide useful context for the festival’s setting and its connection with the surrounding town centre.</w:t>
      </w:r>
      <w:r/>
    </w:p>
    <w:p>
      <w:pPr>
        <w:pStyle w:val="Heading2"/>
      </w:pPr>
      <w:r>
        <w:t>Why the downtown location makes a difference</w:t>
      </w:r>
      <w:r/>
    </w:p>
    <w:p>
      <w:r/>
      <w:r>
        <w:t>Holding Pride in a town-centre setting helps the celebration feel open and shared. Rather than being tucked away in a private venue, the festival becomes part of the everyday streetscape, bringing residents, visitors and local traders into the same space.</w:t>
      </w:r>
      <w:r/>
    </w:p>
    <w:p>
      <w:r/>
      <w:r>
        <w:t>That can benefit the wider community too. Pride Fest encourages people to explore nearby cafés, shops and restaurants before or after the main event, while local coverage has highlighted the way the celebration supports downtown activity. It’s a small but meaningful reminder that inclusion is strongest when it’s visible.</w:t>
      </w:r>
      <w:r/>
    </w:p>
    <w:p>
      <w:pPr>
        <w:pStyle w:val="Heading2"/>
      </w:pPr>
      <w:r>
        <w:t>Simple tips for enjoying Livermore Pride</w:t>
      </w:r>
      <w:r/>
    </w:p>
    <w:p>
      <w:r/>
      <w:r>
        <w:t>Wear light, comfortable clothing and sensible shoes, particularly if you’re planning to spend several hours walking between stalls and activities. California sunshine can feel deceptively strong, so water, sunscreen and a hat are sensible additions to your bag.</w:t>
      </w:r>
      <w:r/>
    </w:p>
    <w:p>
      <w:r/>
      <w:r>
        <w:t>If you’re bringing children or visiting with friends, choose a meeting point in advance. Busy community events can make mobile signals and group chats less reliable than usual, especially when music and crowds compete for attention.</w:t>
      </w:r>
      <w:r/>
    </w:p>
    <w:p>
      <w:r/>
      <w:r>
        <w:t>It’s also worth checking the official Livermore Pride updates and local event listings before travelling. Dates, timings and activities can change, and the latest information is the best guide for planning your visit.</w:t>
      </w:r>
      <w:r/>
    </w:p>
    <w:p>
      <w:pPr>
        <w:pStyle w:val="Heading2"/>
      </w:pPr>
      <w:r>
        <w:t>A celebration that keeps growing</w:t>
      </w:r>
      <w:r/>
    </w:p>
    <w:p>
      <w:r/>
      <w:r>
        <w:t>The continuing interest in Livermore Pride reflects a wider shift towards community festivals that combine celebration with practical connection. People want the colour and entertainment, but they also value events where local organisations are visible and conversations can continue beyond the stage.</w:t>
      </w:r>
      <w:r/>
    </w:p>
    <w:p>
      <w:r/>
      <w:r>
        <w:t>That balance may be the festival’s lasting strength. It offers a cheerful day out, but its deeper value is quieter: a chance for people to feel welcome in the place they call home. For many visitors, that can be the part they remember long after the flags come down.</w:t>
      </w:r>
      <w:r/>
    </w:p>
    <w:p>
      <w:r/>
      <w:r>
        <w:t>A little planning will help you enjoy the music, meet the community and make the most of Livermore Pride Fest.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1">
        <w:r>
          <w:rPr>
            <w:color w:val="0000EE"/>
            <w:u w:val="single"/>
          </w:rPr>
          <w:t>[4]</w:t>
        </w:r>
      </w:hyperlink>
      <w:r>
        <w:t xml:space="preserve">, </w:t>
      </w:r>
      <w:hyperlink r:id="rId14">
        <w:r>
          <w:rPr>
            <w:color w:val="0000EE"/>
            <w:u w:val="single"/>
          </w:rPr>
          <w:t>[5]</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[7]</w:t>
        </w:r>
      </w:hyperlink>
      <w:r>
        <w:t xml:space="preserve">- Paragraph 6: </w:t>
      </w:r>
      <w:hyperlink r:id="rId11">
        <w:r>
          <w:rPr>
            <w:color w:val="0000EE"/>
            <w:u w:val="single"/>
          </w:rPr>
          <w:t>[4]</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5">
        <w:r>
          <w:rPr>
            <w:color w:val="0000EE"/>
            <w:u w:val="single"/>
          </w:rPr>
          <w:t>[6]</w:t>
        </w:r>
      </w:hyperlink>
      <w:r>
        <w:t xml:space="preserve">, </w:t>
      </w:r>
      <w:hyperlink r:id="rId13">
        <w:r>
          <w:rPr>
            <w:color w:val="0000EE"/>
            <w:u w:val="single"/>
          </w:rPr>
          <w:t>[7]</w:t>
        </w:r>
      </w:hyperlink>
      <w:r>
        <w:t xml:space="preserve">- Paragraph 9: </w:t>
      </w:r>
      <w:hyperlink r:id="rId12">
        <w:r>
          <w:rPr>
            <w:color w:val="0000EE"/>
            <w:u w:val="single"/>
          </w:rPr>
          <w:t>[3]</w:t>
        </w:r>
      </w:hyperlink>
      <w:r>
        <w:t xml:space="preserve">, </w:t>
      </w:r>
      <w:hyperlink r:id="rId15">
        <w:r>
          <w:rPr>
            <w:color w:val="0000EE"/>
            <w:u w:val="single"/>
          </w:rPr>
          <w:t>[6]</w:t>
        </w:r>
      </w:hyperlink>
      <w:r>
        <w:t xml:space="preserve">- Paragraph 10: </w:t>
      </w:r>
      <w:hyperlink r:id="rId11">
        <w:r>
          <w:rPr>
            <w:color w:val="0000EE"/>
            <w:u w:val="single"/>
          </w:rPr>
          <w:t>[4]</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4">
        <w:r>
          <w:rPr>
            <w:color w:val="0000EE"/>
            <w:u w:val="single"/>
          </w:rPr>
          <w:t>[5]</w:t>
        </w:r>
      </w:hyperlink>
      <w:r>
        <w:t xml:space="preserve">, </w:t>
      </w:r>
      <w:hyperlink r:id="rId15">
        <w:r>
          <w:rPr>
            <w:color w:val="0000EE"/>
            <w:u w:val="single"/>
          </w:rPr>
          <w:t>[6]</w:t>
        </w:r>
      </w:hyperlink>
      <w:r>
        <w:t xml:space="preserve">- Paragraph 13: </w:t>
      </w:r>
      <w:hyperlink r:id="rId12">
        <w:r>
          <w:rPr>
            <w:color w:val="0000EE"/>
            <w:u w:val="single"/>
          </w:rPr>
          <w:t>[3]</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2">
        <w:r>
          <w:rPr>
            <w:color w:val="0000EE"/>
            <w:u w:val="single"/>
          </w:rPr>
          <w:t>[3]</w:t>
        </w:r>
      </w:hyperlink>
      <w:r>
        <w:t xml:space="preserve">, </w:t>
      </w:r>
      <w:hyperlink r:id="rId14">
        <w:r>
          <w:rPr>
            <w:color w:val="0000EE"/>
            <w:u w:val="single"/>
          </w:rPr>
          <w:t>[5]</w:t>
        </w:r>
      </w:hyperlink>
      <w:r>
        <w:t xml:space="preserve">- Paragraph 16: </w:t>
      </w:r>
      <w:hyperlink r:id="rId15">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https://www.independentnews.com/community/seventh-annual-livermore-pride-returns/article_80b63dde-3743-47ae-9701-08ac8fe849ba.html</w:t>
        </w:r>
      </w:hyperlink>
      <w:r>
        <w:t xml:space="preserve"> - Please view link - unable to able to access data</w:t>
      </w:r>
      <w:r/>
    </w:p>
    <w:p>
      <w:pPr>
        <w:pStyle w:val="ListNumber"/>
        <w:spacing w:line="240" w:lineRule="auto"/>
        <w:ind w:left="720"/>
      </w:pPr>
      <w:r/>
      <w:hyperlink r:id="rId10">
        <w:r>
          <w:rPr>
            <w:color w:val="0000EE"/>
            <w:u w:val="single"/>
          </w:rPr>
          <w:t>https://www.hacienda.org/news-events/hacienda-online/community-news/2023/livermore-2023-pride-fest</w:t>
        </w:r>
      </w:hyperlink>
      <w:r>
        <w:t xml:space="preserve"> - The Livermore 2023 Pride Fest is scheduled for Saturday, October 21, 2023, from 12:00 to 3:00 pm at Shea Plaza and Bankhead Plaza in Downtown Livermore. Organised by Livermore Pride and Livermore Valley Arts, the event is free and family-focused, celebrating LGBTQ+ History Month. The theme for this year is 'Party like it's 1999!' Last year's event attracted over 2,000 attendees, highlighting the community's commitment to inclusivity and support for LGBTQ+ individuals in Livermore and the Tri-Valley area. For more information, visit the official website.</w:t>
      </w:r>
      <w:r/>
    </w:p>
    <w:p>
      <w:pPr>
        <w:pStyle w:val="ListNumber"/>
        <w:spacing w:line="240" w:lineRule="auto"/>
        <w:ind w:left="720"/>
      </w:pPr>
      <w:r/>
      <w:hyperlink r:id="rId12">
        <w:r>
          <w:rPr>
            <w:color w:val="0000EE"/>
            <w:u w:val="single"/>
          </w:rPr>
          <w:t>https://livermorepride.org/livermore-pride-updates/once-upon-a-pride-pridefest-2026</w:t>
        </w:r>
      </w:hyperlink>
      <w:r>
        <w:t xml:space="preserve"> - Livermore Pride has announced the 7th Annual Pridefest, titled 'Once Upon a Pride: Pridefest 2026,' to be held on Saturday, October 17, 2026, in Downtown Livermore. The event aims to celebrate LGBTQ+ History Month with music, food, art, and community engagement. The family-friendly celebration will take place at Bankhead Plaza from noon to 4 pm, featuring a diverse lineup of performances, including a drag show and live music. An afterparty is also planned at Blacksmith Square from 6 to 10 pm, with headliner Motherfather. For detailed information, refer to the official announcement.</w:t>
      </w:r>
      <w:r/>
    </w:p>
    <w:p>
      <w:pPr>
        <w:pStyle w:val="ListNumber"/>
        <w:spacing w:line="240" w:lineRule="auto"/>
        <w:ind w:left="720"/>
      </w:pPr>
      <w:r/>
      <w:hyperlink r:id="rId11">
        <w:r>
          <w:rPr>
            <w:color w:val="0000EE"/>
            <w:u w:val="single"/>
          </w:rPr>
          <w:t>https://www.livermorevine.com/community/2023/10/27/livermore-pridefest-celebrates-lgbtq-history/</w:t>
        </w:r>
      </w:hyperlink>
      <w:r>
        <w:t xml:space="preserve"> - The Livermore Pridefest, held on October 21, 2023, at Bankhead Plaza, was a vibrant celebration of LGBTQ+ History Month. The event featured live music, drag performances, and booths from LGBTQ+ allied organisations and businesses. Attendees enjoyed performances by drag artists such as Ava LaShay, Helixer Jender, and Avery Night. The festival aimed to connect the entire community, with a particular focus on uplifting youth and providing a safe space for queer joy. The afterparty continued the celebrations into the evening at Blacksmith Square.</w:t>
      </w:r>
      <w:r/>
    </w:p>
    <w:p>
      <w:pPr>
        <w:pStyle w:val="ListNumber"/>
        <w:spacing w:line="240" w:lineRule="auto"/>
        <w:ind w:left="720"/>
      </w:pPr>
      <w:r/>
      <w:hyperlink r:id="rId14">
        <w:r>
          <w:rPr>
            <w:color w:val="0000EE"/>
            <w:u w:val="single"/>
          </w:rPr>
          <w:t>https://www.livermoredowntown.com/do/pride-fest-livermore</w:t>
        </w:r>
      </w:hyperlink>
      <w:r>
        <w:t xml:space="preserve"> - Pride Fest Livermore took place on Saturday, October 21, 2023, from 12:00 pm to 3:00 pm at the Bankhead Theater in Downtown Livermore. The event was free and open to the public, offering a family-friendly celebration with various activities and performances. Organised by Livermore Downtown Inc., the festival aimed to foster community engagement and celebrate diversity. For more details, visit the official event page.</w:t>
      </w:r>
      <w:r/>
    </w:p>
    <w:p>
      <w:pPr>
        <w:pStyle w:val="ListNumber"/>
        <w:spacing w:line="240" w:lineRule="auto"/>
        <w:ind w:left="720"/>
      </w:pPr>
      <w:r/>
      <w:hyperlink r:id="rId15">
        <w:r>
          <w:rPr>
            <w:color w:val="0000EE"/>
            <w:u w:val="single"/>
          </w:rPr>
          <w:t>https://library.livermoreca.gov/events-services/event-calendars/-curdate-8-23-2023/-curm-10/-cury-2023</w:t>
        </w:r>
      </w:hyperlink>
      <w:r>
        <w:t xml:space="preserve"> - The Livermore Public Library's event calendar for October 2023 includes various activities celebrating LGBTQ+ History Month. Notably, on October 8, 2023, the library hosted a Pride Film Screening followed by a Q&amp;A session. Additionally, on October 15, 2023, the library celebrated LGBTQ+ History Month with the distribution of Pride buttons. These events reflect the library's commitment to supporting and celebrating the LGBTQ+ community throughout the month.</w:t>
      </w:r>
      <w:r/>
    </w:p>
    <w:p>
      <w:pPr>
        <w:pStyle w:val="ListNumber"/>
        <w:spacing w:line="240" w:lineRule="auto"/>
        <w:ind w:left="720"/>
      </w:pPr>
      <w:r/>
      <w:hyperlink r:id="rId13">
        <w:r>
          <w:rPr>
            <w:color w:val="0000EE"/>
            <w:u w:val="single"/>
          </w:rPr>
          <w:t>https://livermorepride.org/about-us</w:t>
        </w:r>
      </w:hyperlink>
      <w:r>
        <w:t xml:space="preserve"> - Livermore Pride is dedicated to connecting and uplifting the LGBTQ+ community in Livermore. Their mission includes hosting an annual October festival to honour LGBTQ+ History Month and maintaining year-round digital outreach and partnerships to keep the community engaged and celebrated. The organisation strives to ensure that all LGBTQ+ individuals feel seen and heard as valued members of the community. For more information about their initiatives and events, visit their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dependentnews.com/community/seventh-annual-livermore-pride-returns/article_80b63dde-3743-47ae-9701-08ac8fe849ba.html" TargetMode="External"/><Relationship Id="rId10" Type="http://schemas.openxmlformats.org/officeDocument/2006/relationships/hyperlink" Target="https://www.hacienda.org/news-events/hacienda-online/community-news/2023/livermore-2023-pride-fest" TargetMode="External"/><Relationship Id="rId11" Type="http://schemas.openxmlformats.org/officeDocument/2006/relationships/hyperlink" Target="https://www.livermorevine.com/community/2023/10/27/livermore-pridefest-celebrates-lgbtq-history/" TargetMode="External"/><Relationship Id="rId12" Type="http://schemas.openxmlformats.org/officeDocument/2006/relationships/hyperlink" Target="https://livermorepride.org/livermore-pride-updates/once-upon-a-pride-pridefest-2026" TargetMode="External"/><Relationship Id="rId13" Type="http://schemas.openxmlformats.org/officeDocument/2006/relationships/hyperlink" Target="https://livermorepride.org/about-us" TargetMode="External"/><Relationship Id="rId14" Type="http://schemas.openxmlformats.org/officeDocument/2006/relationships/hyperlink" Target="https://www.livermoredowntown.com/do/pride-fest-livermore" TargetMode="External"/><Relationship Id="rId15" Type="http://schemas.openxmlformats.org/officeDocument/2006/relationships/hyperlink" Target="https://library.livermoreca.gov/events-services/event-calendars/-curdate-8-23-2023/-curm-10/-cury-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