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October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film fans and nightlife lovers have plenty to choose from in Houston from October 8 to 11, with queer cinema, drag, comedy, community conversations and late-night dancing filling the city’s calendar. From the Houston Cinema Arts Festival to Scream Fest and National Coming Out Day events, this is a lively weekend for LGBTQ+ culture.</w:t>
      </w:r>
      <w:r/>
    </w:p>
    <w:p>
      <w:pPr>
        <w:pStyle w:val="Heading2"/>
      </w:pPr>
      <w:r>
        <w:t>Essential Takeaways</w:t>
      </w:r>
      <w:r/>
      <w:r/>
    </w:p>
    <w:p>
      <w:pPr>
        <w:pStyle w:val="ListBullet"/>
        <w:spacing w:line="240" w:lineRule="auto"/>
        <w:ind w:left="720"/>
      </w:pPr>
      <w:r/>
      <w:r>
        <w:rPr>
          <w:b/>
        </w:rPr>
        <w:t>Film leads the weekend:</w:t>
      </w:r>
      <w:r>
        <w:t xml:space="preserve"> The Houston Cinema Arts Festival brings independent and international cinema to venues including the Museum of Fine Arts, Houston and Rice Cinema.</w:t>
      </w:r>
      <w:r/>
    </w:p>
    <w:p>
      <w:pPr>
        <w:pStyle w:val="ListBullet"/>
        <w:spacing w:line="240" w:lineRule="auto"/>
        <w:ind w:left="720"/>
      </w:pPr>
      <w:r/>
      <w:r>
        <w:rPr>
          <w:b/>
        </w:rPr>
        <w:t>Comedy gets wonderfully queer:</w:t>
      </w:r>
      <w:r>
        <w:t xml:space="preserve"> Two Dykes and a Mic arrives at Houston Improv, while Michael’s Outpost hosts a drag-and-comedy night.</w:t>
      </w:r>
      <w:r/>
    </w:p>
    <w:p>
      <w:pPr>
        <w:pStyle w:val="ListBullet"/>
        <w:spacing w:line="240" w:lineRule="auto"/>
        <w:ind w:left="720"/>
      </w:pPr>
      <w:r/>
      <w:r>
        <w:rPr>
          <w:b/>
        </w:rPr>
        <w:t>Saturday is especially packed:</w:t>
      </w:r>
      <w:r>
        <w:t xml:space="preserve"> Expect a faith and identity discussion, sapphic nightlife, an art exhibition and multiple festival screenings.</w:t>
      </w:r>
      <w:r/>
    </w:p>
    <w:p>
      <w:pPr>
        <w:pStyle w:val="ListBullet"/>
        <w:spacing w:line="240" w:lineRule="auto"/>
        <w:ind w:left="720"/>
      </w:pPr>
      <w:r/>
      <w:r>
        <w:rPr>
          <w:b/>
        </w:rPr>
        <w:t>Sunday marks National Coming Out Day:</w:t>
      </w:r>
      <w:r>
        <w:t xml:space="preserve"> The Coming Out Monologues and HRC Houston’s gathering offer different ways to connect, listen and celebrate.</w:t>
      </w:r>
      <w:r/>
    </w:p>
    <w:p>
      <w:pPr>
        <w:pStyle w:val="ListBullet"/>
        <w:spacing w:line="240" w:lineRule="auto"/>
        <w:ind w:left="720"/>
      </w:pPr>
      <w:r/>
      <w:r>
        <w:rPr>
          <w:b/>
        </w:rPr>
        <w:t>Plan around venues:</w:t>
      </w:r>
      <w:r>
        <w:t xml:space="preserve"> Several events happen across Houston, so allow extra travel time and check ticket details before setting off.</w:t>
      </w:r>
      <w:r/>
      <w:r/>
    </w:p>
    <w:p>
      <w:pPr>
        <w:pStyle w:val="Heading2"/>
      </w:pPr>
      <w:r>
        <w:t>Houston Cinema Arts Festival brings the serious film energy</w:t>
      </w:r>
      <w:r/>
    </w:p>
    <w:p>
      <w:r/>
      <w:r>
        <w:t xml:space="preserve">The strongest cultural thread running through the weekend is the Houston Cinema Arts Festival, which continues through Sunday with more than 35 feature films, short-film programmes, talks and workshops. The festival’s LGBTQ+ selections range from intimate documentaries to bold international dramas, making it a smart choice for anyone who prefers a thoughtful afternoon in the dark to a crowded dance floor. The Texas Film Commission lists the festival among Houston’s major film events. </w:t>
      </w:r>
      <w:hyperlink r:id="rId9">
        <w:r>
          <w:rPr>
            <w:color w:val="0000EE"/>
            <w:u w:val="single"/>
          </w:rPr>
          <w:t>[2]</w:t>
        </w:r>
      </w:hyperlink>
      <w:r/>
    </w:p>
    <w:p>
      <w:r/>
      <w:r>
        <w:t xml:space="preserve">Friday’s screening of </w:t>
      </w:r>
      <w:r>
        <w:rPr>
          <w:i/>
        </w:rPr>
        <w:t>Fatherland</w:t>
      </w:r>
      <w:r>
        <w:t xml:space="preserve"> at the Museum of Fine Arts, Houston offers an early look at Paweł Pawlikowski’s black-and-white drama about Erika Mann and her father, Thomas Mann, travelling through post-war Germany. The story also carries a strong queer historical connection through Erika and her brother Klaus, both openly queer writers and artists. The MFAH lists the screening for 8pm at the Lynn Wyatt Theater. </w:t>
      </w:r>
      <w:hyperlink r:id="rId10">
        <w:r>
          <w:rPr>
            <w:color w:val="0000EE"/>
            <w:u w:val="single"/>
          </w:rPr>
          <w:t>[5]</w:t>
        </w:r>
      </w:hyperlink>
      <w:r/>
    </w:p>
    <w:p>
      <w:r/>
      <w:r>
        <w:t xml:space="preserve">Saturday expands the festival’s queer range. </w:t>
      </w:r>
      <w:r>
        <w:rPr>
          <w:i/>
        </w:rPr>
        <w:t>Coward</w:t>
      </w:r>
      <w:r>
        <w:t xml:space="preserve"> explores masculinity among First World War soldiers through performance and theatrical play, while </w:t>
      </w:r>
      <w:r>
        <w:rPr>
          <w:i/>
        </w:rPr>
        <w:t>Mickey</w:t>
      </w:r>
      <w:r>
        <w:t xml:space="preserve"> follows a trans woman’s journey from a conservative Mexican community towards belonging in Mexico City. Sunday brings the gothic comedy </w:t>
      </w:r>
      <w:r>
        <w:rPr>
          <w:i/>
        </w:rPr>
        <w:t>The Blood Countess</w:t>
      </w:r>
      <w:r>
        <w:t xml:space="preserve"> and the relationship drama </w:t>
      </w:r>
      <w:r>
        <w:rPr>
          <w:i/>
        </w:rPr>
        <w:t>Clarissa</w:t>
      </w:r>
      <w:r>
        <w:t xml:space="preserve">, so there’s plenty here for viewers who like their cinema strange, stylish or emotionally messy. </w:t>
      </w:r>
      <w:hyperlink r:id="rId9">
        <w:r>
          <w:rPr>
            <w:color w:val="0000EE"/>
            <w:u w:val="single"/>
          </w:rPr>
          <w:t>[2]</w:t>
        </w:r>
      </w:hyperlink>
      <w:r/>
    </w:p>
    <w:p>
      <w:pPr>
        <w:pStyle w:val="Heading2"/>
      </w:pPr>
      <w:r>
        <w:t>Thursday mixes stand-up, drag and theatrical spectacle</w:t>
      </w:r>
      <w:r/>
    </w:p>
    <w:p>
      <w:r/>
      <w:r>
        <w:t xml:space="preserve">If you want to start the weekend with a laugh, </w:t>
      </w:r>
      <w:r>
        <w:rPr>
          <w:i/>
        </w:rPr>
        <w:t>Two Dykes and a Mic: Soaking Wet Tour</w:t>
      </w:r>
      <w:r>
        <w:t xml:space="preserve"> brings comedians McKenzie Goodwin and Rachel Scanlon to Houston Improv on Thursday evening. It’s an 18-plus show, and the live podcast format should suit anyone who enjoys quick-fire queer comedy with a generous dose of audience energy. The tour’s official site confirms Houston as one of its stops. </w:t>
      </w:r>
      <w:hyperlink r:id="rId11">
        <w:r>
          <w:rPr>
            <w:color w:val="0000EE"/>
            <w:u w:val="single"/>
          </w:rPr>
          <w:t>[3]</w:t>
        </w:r>
      </w:hyperlink>
      <w:r/>
    </w:p>
    <w:p>
      <w:r/>
      <w:r>
        <w:t xml:space="preserve">Across town, The Immortal Ball promises a more theatrical night, combining live music, burlesque, costumes and a market at Warehouse Live Midtown. Later, Michael’s Outpost hosts </w:t>
      </w:r>
      <w:r>
        <w:rPr>
          <w:i/>
        </w:rPr>
        <w:t>Laugh Track Drag Show</w:t>
      </w:r>
      <w:r>
        <w:t xml:space="preserve">, where drag performers and comedians share the stage. It’s a useful reminder that Houston’s queer nightlife isn’t confined to one style: you can go polished, camp, spooky or gloriously chaotic. </w:t>
      </w:r>
      <w:hyperlink r:id="rId12">
        <w:r>
          <w:rPr>
            <w:color w:val="0000EE"/>
            <w:u w:val="single"/>
          </w:rPr>
          <w:t>[4]</w:t>
        </w:r>
      </w:hyperlink>
      <w:r/>
    </w:p>
    <w:p>
      <w:pPr>
        <w:pStyle w:val="Heading2"/>
      </w:pPr>
      <w:r>
        <w:t>Friday night turns up the volume</w:t>
      </w:r>
      <w:r/>
    </w:p>
    <w:p>
      <w:r/>
      <w:r>
        <w:t xml:space="preserve">Friday offers a choice between cinema and club culture. Rich’s Houston’s </w:t>
      </w:r>
      <w:r>
        <w:rPr>
          <w:i/>
        </w:rPr>
        <w:t>Scream Fest</w:t>
      </w:r>
      <w:r>
        <w:t xml:space="preserve"> transforms the venue into a Halloween-themed party with horror visuals, DJs and a soundtrack spanning pop, dance, Latin and rap. The venue’s event listing confirms a 9pm start, giving guests plenty of time to arrive in costume or simply enjoy the spectacle. </w:t>
      </w:r>
      <w:hyperlink r:id="rId13">
        <w:r>
          <w:rPr>
            <w:color w:val="0000EE"/>
            <w:u w:val="single"/>
          </w:rPr>
          <w:t>[6]</w:t>
        </w:r>
      </w:hyperlink>
      <w:r/>
    </w:p>
    <w:p>
      <w:r/>
      <w:r>
        <w:t xml:space="preserve">For something a little more performance-led, </w:t>
      </w:r>
      <w:r>
        <w:rPr>
          <w:i/>
        </w:rPr>
        <w:t>Diva Royale Drag Dinner Show</w:t>
      </w:r>
      <w:r>
        <w:t xml:space="preserve"> combines celebrity impersonations, audience participation and a changing cast of performers downtown. The format is designed for a full evening rather than a quick drink, so it’s worth checking booking information and allowing time for dinner as well as the show. </w:t>
      </w:r>
      <w:hyperlink r:id="rId14">
        <w:r>
          <w:rPr>
            <w:color w:val="0000EE"/>
            <w:u w:val="single"/>
          </w:rPr>
          <w:t>[7]</w:t>
        </w:r>
      </w:hyperlink>
      <w:r/>
    </w:p>
    <w:p>
      <w:pPr>
        <w:pStyle w:val="Heading2"/>
      </w:pPr>
      <w:r>
        <w:t>Saturday is the weekend’s big community day</w:t>
      </w:r>
      <w:r/>
    </w:p>
    <w:p>
      <w:r/>
      <w:r>
        <w:t xml:space="preserve">Saturday may be the busiest day for LGBTQ+ events in Houston. At The Montrose Center, </w:t>
      </w:r>
      <w:r>
        <w:rPr>
          <w:i/>
        </w:rPr>
        <w:t>To Be Black, SGL and Christian: Moving the Conversation Forward</w:t>
      </w:r>
      <w:r>
        <w:t xml:space="preserve"> creates space for discussion around faith, Christianity and the experiences of Black same-gender-loving people. The emphasis on lived experience and listening gives the event a different pace from the weekend’s parties, but it may prove just as memorable.</w:t>
      </w:r>
      <w:r/>
    </w:p>
    <w:p>
      <w:r/>
      <w:r>
        <w:t xml:space="preserve">Later, Sapphic City: After Dark celebrates International Lesbian Day with DJs, performers, vendors, dancing and Lesbian Bingo. Meanwhile, KT Abadir-Mullally’s </w:t>
      </w:r>
      <w:r>
        <w:rPr>
          <w:i/>
        </w:rPr>
        <w:t>Grip Strength: An Army of Lovers Shall Not Fail</w:t>
      </w:r>
      <w:r>
        <w:t xml:space="preserve"> reaches its final weekend at BOX 13 ArtSpace, offering a quieter, visually rich stop for visitors interested in queer art and collective resilience. </w:t>
      </w:r>
      <w:hyperlink r:id="rId12">
        <w:r>
          <w:rPr>
            <w:color w:val="0000EE"/>
            <w:u w:val="single"/>
          </w:rPr>
          <w:t>[4]</w:t>
        </w:r>
      </w:hyperlink>
      <w:r/>
    </w:p>
    <w:p>
      <w:r/>
      <w:r>
        <w:t>A practical tip: Saturday’s programme covers several parts of the city, so don’t treat it like one walkable festival precinct. Pick a neighbourhood cluster, build in travel time and book ahead for ticketed events. That small bit of planning could be the difference between a relaxed night and a frantic dash across town.</w:t>
      </w:r>
      <w:r/>
    </w:p>
    <w:p>
      <w:pPr>
        <w:pStyle w:val="Heading2"/>
      </w:pPr>
      <w:r>
        <w:t>Sunday brings stories, brunch and National Coming Out Day</w:t>
      </w:r>
      <w:r/>
    </w:p>
    <w:p>
      <w:r/>
      <w:r>
        <w:t xml:space="preserve">Sunday is anchored by National Coming Out Day. The Coming Out Monologues at Station Theater feature LGBTQ+ stories told by community members and actors, with proceeds supporting scholarships and crisis aid for LGBTQ+ University of Houston students. HRC Houston also gathers at Pearl Bar, where community stories and pro-equality campaigning take centre stage. </w:t>
      </w:r>
      <w:hyperlink r:id="rId12">
        <w:r>
          <w:rPr>
            <w:color w:val="0000EE"/>
            <w:u w:val="single"/>
          </w:rPr>
          <w:t>[4]</w:t>
        </w:r>
      </w:hyperlink>
      <w:r/>
    </w:p>
    <w:p>
      <w:r/>
      <w:r>
        <w:t>There’s plenty of room for a softer Sunday, too. Blackberri hosts Sunday Service Drag Brunch at The Montrose Country Club, while Pearl Bar serves a crab and shrimp boil with potatoes, corn and sausage. In other words, Houston has thoughtfully covered both emotional nourishment and actual nourishment.</w:t>
      </w:r>
      <w:r/>
    </w:p>
    <w:p>
      <w:r/>
      <w:r>
        <w:t xml:space="preserve">For a final cinematic flourish, </w:t>
      </w:r>
      <w:r>
        <w:rPr>
          <w:i/>
        </w:rPr>
        <w:t>The Blood Countess</w:t>
      </w:r>
      <w:r>
        <w:t xml:space="preserve"> screens at the Museum of Fine Arts, Houston, with a Q&amp;A featuring actor Birgit Minichmayr. The mix of vampire comedy, art-house style and post-screening conversation sounds like exactly the sort of gloriously unusual ending a packed queer weekend deserves. </w:t>
      </w:r>
      <w:hyperlink r:id="rId9">
        <w:r>
          <w:rPr>
            <w:color w:val="0000EE"/>
            <w:u w:val="single"/>
          </w:rPr>
          <w:t>[2]</w:t>
        </w:r>
      </w:hyperlink>
      <w:r/>
    </w:p>
    <w:p>
      <w:pPr>
        <w:pStyle w:val="Heading2"/>
      </w:pPr>
      <w:r>
        <w:t>More Houston events to keep on your radar</w:t>
      </w:r>
      <w:r/>
    </w:p>
    <w:p>
      <w:r/>
      <w:r>
        <w:t xml:space="preserve">The weekend’s wider theatre programme includes Alley Theatre’s </w:t>
      </w:r>
      <w:r>
        <w:rPr>
          <w:i/>
        </w:rPr>
        <w:t>Romeo and Juliet</w:t>
      </w:r>
      <w:r>
        <w:t xml:space="preserve"> and Stages’ production of </w:t>
      </w:r>
      <w:r>
        <w:rPr>
          <w:i/>
        </w:rPr>
        <w:t>Come From Away</w:t>
      </w:r>
      <w:r>
        <w:t xml:space="preserve">. The latter includes a special post-show conversation connected to the real-life couple whose story helped inspire the musical, adding a local human touch to an already moving production. </w:t>
      </w:r>
      <w:hyperlink r:id="rId12">
        <w:r>
          <w:rPr>
            <w:color w:val="0000EE"/>
            <w:u w:val="single"/>
          </w:rPr>
          <w:t>[4]</w:t>
        </w:r>
      </w:hyperlink>
      <w:r/>
    </w:p>
    <w:p>
      <w:r/>
      <w:r>
        <w:t xml:space="preserve">Looking further ahead, </w:t>
      </w:r>
      <w:r>
        <w:rPr>
          <w:i/>
        </w:rPr>
        <w:t>Out@TUTS: Mrs. Doubtfire</w:t>
      </w:r>
      <w:r>
        <w:t xml:space="preserve"> lands at the Hobby Center on October 15, followed by an OutSmart-sponsored afterparty. The Indigo Girls also perform in Sugar Land with Linda Perry, while AmistadesHTX marks its sixth anniversary with an open house offering community activities, music and free HIV testing on October 16. </w:t>
      </w:r>
      <w:hyperlink r:id="rId12">
        <w:r>
          <w:rPr>
            <w:color w:val="0000EE"/>
            <w:u w:val="single"/>
          </w:rPr>
          <w:t>[4]</w:t>
        </w:r>
      </w:hyperlink>
      <w:r/>
    </w:p>
    <w:p>
      <w:r/>
      <w:r>
        <w:t>That wider calendar matters because Houston’s queer scene isn’t built around one busy weekend. It stretches from film and theatre to health services, advocacy, nightlife and shared meals, giving visitors plenty of ways to take part, whether they’re looking for a big night out or a meaningful conversation.</w:t>
      </w:r>
      <w:r/>
    </w:p>
    <w:p>
      <w:r/>
      <w:r>
        <w:t>Choose the events that fit your mood, then leave room for one unexpected stop along the way.</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10">
        <w:r>
          <w:rPr>
            <w:color w:val="0000EE"/>
            <w:u w:val="single"/>
          </w:rPr>
          <w:t>[5]</w:t>
        </w:r>
      </w:hyperlink>
      <w:r>
        <w:t xml:space="preserve">- Paragraph 3: </w:t>
      </w:r>
      <w:hyperlink r:id="rId9">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2">
        <w:r>
          <w:rPr>
            <w:color w:val="0000EE"/>
            <w:u w:val="single"/>
          </w:rPr>
          <w:t>[4]</w:t>
        </w:r>
      </w:hyperlink>
      <w:r>
        <w:t xml:space="preserve">- Paragraph 9: </w:t>
      </w:r>
      <w:hyperlink r:id="rId9">
        <w:r>
          <w:rPr>
            <w:color w:val="0000EE"/>
            <w:u w:val="single"/>
          </w:rPr>
          <w:t>[2]</w:t>
        </w:r>
      </w:hyperlink>
      <w:r>
        <w:t xml:space="preserve">- Paragraph 10: </w:t>
      </w:r>
      <w:hyperlink r:id="rId12">
        <w:r>
          <w:rPr>
            <w:color w:val="0000EE"/>
            <w:u w:val="single"/>
          </w:rPr>
          <w:t>[4]</w:t>
        </w:r>
      </w:hyperlink>
      <w:r>
        <w:t xml:space="preserve">- Paragraph 11: </w:t>
      </w:r>
      <w:hyperlink r:id="rId12">
        <w:r>
          <w:rPr>
            <w:color w:val="0000EE"/>
            <w:u w:val="single"/>
          </w:rPr>
          <w:t>[4]</w:t>
        </w:r>
      </w:hyperlink>
      <w:r>
        <w:t xml:space="preserve">- Paragraph 12: </w:t>
      </w:r>
      <w:hyperlink r:id="rId12">
        <w:r>
          <w:rPr>
            <w:color w:val="0000EE"/>
            <w:u w:val="single"/>
          </w:rPr>
          <w:t>[4]</w:t>
        </w:r>
      </w:hyperlink>
      <w:r>
        <w:t xml:space="preserve">- Paragraph 13: </w:t>
      </w:r>
      <w:hyperlink r:id="rId12">
        <w:r>
          <w:rPr>
            <w:color w:val="0000EE"/>
            <w:u w:val="single"/>
          </w:rPr>
          <w:t>[4]</w:t>
        </w:r>
      </w:hyperlink>
      <w:r>
        <w:t xml:space="preserve">- Paragraph 14: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https://www.outsmartmagazine.com/2026/10/queer-things-to-do-houston-oct-8-11/</w:t>
        </w:r>
      </w:hyperlink>
      <w:r>
        <w:t xml:space="preserve"> - Please view link - unable to able to access data</w:t>
      </w:r>
      <w:r/>
    </w:p>
    <w:p>
      <w:pPr>
        <w:pStyle w:val="ListNumber"/>
        <w:spacing w:line="240" w:lineRule="auto"/>
        <w:ind w:left="720"/>
      </w:pPr>
      <w:r/>
      <w:hyperlink r:id="rId9">
        <w:r>
          <w:rPr>
            <w:color w:val="0000EE"/>
            <w:u w:val="single"/>
          </w:rPr>
          <w:t>https://gov.texas.gov/film/event/houston-cinema-arts-festival-26</w:t>
        </w:r>
      </w:hyperlink>
      <w:r>
        <w:t xml:space="preserve"> - The 18th annual Houston Cinema Arts Festival is scheduled from October 1 to October 11, 2026, at various venues across Houston, including the Museum of Fine Arts, River Oaks Theatre, and DeLUXE Theater. The festival's theme, 'My Eyes Are Playing Tricks on Me,' explores the complex relationship between image and truth, addressing topics such as artificial intelligence, surveillance, political manipulation, memory, identity, and communities reclaiming their narratives. The event features over 35 feature films, six short-film blocks, filmmaker conversations, workshops, live performances, experimental cinema, and multidisciplinary events, bringing acclaimed international works from Cannes and Venice into dialogue with films and artists connected to Houston. For more information, visit the official website.</w:t>
      </w:r>
      <w:r/>
    </w:p>
    <w:p>
      <w:pPr>
        <w:pStyle w:val="ListNumber"/>
        <w:spacing w:line="240" w:lineRule="auto"/>
        <w:ind w:left="720"/>
      </w:pPr>
      <w:r/>
      <w:hyperlink r:id="rId11">
        <w:r>
          <w:rPr>
            <w:color w:val="0000EE"/>
            <w:u w:val="single"/>
          </w:rPr>
          <w:t>https://twodykesandamic.com/</w:t>
        </w:r>
      </w:hyperlink>
      <w:r>
        <w:t xml:space="preserve"> - The 'Two D*kes and a Mic: Soaking Wet Tour' is a live comedy show featuring queer comedians McKenzie Goodwin and Rachel Scanlon. The tour includes performances in various cities, with a scheduled show in Houston on October 8, 2026, at 7:30 p.m. at the Houston Improv, located at 7620 Katy Freeway. The event is 18+ and offers a night of comedy and live podcasting. Tickets and more details are available on the official website.</w:t>
      </w:r>
      <w:r/>
    </w:p>
    <w:p>
      <w:pPr>
        <w:pStyle w:val="ListNumber"/>
        <w:spacing w:line="240" w:lineRule="auto"/>
        <w:ind w:left="720"/>
      </w:pPr>
      <w:r/>
      <w:hyperlink r:id="rId12">
        <w:r>
          <w:rPr>
            <w:color w:val="0000EE"/>
            <w:u w:val="single"/>
          </w:rPr>
          <w:t>https://www.outsmartmagazine.com/2026/10/queer-things-to-do-houston-oct-8-11/</w:t>
        </w:r>
      </w:hyperlink>
      <w:r>
        <w:t xml:space="preserve"> - OutSmart Magazine provides a comprehensive guide to LGBTQ+ events in Houston for the weekend of October 8–11, 2026. The guide includes details on the Houston Cinema Arts Festival, featuring over 35 films and special programs; the 'Two D*kes and a Mic: Soaking Wet Tour' comedy show; 'The Immortal Ball' by Coffin Angels; 'Laugh Track Drag Show' at Michael’s Outpost; and other events such as 'Scream Fest' at Rich’s Houston, 'Diva Royale Drag Dinner Show,' and 'Sapphic City: After Dark' by The Black Lesbian Network. The guide also highlights ongoing events like 'Romeo and Juliet' at Alley Theatre and 'Come From Away' at Stages. For more information, visit the OutSmart Magazine website.</w:t>
      </w:r>
      <w:r/>
    </w:p>
    <w:p>
      <w:pPr>
        <w:pStyle w:val="ListNumber"/>
        <w:spacing w:line="240" w:lineRule="auto"/>
        <w:ind w:left="720"/>
      </w:pPr>
      <w:r/>
      <w:hyperlink r:id="rId10">
        <w:r>
          <w:rPr>
            <w:color w:val="0000EE"/>
            <w:u w:val="single"/>
          </w:rPr>
          <w:t>https://www.mfah.org/events/fatherland</w:t>
        </w:r>
      </w:hyperlink>
      <w:r>
        <w:t xml:space="preserve"> - The Museum of Fine Arts, Houston, is hosting a screening of 'Fatherland' on October 9, 2026, at 8 p.m. as part of the Houston Cinema Arts Festival. Directed by Paweł Pawlikowski, the film stars Sandra Hüller as Erika Mann and August Diehl as her brother Klaus. The story follows Erika and her father, Nobel laureate Thomas Mann, on a 1949 road trip through a divided Germany. Both siblings were openly queer writers and artists. The film is shot in black and white and runs for 82 minutes. For tickets and more information, visit the MFAH website.</w:t>
      </w:r>
      <w:r/>
    </w:p>
    <w:p>
      <w:pPr>
        <w:pStyle w:val="ListNumber"/>
        <w:spacing w:line="240" w:lineRule="auto"/>
        <w:ind w:left="720"/>
      </w:pPr>
      <w:r/>
      <w:hyperlink r:id="rId13">
        <w:r>
          <w:rPr>
            <w:color w:val="0000EE"/>
            <w:u w:val="single"/>
          </w:rPr>
          <w:t>https://www.richshtx.com/events/scream-fest</w:t>
        </w:r>
      </w:hyperlink>
      <w:r>
        <w:t xml:space="preserve"> - Rich’s Houston is hosting 'Scream Fest' on October 9, 2026, at 9 p.m. The event transforms the venue into a Halloween playground, featuring horror visuals, costumes, DJs, and a mix of pop, dance, Latin, and rap music. For more details and tickets, visit the Rich’s Houston website.</w:t>
      </w:r>
      <w:r/>
    </w:p>
    <w:p>
      <w:pPr>
        <w:pStyle w:val="ListNumber"/>
        <w:spacing w:line="240" w:lineRule="auto"/>
        <w:ind w:left="720"/>
      </w:pPr>
      <w:r/>
      <w:hyperlink r:id="rId14">
        <w:r>
          <w:rPr>
            <w:color w:val="0000EE"/>
            <w:u w:val="single"/>
          </w:rPr>
          <w:t>https://www.divaroyale.com/houston</w:t>
        </w:r>
      </w:hyperlink>
      <w:r>
        <w:t xml:space="preserve"> - Diva Royale Drag Dinner Show is scheduled for October 9, 2026, at 7 p.m. at 809 Congress St., Houston. The downtown drag revue features celebrity impersonations, audience interaction, and a rotating lineup of performers. For tickets and more information, visit the Diva Royale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v.texas.gov/film/event/houston-cinema-arts-festival-26" TargetMode="External"/><Relationship Id="rId10" Type="http://schemas.openxmlformats.org/officeDocument/2006/relationships/hyperlink" Target="https://www.mfah.org/events/fatherland" TargetMode="External"/><Relationship Id="rId11" Type="http://schemas.openxmlformats.org/officeDocument/2006/relationships/hyperlink" Target="https://twodykesandamic.com/" TargetMode="External"/><Relationship Id="rId12" Type="http://schemas.openxmlformats.org/officeDocument/2006/relationships/hyperlink" Target="https://www.outsmartmagazine.com/2026/10/queer-things-to-do-houston-oct-8-11/" TargetMode="External"/><Relationship Id="rId13" Type="http://schemas.openxmlformats.org/officeDocument/2006/relationships/hyperlink" Target="https://www.richshtx.com/events/scream-fest" TargetMode="External"/><Relationship Id="rId14" Type="http://schemas.openxmlformats.org/officeDocument/2006/relationships/hyperlink" Target="https://www.divaroyale.com/hous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