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Television Stories From the 2026 Emmys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Stars including Colman Domingo, Cynthia Nixon and Krys Marshall used the 2026 Emmys red carpet to explain why LGBTQ visibility still matters, while acclaimed queer stories earned recognition on television’s biggest night.</w:t>
      </w:r>
      <w:r/>
    </w:p>
    <w:p>
      <w:pPr>
        <w:pStyle w:val="Heading2"/>
      </w:pPr>
      <w:r>
        <w:t>Essential Takeaways</w:t>
      </w:r>
      <w:r/>
      <w:r/>
    </w:p>
    <w:p>
      <w:pPr>
        <w:pStyle w:val="ListBullet"/>
        <w:spacing w:line="240" w:lineRule="auto"/>
        <w:ind w:left="720"/>
      </w:pPr>
      <w:r/>
      <w:r>
        <w:rPr>
          <w:b/>
        </w:rPr>
        <w:t>Visibility remains personal:</w:t>
      </w:r>
      <w:r>
        <w:t xml:space="preserve"> Stars linked authentic LGBTQ storytelling with belonging, confidence and equal rights.</w:t>
      </w:r>
      <w:r/>
    </w:p>
    <w:p>
      <w:pPr>
        <w:pStyle w:val="ListBullet"/>
        <w:spacing w:line="240" w:lineRule="auto"/>
        <w:ind w:left="720"/>
      </w:pPr>
      <w:r/>
      <w:r>
        <w:rPr>
          <w:b/>
        </w:rPr>
        <w:t>Colman Domingo made the case for connection:</w:t>
      </w:r>
      <w:r>
        <w:t xml:space="preserve"> His character’s love story in The Four Seasons has resonated well beyond queer audiences.</w:t>
      </w:r>
      <w:r/>
    </w:p>
    <w:p>
      <w:pPr>
        <w:pStyle w:val="ListBullet"/>
        <w:spacing w:line="240" w:lineRule="auto"/>
        <w:ind w:left="720"/>
      </w:pPr>
      <w:r/>
      <w:r>
        <w:rPr>
          <w:b/>
        </w:rPr>
        <w:t>Cynthia Nixon called for solidarity:</w:t>
      </w:r>
      <w:r>
        <w:t xml:space="preserve"> She stressed the importance of standing visibly with the trans community.</w:t>
      </w:r>
      <w:r/>
    </w:p>
    <w:p>
      <w:pPr>
        <w:pStyle w:val="ListBullet"/>
        <w:spacing w:line="240" w:lineRule="auto"/>
        <w:ind w:left="720"/>
      </w:pPr>
      <w:r/>
      <w:r>
        <w:rPr>
          <w:b/>
        </w:rPr>
        <w:t>Recognition followed representation:</w:t>
      </w:r>
      <w:r>
        <w:t xml:space="preserve"> Hacks, Rhea Seehorn and LGBTQ-led creative work featured among the evening’s notable honours.</w:t>
      </w:r>
      <w:r/>
    </w:p>
    <w:p>
      <w:pPr>
        <w:pStyle w:val="ListBullet"/>
        <w:spacing w:line="240" w:lineRule="auto"/>
        <w:ind w:left="720"/>
      </w:pPr>
      <w:r/>
      <w:r>
        <w:rPr>
          <w:b/>
        </w:rPr>
        <w:t>The red carpet still matters:</w:t>
      </w:r>
      <w:r>
        <w:t xml:space="preserve"> Fashion and beauty coverage turned the ceremony into a wider cultural conversation, not just an awards show.</w:t>
      </w:r>
      <w:r/>
      <w:r/>
    </w:p>
    <w:p>
      <w:pPr>
        <w:pStyle w:val="Heading2"/>
      </w:pPr>
      <w:r>
        <w:t>Why LGBTQ visibility still matters at the Emmys</w:t>
      </w:r>
      <w:r/>
    </w:p>
    <w:p>
      <w:r/>
      <w:r>
        <w:t>The most powerful moments of the 2026 Emmys weren't necessarily the winner announcements. They came from actors describing what it feels like when a television character reaches someone who has rarely seen themselves treated with warmth, complexity or joy.</w:t>
      </w:r>
      <w:r/>
    </w:p>
    <w:p>
      <w:r/>
      <w:r>
        <w:t>Speaking with GLAAD on the red carpet, Colman Domingo connected support for LGBTQ rights with a broader principle of human dignity. His comments arrived as he celebrated The Four Seasons, where his character Danny's relationship has found an audience far beyond the queer community.</w:t>
      </w:r>
      <w:r/>
    </w:p>
    <w:p>
      <w:r/>
      <w:r>
        <w:t>That cross-audience response is significant. When viewers recognise something familiar in a story that once felt unfamiliar, television can quietly widen the room. Domingo's experience suggests that a well-told love story doesn't need to lecture to change minds; sometimes it simply gives people someone to care about.</w:t>
      </w:r>
      <w:r/>
    </w:p>
    <w:p>
      <w:pPr>
        <w:pStyle w:val="Heading2"/>
      </w:pPr>
      <w:r>
        <w:t>Colman Domingo's love story found an unexpected audience</w:t>
      </w:r>
      <w:r/>
    </w:p>
    <w:p>
      <w:r/>
      <w:r>
        <w:t>Domingo attended the ceremony as a double nominee, recognised for his performances in The Four Seasons and Euphoria. His work gave the evening a particularly personal thread, combining awards-season excitement with a discussion about how queer characters can move from the margins into everyday popular culture.</w:t>
      </w:r>
      <w:r/>
    </w:p>
    <w:p>
      <w:r/>
      <w:r>
        <w:t>He told GLAAD that people who wouldn't necessarily describe themselves as part of the LGBTQ community had approached him to talk about Danny. That reaction matters because it shows how representation can work in ordinary, almost accidental ways. A viewer may begin by watching for the plot, then find themselves emotionally invested in a relationship they might once have considered distant.</w:t>
      </w:r>
      <w:r/>
    </w:p>
    <w:p>
      <w:r/>
      <w:r>
        <w:t>The wider awards coverage also placed the ceremony within a busy television landscape, with trade and network reports highlighting the breadth of this year's recognised programmes. Yet the emotional force of Domingo's comments came from something simpler: audiences saw a character living, loving and being understood.</w:t>
      </w:r>
      <w:r/>
    </w:p>
    <w:p>
      <w:pPr>
        <w:pStyle w:val="Heading2"/>
      </w:pPr>
      <w:r>
        <w:t>Cynthia Nixon makes the case for unapologetic visibility</w:t>
      </w:r>
      <w:r/>
    </w:p>
    <w:p>
      <w:r/>
      <w:r>
        <w:t>Cynthia Nixon brought a sharper political edge to the red carpet. Representing The Gilded Age, she argued that LGBTQ people should be visible in workplaces, places of worship and public life, rather than being treated as an issue to be discussed from a distance.</w:t>
      </w:r>
      <w:r/>
    </w:p>
    <w:p>
      <w:r/>
      <w:r>
        <w:t>Her strongest emphasis was on the trans community. Nixon warned against attempts to separate trans people from broader LGBTQ advocacy, calling that retreat a serious mistake. It's a reminder that visibility isn't only about who appears on screen; it's also about who is defended when public debate becomes hostile.</w:t>
      </w:r>
      <w:r/>
    </w:p>
    <w:p>
      <w:r/>
      <w:r>
        <w:t>That point gives the glamour of the Emmys a useful jolt. The ceremony may revolve around gowns, beauty looks and carefully lit interviews, but the red carpet can also be a platform. Coverage from fashion and beauty publications underlined the spectacle, while stars such as Nixon used that attention to keep equality in view.</w:t>
      </w:r>
      <w:r/>
    </w:p>
    <w:p>
      <w:pPr>
        <w:pStyle w:val="Heading2"/>
      </w:pPr>
      <w:r>
        <w:t>Chris Perfetti shows representation can feel quietly real</w:t>
      </w:r>
      <w:r/>
    </w:p>
    <w:p>
      <w:r/>
      <w:r>
        <w:t>For Abbott Elementary actor Chris Perfetti, the most moving part of playing Jacob Hill has been meeting queer teachers who feel recognised by the series. His response was visibly emotional, suggesting that the connection came as a surprise even after five years of Emmy recognition.</w:t>
      </w:r>
      <w:r/>
    </w:p>
    <w:p>
      <w:r/>
      <w:r>
        <w:t>Jacob isn't presented as a symbol first and a person second. He's a teacher with enthusiasms, anxieties and an unmistakably individual personality. That everyday detail is exactly what can make representation land: viewers aren't being handed a lesson, they're being invited into somebody's life.</w:t>
      </w:r>
      <w:r/>
    </w:p>
    <w:p>
      <w:r/>
      <w:r>
        <w:t>The recognition around the ceremony reflected television's increasingly broad idea of impact. Industry announcements from the Television Academy and NBCUniversal focused on winners and achievements, but Perfetti's reaction captured another kind of success. Sometimes the award is hearing that a character made a real workplace, classroom or community feel visible.</w:t>
      </w:r>
      <w:r/>
    </w:p>
    <w:p>
      <w:pPr>
        <w:pStyle w:val="Heading2"/>
      </w:pPr>
      <w:r>
        <w:t>Krys Marshall explains representation's lasting power</w:t>
      </w:r>
      <w:r/>
    </w:p>
    <w:p>
      <w:r/>
      <w:r>
        <w:t>Krys Marshall offered perhaps the most intimate reflection of the evening. She recalled growing up as a queer child in the American South and hiding her feelings because she feared ridicule. Her point was direct: representation can matter on a grand social scale, but it can also reach one frightened child at lunchtime.</w:t>
      </w:r>
      <w:r/>
    </w:p>
    <w:p>
      <w:r/>
      <w:r>
        <w:t>That distinction is crucial. Public arguments about rights can feel enormous and abstract, while a young viewer's experience is immediate and physical: the relief of seeing somebody like them, the warmth of hearing an ally speak up, or the simple knowledge that they're not alone.</w:t>
      </w:r>
      <w:r/>
    </w:p>
    <w:p>
      <w:r/>
      <w:r>
        <w:t>This is where television still has unusual power. It enters homes repeatedly, builds familiarity over time and lets audiences spend hours with characters they might never meet in real life. For LGBTQ viewers, that can offer recognition; for everyone else, it can make empathy feel less like an instruction and more like a habit.</w:t>
      </w:r>
      <w:r/>
    </w:p>
    <w:p>
      <w:pPr>
        <w:pStyle w:val="Heading2"/>
      </w:pPr>
      <w:r>
        <w:t>Awards recognition gives queer storytelling momentum</w:t>
      </w:r>
      <w:r/>
    </w:p>
    <w:p>
      <w:r/>
      <w:r>
        <w:t>The ceremony's wider honours added substance to the red-carpet conversation. Hacks, known for its queer ensemble and sharp comic writing, secured another major technical win, while Jean Smart continued her remarkable run of recognition for the series.</w:t>
      </w:r>
      <w:r/>
    </w:p>
    <w:p>
      <w:r/>
      <w:r>
        <w:t>Rhea Seehorn's first Emmy for her lead performance in Pluribus was another important milestone. Her role as novelist Carol Sturka, alongside Miriam Shor as her wife Helen, placed a lesbian relationship at the centre of a high-profile drama rather than treating it as background decoration.</w:t>
      </w:r>
      <w:r/>
    </w:p>
    <w:p>
      <w:r/>
      <w:r>
        <w:t>The awards coverage from industry outlets and entertainment publications showed the usual mixture of winners, performances, fashion and celebrity moments. But taken together, the evening offered a persuasive argument: LGBTQ stories aren't a niche corner of television waiting for permission. They're part of the medium's mainstream, and audiences are responding when the writing gives them something honest to hold on to.</w:t>
      </w:r>
      <w:r/>
    </w:p>
    <w:p>
      <w:r/>
      <w:r>
        <w:t>Visibility isn't a cure-all, but it can be a beginning. For one viewer, one character may be enough to make the world feel a little less lonely.</w:t>
      </w:r>
      <w:r/>
    </w:p>
    <w:p>
      <w:r/>
      <w:r>
        <w:t>Explore the stories that make television feel more representative, human and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https://glaad.org/glaad-at-the-emmys-that-is-why-visibility-matters-colman-domingo-cynthia-nixon-chris-perfetti-and-fellow-stars-on-televisions-cultural-impact-and-queer-storytelling/</w:t>
        </w:r>
      </w:hyperlink>
      <w:r>
        <w:t xml:space="preserve"> - Please view link - unable to able to access data</w:t>
      </w:r>
      <w:r/>
    </w:p>
    <w:p>
      <w:pPr>
        <w:pStyle w:val="ListNumber"/>
        <w:spacing w:line="240" w:lineRule="auto"/>
        <w:ind w:left="720"/>
      </w:pPr>
      <w:r/>
      <w:hyperlink r:id="rId10">
        <w:r>
          <w:rPr>
            <w:color w:val="0000EE"/>
            <w:u w:val="single"/>
          </w:rPr>
          <w:t>https://www.cgw.com/Press-Center/News/2026/78th-Emmy-Awards-Winners-announced-in-19-categor.aspx</w:t>
        </w:r>
      </w:hyperlink>
      <w:r>
        <w:t xml:space="preserve"> - The 78th Emmy Awards, held on September 14, 2026, at the Peacock Theater in Los Angeles, celebrated excellence in television programming and individual achievements for the 2025-2026 season. Hosted by Mariska Hargitay, the ceremony was broadcast live on NBC and streamed on Peacock. The event featured awards in 19 categories, presented by top talent from acclaimed television programs. The ceremony was executive produced by Hargitay along with Jesse Collins, Dionne Harmon, and Jeannae Rouzan-Clay of Jesse Collins Entertainment.</w:t>
      </w:r>
      <w:r/>
    </w:p>
    <w:p>
      <w:pPr>
        <w:pStyle w:val="ListNumber"/>
        <w:spacing w:line="240" w:lineRule="auto"/>
        <w:ind w:left="720"/>
      </w:pPr>
      <w:r/>
      <w:hyperlink r:id="rId11">
        <w:r>
          <w:rPr>
            <w:color w:val="0000EE"/>
            <w:u w:val="single"/>
          </w:rPr>
          <w:t>https://www.nbcuniversal.com/article/2026-nbcuniversal-emmy-wins</w:t>
        </w:r>
      </w:hyperlink>
      <w:r>
        <w:t xml:space="preserve"> - The 78th Primetime Emmy Awards, held on September 14, 2026, at the Peacock Theater in Los Angeles, were a significant night for NBCUniversal across its broadcast, studios, and streaming platforms. The ceremony, hosted by Mariska Hargitay, saw Peacock's 'The Traitors' and Universal Television's 'Hacks' leading the wins. The event was broadcast live on NBC and streamed on Peacock, with the cast and crew of 'The Traitors' accepting the Outstanding Reality Competition Program Award on stage.</w:t>
      </w:r>
      <w:r/>
    </w:p>
    <w:p>
      <w:pPr>
        <w:pStyle w:val="ListNumber"/>
        <w:spacing w:line="240" w:lineRule="auto"/>
        <w:ind w:left="720"/>
      </w:pPr>
      <w:r/>
      <w:hyperlink r:id="rId12">
        <w:r>
          <w:rPr>
            <w:color w:val="0000EE"/>
            <w:u w:val="single"/>
          </w:rPr>
          <w:t>https://www.televisionacademy.com/features/news/press-release/260812-78th-emmys-juried-winners</w:t>
        </w:r>
      </w:hyperlink>
      <w:r>
        <w:t xml:space="preserve"> - The Television Academy announced the winners of the 78th Emmy Awards in juried categories, including Animation, Costume Design, and Innovation in Emerging Media Programming. These juried awards were presented over the first two nights of the 78th Emmy Awards, taking place at the Peacock Theater at L.A. LIVE on September 5 and 6. An edited presentation of these ceremonies aired on September 12 on FXX. The juried categories involved screenings by panels of professionals in the respective peer groups, with deliberations leading to the awarding of Emmys.</w:t>
      </w:r>
      <w:r/>
    </w:p>
    <w:p>
      <w:pPr>
        <w:pStyle w:val="ListNumber"/>
        <w:spacing w:line="240" w:lineRule="auto"/>
        <w:ind w:left="720"/>
      </w:pPr>
      <w:r/>
      <w:hyperlink r:id="rId13">
        <w:r>
          <w:rPr>
            <w:color w:val="0000EE"/>
            <w:u w:val="single"/>
          </w:rPr>
          <w:t>https://www.whowhatwear.com/fashion/red-carpet-emmy-awards-red-carpet-2026</w:t>
        </w:r>
      </w:hyperlink>
      <w:r>
        <w:t xml:space="preserve"> - The 78th Primetime Emmy Awards, held in downtown Los Angeles and hosted by Mariska Hargitay, showcased a dazzling array of fashion on the red carpet. Leading celebrities and nominees, including Zendaya, Selena Gomez, Ayo Edebiri, Sarah Pidgeon, Carey Mulligan, Elle Fanning, and Michelle Pfeiffer, turned heads in couture gowns and designer pieces. Prominent designers such as Prada, Louis Vuitton, Chanel, Balenciaga, and Ralph Lauren were widely represented, while luxury jewelry brands like Mikimoto, Cartier, and Boucheron added sparkle. Stylists like Law Roach, Erin Walsh, and Samantha McMillen played key roles in curating the evening's standout ensembles. Males such as Oscar Isaac and Colman Domingo also delivered sleek looks in Celine and Valentino, respectively. The red carpet was a rich tapestry of elegance, featuring both established icons and rising stars in show-stopping attire, underlining the event's status as a major style moment in 2026.</w:t>
      </w:r>
      <w:r/>
    </w:p>
    <w:p>
      <w:pPr>
        <w:pStyle w:val="ListNumber"/>
        <w:spacing w:line="240" w:lineRule="auto"/>
        <w:ind w:left="720"/>
      </w:pPr>
      <w:r/>
      <w:hyperlink r:id="rId14">
        <w:r>
          <w:rPr>
            <w:color w:val="0000EE"/>
            <w:u w:val="single"/>
          </w:rPr>
          <w:t>https://www.marieclaire.com/beauty/2026-emmys-zendaya-beauty-look/</w:t>
        </w:r>
      </w:hyperlink>
      <w:r>
        <w:t xml:space="preserve"> - At the 78th annual Primetime Emmy Awards, held on September 14, 2026, Zendaya turned heads with her striking pixie haircut, earning widespread acclaim for the best short hairstyle of the night. The actress and nominee wowed audiences with a look inspired by Halle Berry's iconic 2002 Oscars style, featuring tousled volume enhanced by gelled edges and styled by Coree Moreno using ghd tools. Transitioning from her playful curled pixie and colorful makeup earlier in the weekend, Zendaya opted for a sultry, lash-forward eyeshadow, bronzy-pink blush, and a neutral lip. Her polished look was completed by a milky almond-shaped manicure and a jewel-studded gown, further highlighting her radiant appearance post-marriage to Tom Holland. As a nominee for her role in HBO's Euphoria and a presenter at the event, Zendaya continues to be a major fashion and beauty icon on the red carpet. Her exact beauty product details are expected to be released soon.</w:t>
      </w:r>
      <w:r/>
    </w:p>
    <w:p>
      <w:pPr>
        <w:pStyle w:val="ListNumber"/>
        <w:spacing w:line="240" w:lineRule="auto"/>
        <w:ind w:left="720"/>
      </w:pPr>
      <w:r/>
      <w:hyperlink r:id="rId15">
        <w:r>
          <w:rPr>
            <w:color w:val="0000EE"/>
            <w:u w:val="single"/>
          </w:rPr>
          <w:t>https://www.cinemablend.com/television/brooks-nader-baywatch-reboot-cast-subbed-red-swimsuits-for-red-gowns-at-the-emmys-and-im-obsessed</w:t>
        </w:r>
      </w:hyperlink>
      <w:r>
        <w:t xml:space="preserve"> - At the 78th Primetime Emmy Awards held on September 14, 2026, at the Peacock Theater in Los Angeles, the cast of the upcoming Baywatch reboot made a striking appearance on the red carpet by trading the franchise’s iconic red swimsuits for glamorous red gowns. Cast members including Hassie Harrison, Brooks Nader, and Jessica Belkin made stylish, thematic fashion choices—Harrison wore an elegant off-the-shoulder gown, Nader stunned in a criss-cross red halter dress, and Belkin walked the carpet in a sheer red ensemble. Their looks paid homage to the classic Baywatch aesthetic while aligning with current fashion trends in method dressing. Male co-stars like Stephen Amell and Thaddeus LaGrone opted for traditional black tuxedos, with subtle red nods like Amell’s pocket square. The cast attended the event to present an award and promote their upcoming drama series, which is set to premiere on Fox in early 2027. Their cohesive style on the red carpet garnered attention and built anticipation for the rebooted show. Viewers can stream the Emmys event with a Peacock subscription.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glaad-at-the-emmys-that-is-why-visibility-matters-colman-domingo-cynthia-nixon-chris-perfetti-and-fellow-stars-on-televisions-cultural-impact-and-queer-storytelling/" TargetMode="External"/><Relationship Id="rId10" Type="http://schemas.openxmlformats.org/officeDocument/2006/relationships/hyperlink" Target="https://www.cgw.com/Press-Center/News/2026/78th-Emmy-Awards-Winners-announced-in-19-categor.aspx" TargetMode="External"/><Relationship Id="rId11" Type="http://schemas.openxmlformats.org/officeDocument/2006/relationships/hyperlink" Target="https://www.nbcuniversal.com/article/2026-nbcuniversal-emmy-wins" TargetMode="External"/><Relationship Id="rId12" Type="http://schemas.openxmlformats.org/officeDocument/2006/relationships/hyperlink" Target="https://www.televisionacademy.com/features/news/press-release/260812-78th-emmys-juried-winners" TargetMode="External"/><Relationship Id="rId13" Type="http://schemas.openxmlformats.org/officeDocument/2006/relationships/hyperlink" Target="https://www.whowhatwear.com/fashion/red-carpet-emmy-awards-red-carpet-2026" TargetMode="External"/><Relationship Id="rId14" Type="http://schemas.openxmlformats.org/officeDocument/2006/relationships/hyperlink" Target="https://www.marieclaire.com/beauty/2026-emmys-zendaya-beauty-look/" TargetMode="External"/><Relationship Id="rId15" Type="http://schemas.openxmlformats.org/officeDocument/2006/relationships/hyperlink" Target="https://www.cinemablend.com/television/brooks-nader-baywatch-reboot-cast-subbed-red-swimsuits-for-red-gowns-at-the-emmys-and-im-obsess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