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 Festival Events in South Florida This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Fort Lauderdale and Miami for OUTshine’s Fall Edition, running from 15 to 25 October. With international premieres, filmmaker appearances, themed parties and films available to watch at home afterwards, the festival offers a lively mix of cinema, community and queer storytelling.</w:t>
      </w:r>
      <w:r/>
    </w:p>
    <w:p>
      <w:pPr>
        <w:pStyle w:val="Heading2"/>
      </w:pPr>
      <w:r>
        <w:t>Essential Takeaways</w:t>
      </w:r>
      <w:r/>
      <w:r/>
    </w:p>
    <w:p>
      <w:pPr>
        <w:pStyle w:val="ListBullet"/>
        <w:spacing w:line="240" w:lineRule="auto"/>
        <w:ind w:left="720"/>
      </w:pPr>
      <w:r/>
      <w:r>
        <w:rPr>
          <w:b/>
        </w:rPr>
        <w:t>Dates and locations:</w:t>
      </w:r>
      <w:r>
        <w:t xml:space="preserve"> OUTshine runs across Broward and Miami-Dade from 15 to 25 October.</w:t>
      </w:r>
      <w:r/>
    </w:p>
    <w:p>
      <w:pPr>
        <w:pStyle w:val="ListBullet"/>
        <w:spacing w:line="240" w:lineRule="auto"/>
        <w:ind w:left="720"/>
      </w:pPr>
      <w:r/>
      <w:r>
        <w:rPr>
          <w:b/>
        </w:rPr>
        <w:t>Big-screen variety:</w:t>
      </w:r>
      <w:r>
        <w:t xml:space="preserve"> The programme includes features, documentaries and shorts from 20 countries.</w:t>
      </w:r>
      <w:r/>
    </w:p>
    <w:p>
      <w:pPr>
        <w:pStyle w:val="ListBullet"/>
        <w:spacing w:line="240" w:lineRule="auto"/>
        <w:ind w:left="720"/>
      </w:pPr>
      <w:r/>
      <w:r>
        <w:rPr>
          <w:b/>
        </w:rPr>
        <w:t>Standout events:</w:t>
      </w:r>
      <w:r>
        <w:t xml:space="preserve"> Highlights include La Bola Negra, Bea Arthur: The Documentary and the Halloween-themed No Rest for the Wicked.</w:t>
      </w:r>
      <w:r/>
    </w:p>
    <w:p>
      <w:pPr>
        <w:pStyle w:val="ListBullet"/>
        <w:spacing w:line="240" w:lineRule="auto"/>
        <w:ind w:left="720"/>
      </w:pPr>
      <w:r/>
      <w:r>
        <w:rPr>
          <w:b/>
        </w:rPr>
        <w:t>Tickets:</w:t>
      </w:r>
      <w:r>
        <w:t xml:space="preserve"> Individual tickets start at $17, with passes and subscription packages also available.</w:t>
      </w:r>
      <w:r/>
    </w:p>
    <w:p>
      <w:pPr>
        <w:pStyle w:val="ListBullet"/>
        <w:spacing w:line="240" w:lineRule="auto"/>
        <w:ind w:left="720"/>
      </w:pPr>
      <w:r/>
      <w:r>
        <w:rPr>
          <w:b/>
        </w:rPr>
        <w:t>More viewing later:</w:t>
      </w:r>
      <w:r>
        <w:t xml:space="preserve"> Selected films will be available through OUTshine At-Home from 26 October to 1 November.</w:t>
      </w:r>
      <w:r/>
      <w:r/>
    </w:p>
    <w:p>
      <w:pPr>
        <w:pStyle w:val="Heading2"/>
      </w:pPr>
      <w:r>
        <w:t>OUTshine returns with a packed autumn programme</w:t>
      </w:r>
      <w:r/>
    </w:p>
    <w:p>
      <w:r/>
      <w:r>
        <w:t>South Florida’s LGBTQ+ film calendar is about to get considerably busier. OUTshine’s autumn edition brings more than 20 international, North American, East Coast and Florida premieres to cinemas in Fort Lauderdale and Miami, with stories ranging from historical drama to romantic comedy and folk horror.</w:t>
      </w:r>
      <w:r/>
    </w:p>
    <w:p>
      <w:r/>
      <w:r>
        <w:t>That breadth is part of the festival’s appeal. One screening might offer a thoughtful portrait of queer history, while the next brings a tense romance, a sharp documentary or something gloriously spooky. The result feels less like a conventional film season and more like a ten-day social occasion with a cinema habit attached.</w:t>
      </w:r>
      <w:r/>
    </w:p>
    <w:p>
      <w:r/>
      <w:r>
        <w:t xml:space="preserve">The festival’s programme also reflects a wider appetite for LGBTQ+ films that entertain without sanding down their complexity. From the information listed by Miami’s Tower Theater, OUTshine remains a prominent part of the city’s cultural events calendar. </w:t>
      </w:r>
      <w:hyperlink r:id="rId9">
        <w:r>
          <w:rPr>
            <w:color w:val="0000EE"/>
            <w:u w:val="single"/>
          </w:rPr>
          <w:t>[2]</w:t>
        </w:r>
      </w:hyperlink>
      <w:r/>
    </w:p>
    <w:p>
      <w:pPr>
        <w:pStyle w:val="Heading2"/>
      </w:pPr>
      <w:r>
        <w:t>From Spanish history to queer folklore</w:t>
      </w:r>
      <w:r/>
    </w:p>
    <w:p>
      <w:r/>
      <w:r>
        <w:t>The opening-night film, La Bola Negra, arrives at Regal Dania Pointe on 15 October. Directed by Javier Calvo and Javier Ambrossi, the Spanish and French historical drama follows three gay men across different generations, connecting their lives through love, loss and the lingering influence of Federico García Lorca.</w:t>
      </w:r>
      <w:r/>
    </w:p>
    <w:p>
      <w:r/>
      <w:r>
        <w:t>Its cast includes Penélope Cruz, Glenn Close, Lola Dueñas and Julio Torres, alongside Spanish performers including Guitarricadelafuente and Miguel Bernardeau. The film’s combination of star power and literary history gives the festival an appropriately dramatic launch, before an afterparty at Dania Pointe’s 14 North Daiquiri Bar.</w:t>
      </w:r>
      <w:r/>
    </w:p>
    <w:p>
      <w:r/>
      <w:r>
        <w:t xml:space="preserve">Film listings describe La Bola Negra as a substantial, multi-generational work rooted in Spain’s cultural and queer history. </w:t>
      </w:r>
      <w:hyperlink r:id="rId10">
        <w:r>
          <w:rPr>
            <w:color w:val="0000EE"/>
            <w:u w:val="single"/>
          </w:rPr>
          <w:t>[3]</w:t>
        </w:r>
      </w:hyperlink>
      <w:r>
        <w:t xml:space="preserve"> </w:t>
      </w:r>
      <w:hyperlink r:id="rId11">
        <w:r>
          <w:rPr>
            <w:color w:val="0000EE"/>
            <w:u w:val="single"/>
          </w:rPr>
          <w:t>[4]</w:t>
        </w:r>
      </w:hyperlink>
      <w:r>
        <w:t xml:space="preserve"> For audiences who enjoy cinema with a strong sense of place, it promises plenty to discuss after the credits.</w:t>
      </w:r>
      <w:r/>
    </w:p>
    <w:p>
      <w:pPr>
        <w:pStyle w:val="Heading2"/>
      </w:pPr>
      <w:r>
        <w:t>The festival’s most talked-about nights</w:t>
      </w:r>
      <w:r/>
    </w:p>
    <w:p>
      <w:r/>
      <w:r>
        <w:t>One of the most atmospheric events is likely to be the Florida premiere of No Rest for the Wicked on 21 October at Savor Cinema in Fort Lauderdale. Set in the Faroe Islands, the film follows a young fisherman whose romance with a mysterious whaler takes a supernatural turn after tragedy awakens a vampire curse.</w:t>
      </w:r>
      <w:r/>
    </w:p>
    <w:p>
      <w:r/>
      <w:r>
        <w:t>It’s an enticing premise for a Halloween-season screening, especially in a venue known for intimate, independent cinema. A themed afterparty follows, so viewers can move from eerie island folklore to a more celebratory kind of night without travelling far.</w:t>
      </w:r>
      <w:r/>
    </w:p>
    <w:p>
      <w:r/>
      <w:r>
        <w:t>Another major draw is Bea Arthur: The Documentary, screening at O Cinema South Beach on 20 October. Built around a previously unseen interview, archive material and recollections from colleagues and friends, the documentary explores Arthur’s work in theatre, television and film, as well as her long-standing support for LGBTQ+ communities.</w:t>
      </w:r>
      <w:r/>
    </w:p>
    <w:p>
      <w:r/>
      <w:r>
        <w:t>For fans of Maude, The Golden Girls and Mame, the appeal is obvious. But the film should also interest anyone drawn to performers who were funny, formidable and entirely themselves. It sounds like the sort of documentary that leaves audiences wanting to rewatch a favourite performance on the journey home.</w:t>
      </w:r>
      <w:r/>
    </w:p>
    <w:p>
      <w:pPr>
        <w:pStyle w:val="Heading2"/>
      </w:pPr>
      <w:r>
        <w:t>Romance, friendship and spotlight screenings</w:t>
      </w:r>
      <w:r/>
    </w:p>
    <w:p>
      <w:r/>
      <w:r>
        <w:t>On 17 October, OUTshine’s Men’s and Ladies Spotlight Films arrive at Paradigm Cinemas: Gateway Fort Lauderdale. Mouse focuses on friendship, first love, grief and the nerve it takes to live honestly, while Flesh &amp; Fuel follows a lonely French lorry driver who falls for a Polish colleague.</w:t>
      </w:r>
      <w:r/>
    </w:p>
    <w:p>
      <w:r/>
      <w:r>
        <w:t>The two films offer different routes into queer romance. One is a coming-of-age story shaped by tenderness and emotional change; the other explores distance, work and the practical difficulties of imagining a shared future. Both sit neatly within OUTshine’s broader interest in stories where desire meets the messiness of everyday life.</w:t>
      </w:r>
      <w:r/>
    </w:p>
    <w:p>
      <w:r/>
      <w:r>
        <w:t>The festival closes on 25 October with Before I Do at the Little Haiti Cultural Complex in Miami. Its story begins with a bachelor weekend, unresolved feelings and a best man who may be more than a friend. Expect a warmer, more playful finish, followed by a closing-night afterparty.</w:t>
      </w:r>
      <w:r/>
    </w:p>
    <w:p>
      <w:pPr>
        <w:pStyle w:val="Heading2"/>
      </w:pPr>
      <w:r>
        <w:t>How to plan your OUTshine visit</w:t>
      </w:r>
      <w:r/>
    </w:p>
    <w:p>
      <w:r/>
      <w:r>
        <w:t>Tickets start at $17, while subscription packages and festival passes offer a useful option for anyone planning several screenings. It’s worth checking the schedule early, particularly for premieres, spotlight films and events with parties attached. Those are the screenings most likely to turn into full evenings out rather than quick trips to the cinema.</w:t>
      </w:r>
      <w:r/>
    </w:p>
    <w:p>
      <w:r/>
      <w:r>
        <w:t>The locations are spread across South Florida, so allow time for traffic and parking. If you’re choosing between two screenings, consider the whole experience: a filmmaker conversation, an afterparty or simply a convenient venue can make one ticket feel much better value.</w:t>
      </w:r>
      <w:r/>
    </w:p>
    <w:p>
      <w:r/>
      <w:r>
        <w:t>Selected films will also be available through OUTshine At-Home from 26 October to 1 November. That provides a welcome second chance for viewers who can’t make every screening in person, although the communal energy of a festival cinema is difficult to replicate in the living room.</w:t>
      </w:r>
      <w:r/>
    </w:p>
    <w:p>
      <w:r/>
      <w:r>
        <w:t>For many attendees, that shared atmosphere is the point. Watching a film alone can be moving, but hearing a packed audience laugh, gasp or sit in thoughtful silence gives the story another layer. OUTshine’s autumn edition appears ready to offer plenty of those moments.</w:t>
      </w:r>
      <w:r/>
    </w:p>
    <w:p>
      <w:r/>
      <w:r>
        <w:t>It's a strong reason to make room for queer cinema, community and a little South Florida sparkle this October.</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5">
        <w:r>
          <w:rPr>
            <w:color w:val="0000EE"/>
            <w:u w:val="single"/>
          </w:rPr>
          <w:t>[7]</w:t>
        </w:r>
      </w:hyperlink>
      <w:r>
        <w:t xml:space="preserve">, </w:t>
      </w:r>
      <w:hyperlink r:id="rId9">
        <w:r>
          <w:rPr>
            <w:color w:val="0000EE"/>
            <w:u w:val="single"/>
          </w:rPr>
          <w:t>[2]</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4">
        <w:r>
          <w:rPr>
            <w:color w:val="0000EE"/>
            <w:u w:val="single"/>
          </w:rPr>
          <w:t>[6]</w:t>
        </w:r>
      </w:hyperlink>
      <w:r>
        <w:t xml:space="preserve">- Paragraph 9: </w:t>
      </w:r>
      <w:hyperlink r:id="rId10">
        <w:r>
          <w:rPr>
            <w:color w:val="0000EE"/>
            <w:u w:val="single"/>
          </w:rPr>
          <w:t>[3]</w:t>
        </w:r>
      </w:hyperlink>
      <w:r>
        <w:t xml:space="preserve">, </w:t>
      </w:r>
      <w:hyperlink r:id="rId15">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11">
        <w:r>
          <w:rPr>
            <w:color w:val="0000EE"/>
            <w:u w:val="single"/>
          </w:rPr>
          <w:t>[4]</w:t>
        </w:r>
      </w:hyperlink>
      <w:r>
        <w:t xml:space="preserve">, </w:t>
      </w:r>
      <w:hyperlink r:id="rId13">
        <w:r>
          <w:rPr>
            <w:color w:val="0000EE"/>
            <w:u w:val="single"/>
          </w:rPr>
          <w:t>[5]</w:t>
        </w:r>
      </w:hyperlink>
      <w:r>
        <w:t xml:space="preserve">- Paragraph 14: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https://hotspotsmagazine.com/2026/10/08/outshine-film-festivals-fall-edition-fort-lauderdale-and-miami-from-oct-15-25/</w:t>
        </w:r>
      </w:hyperlink>
      <w:r>
        <w:t xml:space="preserve"> - Please view link - unable to able to access data</w:t>
      </w:r>
      <w:r/>
    </w:p>
    <w:p>
      <w:pPr>
        <w:pStyle w:val="ListNumber"/>
        <w:spacing w:line="240" w:lineRule="auto"/>
        <w:ind w:left="720"/>
      </w:pPr>
      <w:r/>
      <w:hyperlink r:id="rId9">
        <w:r>
          <w:rPr>
            <w:color w:val="0000EE"/>
            <w:u w:val="single"/>
          </w:rPr>
          <w:t>https://www.miami.gov/towertheater/Events-directory/0427-292026-Outshine-Festival</w:t>
        </w:r>
      </w:hyperlink>
      <w:r>
        <w:t xml:space="preserve"> - The OUTshine LGBTQ+ Film Festival is returning this month, showcasing 63 brand-new LGBTQ+ films. The festival will span 11 days, featuring captivating films, vibrant parties, and opportunities to engage with filmmakers and the community. The event is scheduled from April 23 to May 3 in Miami and Fort Lauderdale. For more details and ticket information, visit the official OUTshine Film Festival website.</w:t>
      </w:r>
      <w:r/>
    </w:p>
    <w:p>
      <w:pPr>
        <w:pStyle w:val="ListNumber"/>
        <w:spacing w:line="240" w:lineRule="auto"/>
        <w:ind w:left="720"/>
      </w:pPr>
      <w:r/>
      <w:hyperlink r:id="rId10">
        <w:r>
          <w:rPr>
            <w:color w:val="0000EE"/>
            <w:u w:val="single"/>
          </w:rPr>
          <w:t>https://www.cinefil.com/film/la-bola-negra</w:t>
        </w:r>
      </w:hyperlink>
      <w:r>
        <w:t xml:space="preserve"> - La Bola Negra is a Spanish drama film directed by Javier Ambrossi and Javier Calvo, set to be released on December 16, 2026. The film intertwines the lives of three men across different eras—1932, 1937, and 2017—exploring themes of sexuality, desire, and suffering. Inspired by an unfinished work by Federico García Lorca, it delves into Spain's queer history. The film stars Guitarricadelafuente, Miguel Bernardeau, Carlos González, and features Penélope Cruz and Glenn Close.</w:t>
      </w:r>
      <w:r/>
    </w:p>
    <w:p>
      <w:pPr>
        <w:pStyle w:val="ListNumber"/>
        <w:spacing w:line="240" w:lineRule="auto"/>
        <w:ind w:left="720"/>
      </w:pPr>
      <w:r/>
      <w:hyperlink r:id="rId11">
        <w:r>
          <w:rPr>
            <w:color w:val="0000EE"/>
            <w:u w:val="single"/>
          </w:rPr>
          <w:t>https://www.lacartelera.com/en/movie/la-bola-negra-2026/</w:t>
        </w:r>
      </w:hyperlink>
      <w:r>
        <w:t xml:space="preserve"> - La Bola Negra is a Spanish drama film directed by Javier Ambrossi and Javier Calvo, set to be released on September 25, 2026. The film explores the interconnected lives of three men across different eras—1932, 1937, and 2017—united by themes of sexuality, desire, and suffering. Inspired by an unfinished work by Federico García Lorca, it offers a reflection on identity and personal legacy. The film stars Guitarricadelafuente, Miguel Bernardeau, Carlos González, and features Penélope Cruz and Glenn Close.</w:t>
      </w:r>
      <w:r/>
    </w:p>
    <w:p>
      <w:pPr>
        <w:pStyle w:val="ListNumber"/>
        <w:spacing w:line="240" w:lineRule="auto"/>
        <w:ind w:left="720"/>
      </w:pPr>
      <w:r/>
      <w:hyperlink r:id="rId13">
        <w:r>
          <w:rPr>
            <w:color w:val="0000EE"/>
            <w:u w:val="single"/>
          </w:rPr>
          <w:t>https://en.wikipedia.org/wiki/The_Black_Ball_(film)</w:t>
        </w:r>
      </w:hyperlink>
      <w:r>
        <w:t xml:space="preserve"> - The Black Ball is a Spanish drama film directed by Javier Ambrossi and Javier Calvo, set to be released on October 2, 2026. The film explores the interconnected lives of three gay men across different eras—1932, 1937, and 2017—focusing on themes of sexuality, desire, pain, and inheritance. Inspired by an unfinished novel by Federico García Lorca, it delves into Spain's queer history. The film stars Guitarricadelafuente, Miguel Bernardeau, Carlos González, and features Penélope Cruz and Glenn Close.</w:t>
      </w:r>
      <w:r/>
    </w:p>
    <w:p>
      <w:pPr>
        <w:pStyle w:val="ListNumber"/>
        <w:spacing w:line="240" w:lineRule="auto"/>
        <w:ind w:left="720"/>
      </w:pPr>
      <w:r/>
      <w:hyperlink r:id="rId14">
        <w:r>
          <w:rPr>
            <w:color w:val="0000EE"/>
            <w:u w:val="single"/>
          </w:rPr>
          <w:t>https://www.imdb.com/title/tt35511966/</w:t>
        </w:r>
      </w:hyperlink>
      <w:r>
        <w:t xml:space="preserve"> - La Bola Negra is a Spanish drama film directed by Javier Ambrossi and Javier Calvo, set to be released on December 2, 2026. The film explores the interconnected lives of three gay men across different eras—1932, 1937, and 2017—focusing on themes of sexuality, desire, pain, and inheritance. Inspired by an unfinished novel by Federico García Lorca, it delves into Spain's queer history. The film stars Guitarricadelafuente, Miguel Bernardeau, Carlos González, and features Penélope Cruz and Glenn Close.</w:t>
      </w:r>
      <w:r/>
    </w:p>
    <w:p>
      <w:pPr>
        <w:pStyle w:val="ListNumber"/>
        <w:spacing w:line="240" w:lineRule="auto"/>
        <w:ind w:left="720"/>
      </w:pPr>
      <w:r/>
      <w:hyperlink r:id="rId15">
        <w:r>
          <w:rPr>
            <w:color w:val="0000EE"/>
            <w:u w:val="single"/>
          </w:rPr>
          <w:t>https://cineuropa.org/es/film/490459/</w:t>
        </w:r>
      </w:hyperlink>
      <w:r>
        <w:t xml:space="preserve"> - La Bola Negra is a Spanish drama film directed by Javier Ambrossi and Javier Calvo, set to be released on September 25, 2026. The film intertwines the lives of three men across different eras—1932, 1937, and 2017—united by themes of sexuality, desire, and suffering. Inspired by an unfinished work by Federico García Lorca, it offers a reflection on identity and personal legacy. The film stars Guitarricadelafuente, Miguel Bernardeau, Carlos González, and features Penélope Cruz and Glenn Close.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iami.gov/towertheater/Events-directory/0427-292026-Outshine-Festival" TargetMode="External"/><Relationship Id="rId10" Type="http://schemas.openxmlformats.org/officeDocument/2006/relationships/hyperlink" Target="https://www.cinefil.com/film/la-bola-negra" TargetMode="External"/><Relationship Id="rId11" Type="http://schemas.openxmlformats.org/officeDocument/2006/relationships/hyperlink" Target="https://www.lacartelera.com/en/movie/la-bola-negra-2026/" TargetMode="External"/><Relationship Id="rId12" Type="http://schemas.openxmlformats.org/officeDocument/2006/relationships/hyperlink" Target="https://hotspotsmagazine.com/2026/10/08/outshine-film-festivals-fall-edition-fort-lauderdale-and-miami-from-oct-15-25/" TargetMode="External"/><Relationship Id="rId13" Type="http://schemas.openxmlformats.org/officeDocument/2006/relationships/hyperlink" Target="https://en.wikipedia.org/wiki/The_Black_Ball_(film)" TargetMode="External"/><Relationship Id="rId14" Type="http://schemas.openxmlformats.org/officeDocument/2006/relationships/hyperlink" Target="https://www.imdb.com/title/tt35511966/" TargetMode="External"/><Relationship Id="rId15" Type="http://schemas.openxmlformats.org/officeDocument/2006/relationships/hyperlink" Target="https://cineuropa.org/es/film/49045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