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Capital Pride Parade Guide for Inclusive Community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marking June with colour and celebration. In Albany, New York, Albany UU joins the Capital Pride Parade with a decorated truck, bubbles, sweets and a clear message: LGBTQ+ people should feel welcome, visible and valued. The tradition matters because it turns a statement of inclusion into a warm, public show of solidarity.</w:t>
      </w:r>
      <w:r/>
    </w:p>
    <w:p>
      <w:pPr>
        <w:pStyle w:val="Heading2"/>
      </w:pPr>
      <w:r>
        <w:t>Essential Takeaways</w:t>
      </w:r>
      <w:r/>
      <w:r/>
    </w:p>
    <w:p>
      <w:pPr>
        <w:pStyle w:val="ListBullet"/>
        <w:spacing w:line="240" w:lineRule="auto"/>
        <w:ind w:left="720"/>
      </w:pPr>
      <w:r/>
      <w:r>
        <w:rPr>
          <w:b/>
        </w:rPr>
        <w:t>A visible tradition:</w:t>
      </w:r>
      <w:r>
        <w:t xml:space="preserve"> Albany UU has joined the Capital Pride Parade for years, helping make its welcome public.</w:t>
      </w:r>
      <w:r/>
    </w:p>
    <w:p>
      <w:pPr>
        <w:pStyle w:val="ListBullet"/>
        <w:spacing w:line="240" w:lineRule="auto"/>
        <w:ind w:left="720"/>
      </w:pPr>
      <w:r/>
      <w:r>
        <w:rPr>
          <w:b/>
        </w:rPr>
        <w:t>More than a march:</w:t>
      </w:r>
      <w:r>
        <w:t xml:space="preserve"> Members bring bubbles, candy and plenty of energy to the route.</w:t>
      </w:r>
      <w:r/>
    </w:p>
    <w:p>
      <w:pPr>
        <w:pStyle w:val="ListBullet"/>
        <w:spacing w:line="240" w:lineRule="auto"/>
        <w:ind w:left="720"/>
      </w:pPr>
      <w:r/>
      <w:r>
        <w:rPr>
          <w:b/>
        </w:rPr>
        <w:t>Community-led celebration:</w:t>
      </w:r>
      <w:r>
        <w:t xml:space="preserve"> People of different ages, identities and backgrounds take part together.</w:t>
      </w:r>
      <w:r/>
    </w:p>
    <w:p>
      <w:pPr>
        <w:pStyle w:val="ListBullet"/>
        <w:spacing w:line="240" w:lineRule="auto"/>
        <w:ind w:left="720"/>
      </w:pPr>
      <w:r/>
      <w:r>
        <w:rPr>
          <w:b/>
        </w:rPr>
        <w:t>A wider commitment:</w:t>
      </w:r>
      <w:r>
        <w:t xml:space="preserve"> The congregation's presence reflects its Welcoming Congregation status and links with local Pride organisations.</w:t>
      </w:r>
      <w:r/>
    </w:p>
    <w:p>
      <w:pPr>
        <w:pStyle w:val="ListBullet"/>
        <w:spacing w:line="240" w:lineRule="auto"/>
        <w:ind w:left="720"/>
      </w:pPr>
      <w:r/>
      <w:r>
        <w:rPr>
          <w:b/>
        </w:rPr>
        <w:t>Joy has a purpose:</w:t>
      </w:r>
      <w:r>
        <w:t xml:space="preserve"> Celebration creates space for connection alongside the serious work of challenging discrimination.</w:t>
      </w:r>
      <w:r/>
      <w:r/>
    </w:p>
    <w:p>
      <w:pPr>
        <w:pStyle w:val="Heading2"/>
      </w:pPr>
      <w:r>
        <w:t>Why Albany UU keeps showing up for Pride</w:t>
      </w:r>
      <w:r/>
    </w:p>
    <w:p>
      <w:r/>
      <w:r>
        <w:t>The most memorable thing about Albany UU's Pride presence may be its sheer visibility. A decorated truck leads the group, followed by members and friends carrying colour, conversation and an unmistakably upbeat mood through the streets of Albany.</w:t>
      </w:r>
      <w:r/>
    </w:p>
    <w:p>
      <w:r/>
      <w:r>
        <w:t>There are bubbles floating through the crowd, sweets changing hands and plenty of waving from the pavement. It sounds playful, and it is, but the underlying message is firm: people should be able to arrive as themselves without having to apologise for who they are.</w:t>
      </w:r>
      <w:r/>
    </w:p>
    <w:p>
      <w:r/>
      <w:r>
        <w:t>Capital Pride brings that message into a shared public space. Albany UU's participation sits within a broader local celebration organised with community partners, including the Pride Center of the Capital Region and In Our Own Voices, as described by Capital Pride organisers.</w:t>
      </w:r>
      <w:r/>
    </w:p>
    <w:p>
      <w:pPr>
        <w:pStyle w:val="Heading2"/>
      </w:pPr>
      <w:r>
        <w:t>A parade with a serious message</w:t>
      </w:r>
      <w:r/>
    </w:p>
    <w:p>
      <w:r/>
      <w:r>
        <w:t>For Albany UU, joining the parade is not simply a colourful annual outing. It's a practical expression of support for LGBTQ+ people, making its welcome tangible rather than leaving it as a line on a website or noticeboard.</w:t>
      </w:r>
      <w:r/>
    </w:p>
    <w:p>
      <w:r/>
      <w:r>
        <w:t>That approach reflects the Unitarian Universalist Association's Welcoming Congregation programme, which encourages congregations to examine how genuinely inclusive their worship, policies and everyday community life are. The programme focuses on welcome across sexual orientation, gender identity and gender expression, according to UUA guidance.</w:t>
      </w:r>
      <w:r/>
    </w:p>
    <w:p>
      <w:r/>
      <w:r>
        <w:t>In other words, the parade is both celebration and evidence. A congregation can say everyone belongs, but marching alongside neighbours gives those words a public shape.</w:t>
      </w:r>
      <w:r/>
    </w:p>
    <w:p>
      <w:pPr>
        <w:pStyle w:val="Heading2"/>
      </w:pPr>
      <w:r>
        <w:t>What makes the celebration feel genuinely communal?</w:t>
      </w:r>
      <w:r/>
    </w:p>
    <w:p>
      <w:r/>
      <w:r>
        <w:t>Albany UU's group isn't presented as a single type of participant. Members and friends of different ages, genders, sexual orientations and racial backgrounds take part, bringing different experiences to the same route.</w:t>
      </w:r>
      <w:r/>
    </w:p>
    <w:p>
      <w:r/>
      <w:r>
        <w:t>That variety matters because inclusion isn't about creating one neat version of community. It's about making room for people whose stories don't match, while still finding shared ground in safety, dignity and belonging.</w:t>
      </w:r>
      <w:r/>
    </w:p>
    <w:p>
      <w:r/>
      <w:r>
        <w:t>The UUA describes welcoming work as an ongoing process rather than a one-off label. Its guidance encourages congregations to keep learning, reviewing their practices and listening to LGBTQ+ members. Pride can therefore be a joyful public moment, but it also prompts a more useful question: does the welcome continue after the flags come down?</w:t>
      </w:r>
      <w:r/>
    </w:p>
    <w:p>
      <w:pPr>
        <w:pStyle w:val="Heading2"/>
      </w:pPr>
      <w:r>
        <w:t>How to experience Capital Pride respectfully</w:t>
      </w:r>
      <w:r/>
    </w:p>
    <w:p>
      <w:r/>
      <w:r>
        <w:t>Visitors heading to the Capital Pride Parade and festival should expect a lively, family-friendly atmosphere, but good parade manners still help. Leave space for marchers, follow event guidance, ask before taking close-up photographs and remember that not everyone wants to be filmed.</w:t>
      </w:r>
      <w:r/>
    </w:p>
    <w:p>
      <w:r/>
      <w:r>
        <w:t>Small gestures can make a difference. Cheer, accept the fun, support local LGBTQ+ organisations and avoid treating people's identities as a spectacle. Pride is colourful, but it isn't just a photo opportunity.</w:t>
      </w:r>
      <w:r/>
    </w:p>
    <w:p>
      <w:r/>
      <w:r>
        <w:t>For groups planning to participate, clear signs, accessible arrangements and a simple statement of purpose can help people understand what they're seeing. Albany UU's bubbles and sweets add charm, while its consistent presence supplies the deeper context.</w:t>
      </w:r>
      <w:r/>
    </w:p>
    <w:p>
      <w:pPr>
        <w:pStyle w:val="Heading2"/>
      </w:pPr>
      <w:r>
        <w:t>Why joyful visibility still matters</w:t>
      </w:r>
      <w:r/>
    </w:p>
    <w:p>
      <w:r/>
      <w:r>
        <w:t>There can be a temptation to think of celebration as secondary to activism. Albany UU's parade tradition makes the case for both: challenging injustice and creating visible moments of happiness belong together.</w:t>
      </w:r>
      <w:r/>
    </w:p>
    <w:p>
      <w:r/>
      <w:r>
        <w:t>A bubble drifting above the crowd won't solve discrimination, of course. But a welcoming congregation showing up year after year can reassure someone watching from the pavement that there is a place for them. That quiet recognition may be one of the most powerful things a parade can offer.</w:t>
      </w:r>
      <w:r/>
    </w:p>
    <w:p>
      <w:r/>
      <w:r>
        <w:t>Capital Pride continues to bring people into the same streets for solidarity, visibility and fun. Albany UU's contribution is refreshingly direct: turn up, make room, share the joy and let people know they belong.</w:t>
      </w:r>
      <w:r/>
    </w:p>
    <w:p>
      <w:r/>
      <w:r>
        <w:t>A little sparkle can carry a serious message when the welcome behind it is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https://albanyuu.org/showing-up-with-pride-albany-uu-at-the-capital-pride-parade/</w:t>
        </w:r>
      </w:hyperlink>
      <w:r>
        <w:t xml:space="preserve"> - Please view link - unable to able to access data</w:t>
      </w:r>
      <w:r/>
    </w:p>
    <w:p>
      <w:pPr>
        <w:pStyle w:val="ListNumber"/>
        <w:spacing w:line="240" w:lineRule="auto"/>
        <w:ind w:left="720"/>
      </w:pPr>
      <w:r/>
      <w:hyperlink r:id="rId10">
        <w:r>
          <w:rPr>
            <w:color w:val="0000EE"/>
            <w:u w:val="single"/>
          </w:rPr>
          <w:t>https://www.518capitalpride.com/about</w:t>
        </w:r>
      </w:hyperlink>
      <w:r>
        <w:t xml:space="preserve"> - The Pride Center of the Capital Region, established in 1970, is the oldest continuously operating LGBTQ+ community centre in the United States. It offers health and human services to the LGBTQ+ community and advocates for their needs in the broader Capital Region. The centre hosts various events, including the annual Capital Pride Parade and Festival, which features performances by notable artists and serves as a significant gathering for the community.</w:t>
      </w:r>
      <w:r/>
    </w:p>
    <w:p>
      <w:pPr>
        <w:pStyle w:val="ListNumber"/>
        <w:spacing w:line="240" w:lineRule="auto"/>
        <w:ind w:left="720"/>
      </w:pPr>
      <w:r/>
      <w:hyperlink r:id="rId12">
        <w:r>
          <w:rPr>
            <w:color w:val="0000EE"/>
            <w:u w:val="single"/>
          </w:rPr>
          <w:t>https://www.uua.org/lgbtq/welcoming</w:t>
        </w:r>
      </w:hyperlink>
      <w:r>
        <w:t xml:space="preserve"> - The Unitarian Universalist Association (UUA) offers the Welcoming Congregation program, which recognises congregations that actively affirm and include LGBTQ+ individuals in all aspects of congregational life. This programme encourages congregations to engage in education, advocacy, and inclusive practices to create a welcoming environment for LGBTQ+ members.</w:t>
      </w:r>
      <w:r/>
    </w:p>
    <w:p>
      <w:pPr>
        <w:pStyle w:val="ListNumber"/>
        <w:spacing w:line="240" w:lineRule="auto"/>
        <w:ind w:left="720"/>
      </w:pPr>
      <w:r/>
      <w:hyperlink r:id="rId11">
        <w:r>
          <w:rPr>
            <w:color w:val="0000EE"/>
            <w:u w:val="single"/>
          </w:rPr>
          <w:t>https://www.albany.com/event/capital-pride-parade-festival-58748/</w:t>
        </w:r>
      </w:hyperlink>
      <w:r>
        <w:t xml:space="preserve"> - The Capital Pride Parade and Festival is an annual event in Albany, New York, celebrating the LGBTQ+ community. The 2026 event, held on June 14, featured performances by David Archuleta and included a parade through Washington Park, followed by a festival with various activities and entertainment.</w:t>
      </w:r>
      <w:r/>
    </w:p>
    <w:p>
      <w:pPr>
        <w:pStyle w:val="ListNumber"/>
        <w:spacing w:line="240" w:lineRule="auto"/>
        <w:ind w:left="720"/>
      </w:pPr>
      <w:r/>
      <w:hyperlink r:id="rId13">
        <w:r>
          <w:rPr>
            <w:color w:val="0000EE"/>
            <w:u w:val="single"/>
          </w:rPr>
          <w:t>https://www.uua.org/uuagovernance/committees/commissions/ucc/uccwelcoming</w:t>
        </w:r>
      </w:hyperlink>
      <w:r>
        <w:t xml:space="preserve"> - The Unitarian Universalist Association's Commission on Social Witness oversees the Welcoming Congregation program, which supports congregations in becoming more inclusive of LGBTQ+ individuals. The program provides resources, guidance, and certification to congregations that demonstrate a commitment to LGBTQ+ inclusion.</w:t>
      </w:r>
      <w:r/>
    </w:p>
    <w:p>
      <w:pPr>
        <w:pStyle w:val="ListNumber"/>
        <w:spacing w:line="240" w:lineRule="auto"/>
        <w:ind w:left="720"/>
      </w:pPr>
      <w:r/>
      <w:hyperlink r:id="rId14">
        <w:r>
          <w:rPr>
            <w:color w:val="0000EE"/>
            <w:u w:val="single"/>
          </w:rPr>
          <w:t>https://www.uua.org/uuagovernance/committees/commissions/ucc/uccwelcoming/faq</w:t>
        </w:r>
      </w:hyperlink>
      <w:r>
        <w:t xml:space="preserve"> - The FAQ section of the Unitarian Universalist Association's Commission on Social Witness provides detailed information about the Welcoming Congregation program, including its history, purpose, and the steps congregations must take to become certified as welcoming. It also addresses common questions about the program's implementation and impact.</w:t>
      </w:r>
      <w:r/>
    </w:p>
    <w:p>
      <w:pPr>
        <w:pStyle w:val="ListNumber"/>
        <w:spacing w:line="240" w:lineRule="auto"/>
        <w:ind w:left="720"/>
      </w:pPr>
      <w:r/>
      <w:hyperlink r:id="rId15">
        <w:r>
          <w:rPr>
            <w:color w:val="0000EE"/>
            <w:u w:val="single"/>
          </w:rPr>
          <w:t>https://www.uua.org/uuagovernance/committees/commissions/ucc/uccwelcoming/steps</w:t>
        </w:r>
      </w:hyperlink>
      <w:r>
        <w:t xml:space="preserve"> - This page outlines the specific steps congregations must follow to become certified as a Welcoming Congregation by the Unitarian Universalist Association. The process includes education, self-assessment, and the development of an action plan to enhance LGBTQ+ inclusion within the congregation.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lbanyuu.org/showing-up-with-pride-albany-uu-at-the-capital-pride-parade/" TargetMode="External"/><Relationship Id="rId10" Type="http://schemas.openxmlformats.org/officeDocument/2006/relationships/hyperlink" Target="https://www.518capitalpride.com/about" TargetMode="External"/><Relationship Id="rId11" Type="http://schemas.openxmlformats.org/officeDocument/2006/relationships/hyperlink" Target="https://www.albany.com/event/capital-pride-parade-festival-58748/" TargetMode="External"/><Relationship Id="rId12" Type="http://schemas.openxmlformats.org/officeDocument/2006/relationships/hyperlink" Target="https://www.uua.org/lgbtq/welcoming" TargetMode="External"/><Relationship Id="rId13" Type="http://schemas.openxmlformats.org/officeDocument/2006/relationships/hyperlink" Target="https://www.uua.org/uuagovernance/committees/commissions/ucc/uccwelcoming" TargetMode="External"/><Relationship Id="rId14" Type="http://schemas.openxmlformats.org/officeDocument/2006/relationships/hyperlink" Target="https://www.uua.org/uuagovernance/committees/commissions/ucc/uccwelcoming/faq" TargetMode="External"/><Relationship Id="rId15" Type="http://schemas.openxmlformats.org/officeDocument/2006/relationships/hyperlink" Target="https://www.uua.org/uuagovernance/committees/commissions/ucc/uccwelcoming/ste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