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Booty Call Ball London Guide for a Night of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heading to south-west London for the first Booty Call Ball, a fundraiser bringing pop nostalgia, drag, DJs and LGBTQIA+ health awareness to The Clapham Grand on 23 October 2026. With Natasha Hamilton, big-name club acts and a late finish, it promises a joyful night out with a serious purpose.</w:t>
      </w:r>
      <w:r/>
    </w:p>
    <w:p>
      <w:pPr>
        <w:pStyle w:val="Heading2"/>
      </w:pPr>
      <w:r>
        <w:t>Essential Takeaways</w:t>
      </w:r>
      <w:r/>
      <w:r/>
    </w:p>
    <w:p>
      <w:pPr>
        <w:pStyle w:val="ListBullet"/>
        <w:spacing w:line="240" w:lineRule="auto"/>
        <w:ind w:left="720"/>
      </w:pPr>
      <w:r/>
      <w:r>
        <w:rPr>
          <w:b/>
        </w:rPr>
        <w:t>Date and venue:</w:t>
      </w:r>
      <w:r>
        <w:t xml:space="preserve"> The event takes place on 23 October 2026 at The Clapham Grand near Clapham Junction.</w:t>
      </w:r>
      <w:r/>
    </w:p>
    <w:p>
      <w:pPr>
        <w:pStyle w:val="ListBullet"/>
        <w:spacing w:line="240" w:lineRule="auto"/>
        <w:ind w:left="720"/>
      </w:pPr>
      <w:r/>
      <w:r>
        <w:rPr>
          <w:b/>
        </w:rPr>
        <w:t>Late-night format:</w:t>
      </w:r>
      <w:r>
        <w:t xml:space="preserve"> Doors open for an evening of dancing, performances and entertainment, with the party running until 2.30am.</w:t>
      </w:r>
      <w:r/>
    </w:p>
    <w:p>
      <w:pPr>
        <w:pStyle w:val="ListBullet"/>
        <w:spacing w:line="240" w:lineRule="auto"/>
        <w:ind w:left="720"/>
      </w:pPr>
      <w:r/>
      <w:r>
        <w:rPr>
          <w:b/>
        </w:rPr>
        <w:t>Live pop line-up:</w:t>
      </w:r>
      <w:r>
        <w:t xml:space="preserve"> Natasha Hamilton is joined by The Cheeky Girls, Booty Luv and Supersister.</w:t>
      </w:r>
      <w:r/>
    </w:p>
    <w:p>
      <w:pPr>
        <w:pStyle w:val="ListBullet"/>
        <w:spacing w:line="240" w:lineRule="auto"/>
        <w:ind w:left="720"/>
      </w:pPr>
      <w:r/>
      <w:r>
        <w:rPr>
          <w:b/>
        </w:rPr>
        <w:t>Drag and comedy:</w:t>
      </w:r>
      <w:r>
        <w:t xml:space="preserve"> UK drag performers, reality stars and colourful hosts will keep the night moving.</w:t>
      </w:r>
      <w:r/>
    </w:p>
    <w:p>
      <w:pPr>
        <w:pStyle w:val="ListBullet"/>
        <w:spacing w:line="240" w:lineRule="auto"/>
        <w:ind w:left="720"/>
      </w:pPr>
      <w:r/>
      <w:r>
        <w:rPr>
          <w:b/>
        </w:rPr>
        <w:t>Fundraising mission:</w:t>
      </w:r>
      <w:r>
        <w:t xml:space="preserve"> Proceeds support Booty Call CIC and its LGBTQIA+ cancer-awareness work.</w:t>
      </w:r>
      <w:r/>
      <w:r/>
    </w:p>
    <w:p>
      <w:pPr>
        <w:pStyle w:val="Heading2"/>
      </w:pPr>
      <w:r>
        <w:t>A new London fundraiser arrives with plenty of sparkle</w:t>
      </w:r>
      <w:r/>
    </w:p>
    <w:p>
      <w:r/>
      <w:r>
        <w:t>Forget formal dinners and carefully arranged place settings. The Booty Call Ball is designed as a standing, dancing, high-energy fundraiser, with The Clapham Grand transformed for a night of pop, pride and theatrical glamour.</w:t>
      </w:r>
      <w:r/>
    </w:p>
    <w:p>
      <w:r/>
      <w:r>
        <w:t xml:space="preserve">According to the event listing, the evening will run from 8pm until 2.30am, giving guests plenty of time to settle in before the stage action gathers pace. There'll also be a Peach Carpet for photographs, which feels exactly right for an event that clearly isn't interested in being shy. </w:t>
      </w:r>
      <w:hyperlink r:id="rId9">
        <w:r>
          <w:rPr>
            <w:color w:val="0000EE"/>
            <w:u w:val="single"/>
          </w:rPr>
          <w:t>[2]</w:t>
        </w:r>
      </w:hyperlink>
      <w:r>
        <w:t xml:space="preserve">, </w:t>
      </w:r>
      <w:hyperlink r:id="rId10">
        <w:r>
          <w:rPr>
            <w:color w:val="0000EE"/>
            <w:u w:val="single"/>
          </w:rPr>
          <w:t>[3]</w:t>
        </w:r>
      </w:hyperlink>
      <w:r/>
    </w:p>
    <w:p>
      <w:pPr>
        <w:pStyle w:val="Heading2"/>
      </w:pPr>
      <w:r>
        <w:t>Natasha Hamilton leads a nostalgic pop line-up</w:t>
      </w:r>
      <w:r/>
    </w:p>
    <w:p>
      <w:r/>
      <w:r>
        <w:t>The biggest new name on the bill is Natasha Hamilton, best known as a member of Atomic Kitten. Her appearance brings a generous dose of early-2000s nostalgia, with organisers promising familiar hits and a few surprises.</w:t>
      </w:r>
      <w:r/>
    </w:p>
    <w:p>
      <w:r/>
      <w:r>
        <w:t xml:space="preserve">She'll be joined by The Cheeky Girls, Booty Luv and Supersister, creating a line-up aimed squarely at anyone who still knows every word to a pop classic. It's the sort of booking that turns a night out into a shared singalong, especially when the first chorus lands and the room suddenly remembers its entire youth. </w:t>
      </w:r>
      <w:hyperlink r:id="rId11">
        <w:r>
          <w:rPr>
            <w:color w:val="0000EE"/>
            <w:u w:val="single"/>
          </w:rPr>
          <w:t>[4]</w:t>
        </w:r>
      </w:hyperlink>
      <w:r>
        <w:t xml:space="preserve">, </w:t>
      </w:r>
      <w:hyperlink r:id="rId12">
        <w:r>
          <w:rPr>
            <w:color w:val="0000EE"/>
            <w:u w:val="single"/>
          </w:rPr>
          <w:t>[5]</w:t>
        </w:r>
      </w:hyperlink>
      <w:r/>
    </w:p>
    <w:p>
      <w:pPr>
        <w:pStyle w:val="Heading2"/>
      </w:pPr>
      <w:r>
        <w:t>Drag, DJs and reality television camp</w:t>
      </w:r>
      <w:r/>
    </w:p>
    <w:p>
      <w:r/>
      <w:r>
        <w:t>The live music is only one part of the attraction. Drag performers including Miss Leigh Ding, Megan Mia Gemini, Sateva Eva, Ella Fae, Just May and Kiki Snatch are set to bring lip-syncs, routines and full-stage personality to the programme.</w:t>
      </w:r>
      <w:r/>
    </w:p>
    <w:p>
      <w:r/>
      <w:r>
        <w:t xml:space="preserve">The event also includes appearances from The Traitors' Linda Rands and Diane Carson, alongside Hunsnet's Gareth Howells and Jane Boulton. Behind the scenes, DJs Adam Theo, UOKHUN and Silly B*tch Disco are expected to keep the floor moving well into the early hours. </w:t>
      </w:r>
      <w:hyperlink r:id="rId10">
        <w:r>
          <w:rPr>
            <w:color w:val="0000EE"/>
            <w:u w:val="single"/>
          </w:rPr>
          <w:t>[3]</w:t>
        </w:r>
      </w:hyperlink>
      <w:r>
        <w:t xml:space="preserve">, </w:t>
      </w:r>
      <w:hyperlink r:id="rId13">
        <w:r>
          <w:rPr>
            <w:color w:val="0000EE"/>
            <w:u w:val="single"/>
          </w:rPr>
          <w:t>[6]</w:t>
        </w:r>
      </w:hyperlink>
      <w:r/>
    </w:p>
    <w:p>
      <w:pPr>
        <w:pStyle w:val="Heading2"/>
      </w:pPr>
      <w:r>
        <w:t>Why Booty Call Ball is raising cancer awareness</w:t>
      </w:r>
      <w:r/>
    </w:p>
    <w:p>
      <w:r/>
      <w:r>
        <w:t>Behind the glitter is a personal reason for the fundraiser. Organiser Dan Edwards, also known as DJ Dallyn, was diagnosed with stage three bowel cancer in 2024 after initially putting his symptoms down to other causes.</w:t>
      </w:r>
      <w:r/>
    </w:p>
    <w:p>
      <w:r/>
      <w:r>
        <w:t xml:space="preserve">Booty Call CIC was created to bring cancer awareness into LGBTQIA+ spaces, where conversations about symptoms, screening and medical care can sometimes be difficult to start. The organisers hope the event will raise funds while encouraging people to seek medical advice sooner rather than later. </w:t>
      </w:r>
      <w:hyperlink r:id="rId11">
        <w:r>
          <w:rPr>
            <w:color w:val="0000EE"/>
            <w:u w:val="single"/>
          </w:rPr>
          <w:t>[4]</w:t>
        </w:r>
      </w:hyperlink>
      <w:r>
        <w:t xml:space="preserve">, </w:t>
      </w:r>
      <w:hyperlink r:id="rId13">
        <w:r>
          <w:rPr>
            <w:color w:val="0000EE"/>
            <w:u w:val="single"/>
          </w:rPr>
          <w:t>[6]</w:t>
        </w:r>
      </w:hyperlink>
      <w:r/>
    </w:p>
    <w:p>
      <w:r/>
      <w:r>
        <w:t>That message gives the party extra weight without taking away from the fun. A loud, joyful room can still carry important information, and this event is clearly betting that people are more likely to listen when the message arrives with a beat, a drag routine and a dance floor.</w:t>
      </w:r>
      <w:r/>
    </w:p>
    <w:p>
      <w:pPr>
        <w:pStyle w:val="Heading2"/>
      </w:pPr>
      <w:r>
        <w:t>How to plan your night at The Clapham Grand</w:t>
      </w:r>
      <w:r/>
    </w:p>
    <w:p>
      <w:r/>
      <w:r>
        <w:t>The Clapham Grand is at 21-25 St John's Hill, close to Clapham Junction, making it a practical choice for guests travelling across London. As the event is built around standing and dancing, comfortable shoes are probably a better idea than anything that looks impressive for the first 20 minutes.</w:t>
      </w:r>
      <w:r/>
    </w:p>
    <w:p>
      <w:r/>
      <w:r>
        <w:t>Check the latest ticket information before travelling, particularly around entry times and any venue requirements. It also makes sense to plan your journey home in advance, as the event finishes at 2.30am and late-night transport options can vary.</w:t>
      </w:r>
      <w:r/>
    </w:p>
    <w:p>
      <w:r/>
      <w:r>
        <w:t>For anyone looking for a fun LGBTQIA+ fundraiser in London, this is an unusually strong combination of nostalgia, nightlife and purpose. Expect glitter, loud choruses and the kind of happy exhaustion that only arrives after a proper night out.</w:t>
      </w:r>
      <w:r/>
    </w:p>
    <w:p>
      <w:r/>
      <w:r>
        <w:t>It's a big-hearted party with a clear message: celebrate loudly, and look after yourself too.</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https://www.qxmagazine.com/2026/10/booty-call-ball-comes-to-clapham-grand-23-october-2026/</w:t>
        </w:r>
      </w:hyperlink>
      <w:r>
        <w:t xml:space="preserve"> - Please view link - unable to able to access data</w:t>
      </w:r>
      <w:r/>
    </w:p>
    <w:p>
      <w:pPr>
        <w:pStyle w:val="ListNumber"/>
        <w:spacing w:line="240" w:lineRule="auto"/>
        <w:ind w:left="720"/>
      </w:pPr>
      <w:r/>
      <w:hyperlink r:id="rId9">
        <w:r>
          <w:rPr>
            <w:color w:val="0000EE"/>
            <w:u w:val="single"/>
          </w:rPr>
          <w:t>https://claphamgrand.com/event/the-booty-call-ball/</w:t>
        </w:r>
      </w:hyperlink>
      <w:r>
        <w:t xml:space="preserve"> - The Booty Call Ball is a vibrant LGBTQ+ event scheduled for Friday, 23 October 2026, at The Clapham Grand in London. The event promises a lively night of pop music, drag performances, and dancing, featuring performances by Natasha Hamilton, Booty Luv, The Cheeky Girls, and Supersister. Special guests include Gareth Howells from Hunsnet, Diane Carson and Linda Rands from 'The Traitors', and Jane Boulton from 'Airline'. The event aims to raise funds for Booty Call CIC, supporting cancer awareness within LGBTQ+ communities. Tickets are available starting from £15.</w:t>
      </w:r>
      <w:r/>
    </w:p>
    <w:p>
      <w:pPr>
        <w:pStyle w:val="ListNumber"/>
        <w:spacing w:line="240" w:lineRule="auto"/>
        <w:ind w:left="720"/>
      </w:pPr>
      <w:r/>
      <w:hyperlink r:id="rId10">
        <w:r>
          <w:rPr>
            <w:color w:val="0000EE"/>
            <w:u w:val="single"/>
          </w:rPr>
          <w:t>https://ra.co/events/2536996</w:t>
        </w:r>
      </w:hyperlink>
      <w:r>
        <w:t xml:space="preserve"> - The Booty Call Ball, taking place on Friday, 23 October 2026, at The Clapham Grand in London, is set to be a major LGBTQ+ celebration. The event features live performances from Natasha Hamilton, Booty Luv, The Cheeky Girls, and Supersister. Special guests include Gareth Howells from Hunsnet, Diane Carson and Linda Rands from 'The Traitors', and Jane Boulton from 'Airline'. Drag performances will be showcased by Just May and Kiki Snatch. The event aims to raise funds for Booty Call CIC, supporting cancer awareness in LGBTQ+ spaces. Tickets are available starting from £15.</w:t>
      </w:r>
      <w:r/>
    </w:p>
    <w:p>
      <w:pPr>
        <w:pStyle w:val="ListNumber"/>
        <w:spacing w:line="240" w:lineRule="auto"/>
        <w:ind w:left="720"/>
      </w:pPr>
      <w:r/>
      <w:hyperlink r:id="rId11">
        <w:r>
          <w:rPr>
            <w:color w:val="0000EE"/>
            <w:u w:val="single"/>
          </w:rPr>
          <w:t>https://www.qxmagazine.com/2026/10/booty-call-ball-comes-to-clapham-grand-23-october-2026/</w:t>
        </w:r>
      </w:hyperlink>
      <w:r>
        <w:t xml:space="preserve"> - The inaugural Booty Call Ball is set for Friday, 23 October 2026, at The Clapham Grand in London. This all-standing, all-dancing fundraiser features performances by Natasha Hamilton from Atomic Kitten, The Cheeky Girls, Booty Luv, and Supersister. The event also includes drag performances by Miss Leigh Ding, Megan Mia Gemini, Sateva Eva, Ella Fae, Just May, and Kiki Snatch. Special guests include Diane Carson and Linda Rands from 'The Traitors', and Jane Boulton from 'Airline'. The event aims to raise funds for Booty Call CIC, supporting cancer awareness in LGBTQ+ communities. Tickets are available starting from £15.</w:t>
      </w:r>
      <w:r/>
    </w:p>
    <w:p>
      <w:pPr>
        <w:pStyle w:val="ListNumber"/>
        <w:spacing w:line="240" w:lineRule="auto"/>
        <w:ind w:left="720"/>
      </w:pPr>
      <w:r/>
      <w:hyperlink r:id="rId12">
        <w:r>
          <w:rPr>
            <w:color w:val="0000EE"/>
            <w:u w:val="single"/>
          </w:rPr>
          <w:t>https://halibuts.com/events/eventdetail/153796-342643-the_booty_call_ball-the_clapham_grand-23-Oct-2026-9.00pm</w:t>
        </w:r>
      </w:hyperlink>
      <w:r>
        <w:t xml:space="preserve"> - The Booty Call Ball is a vibrant LGBTQ+ event scheduled for Friday, 23 October 2026, at The Clapham Grand in London. The event promises a lively night of pop music, drag performances, and dancing, featuring performances by Natasha Hamilton, Booty Luv, The Cheeky Girls, and Supersister. Special guests include Gareth Howells from Hunsnet, Diane Carson and Linda Rands from 'The Traitors', and Jane Boulton from 'Airline'. The event aims to raise funds for Booty Call CIC, supporting cancer awareness within LGBTQ+ communities. Tickets are available starting from £15.</w:t>
      </w:r>
      <w:r/>
    </w:p>
    <w:p>
      <w:pPr>
        <w:pStyle w:val="ListNumber"/>
        <w:spacing w:line="240" w:lineRule="auto"/>
        <w:ind w:left="720"/>
      </w:pPr>
      <w:r/>
      <w:hyperlink r:id="rId13">
        <w:r>
          <w:rPr>
            <w:color w:val="0000EE"/>
            <w:u w:val="single"/>
          </w:rPr>
          <w:t>https://oazis.app/en/event/the-booty-call-ball</w:t>
        </w:r>
      </w:hyperlink>
      <w:r>
        <w:t xml:space="preserve"> - The Booty Call Ball is a vibrant LGBTQ+ event scheduled for Friday, 23 October 2026, at The Clapham Grand in London. The event promises a lively night of pop music, drag performances, and dancing, featuring performances by Natasha Hamilton, Booty Luv, The Cheeky Girls, and Supersister. Special guests include Gareth Howells from Hunsnet, Diane Carson and Linda Rands from 'The Traitors', and Jane Boulton from 'Airline'. The event aims to raise funds for Booty Call CIC, supporting cancer awareness within LGBTQ+ communities. Tickets are available starting from £15.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aphamgrand.com/event/the-booty-call-ball/" TargetMode="External"/><Relationship Id="rId10" Type="http://schemas.openxmlformats.org/officeDocument/2006/relationships/hyperlink" Target="https://ra.co/events/2536996" TargetMode="External"/><Relationship Id="rId11" Type="http://schemas.openxmlformats.org/officeDocument/2006/relationships/hyperlink" Target="https://www.qxmagazine.com/2026/10/booty-call-ball-comes-to-clapham-grand-23-october-2026/" TargetMode="External"/><Relationship Id="rId12" Type="http://schemas.openxmlformats.org/officeDocument/2006/relationships/hyperlink" Target="https://halibuts.com/events/eventdetail/153796-342643-the_booty_call_ball-the_clapham_grand-23-Oct-2026-9.00pm" TargetMode="External"/><Relationship Id="rId13" Type="http://schemas.openxmlformats.org/officeDocument/2006/relationships/hyperlink" Target="https://oazis.app/en/event/the-booty-call-b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