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Harry Garside Challenges Boxing’s Masculine Stereotypes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Harry Garside has made headlines as an Olympic medallist, but his impact reaches well beyond the boxing ring. Through ballet, nail varnish and outspoken support for LGBTQIA+ people, the Australian athlete is showing why challenging old ideas about masculinity matters.</w:t>
      </w:r>
      <w:r/>
    </w:p>
    <w:p>
      <w:pPr>
        <w:pStyle w:val="Heading2"/>
      </w:pPr>
      <w:r>
        <w:t>Essential Takeaways</w:t>
      </w:r>
      <w:r/>
      <w:r/>
    </w:p>
    <w:p>
      <w:pPr>
        <w:pStyle w:val="ListBullet"/>
        <w:spacing w:line="240" w:lineRule="auto"/>
        <w:ind w:left="720"/>
      </w:pPr>
      <w:r/>
      <w:r>
        <w:rPr>
          <w:b/>
        </w:rPr>
        <w:t>Olympic achievement:</w:t>
      </w:r>
      <w:r>
        <w:t xml:space="preserve"> Garside won a bronze medal in boxing at the Tokyo Games.</w:t>
      </w:r>
      <w:r/>
    </w:p>
    <w:p>
      <w:pPr>
        <w:pStyle w:val="ListBullet"/>
        <w:spacing w:line="240" w:lineRule="auto"/>
        <w:ind w:left="720"/>
      </w:pPr>
      <w:r/>
      <w:r>
        <w:rPr>
          <w:b/>
        </w:rPr>
        <w:t>A striking contrast:</w:t>
      </w:r>
      <w:r>
        <w:t xml:space="preserve"> His boxing career sits alongside ballet training and an expressive personal style.</w:t>
      </w:r>
      <w:r/>
    </w:p>
    <w:p>
      <w:pPr>
        <w:pStyle w:val="ListBullet"/>
        <w:spacing w:line="240" w:lineRule="auto"/>
        <w:ind w:left="720"/>
      </w:pPr>
      <w:r/>
      <w:r>
        <w:rPr>
          <w:b/>
        </w:rPr>
        <w:t>A wider message:</w:t>
      </w:r>
      <w:r>
        <w:t xml:space="preserve"> He argues that rigid expectations can harm men as well as everyone around them.</w:t>
      </w:r>
      <w:r/>
    </w:p>
    <w:p>
      <w:pPr>
        <w:pStyle w:val="ListBullet"/>
        <w:spacing w:line="240" w:lineRule="auto"/>
        <w:ind w:left="720"/>
      </w:pPr>
      <w:r/>
      <w:r>
        <w:rPr>
          <w:b/>
        </w:rPr>
        <w:t>Platform with purpose:</w:t>
      </w:r>
      <w:r>
        <w:t xml:space="preserve"> Public attention has given him a chance to question stereotypes and support LGBTQIA+ communities.</w:t>
      </w:r>
      <w:r/>
    </w:p>
    <w:p>
      <w:pPr>
        <w:pStyle w:val="ListBullet"/>
        <w:spacing w:line="240" w:lineRule="auto"/>
        <w:ind w:left="720"/>
      </w:pPr>
      <w:r/>
      <w:r>
        <w:rPr>
          <w:b/>
        </w:rPr>
        <w:t>More than appearance:</w:t>
      </w:r>
      <w:r>
        <w:t xml:space="preserve"> His message is about freedom, confidence and changing how society defines strength.</w:t>
      </w:r>
      <w:r/>
      <w:r/>
    </w:p>
    <w:p>
      <w:pPr>
        <w:pStyle w:val="Heading2"/>
      </w:pPr>
      <w:r>
        <w:t>A boxer who refuses to fit one mould</w:t>
      </w:r>
      <w:r/>
    </w:p>
    <w:p>
      <w:r/>
      <w:r>
        <w:t>Harry Garside's public image is immediately distinctive. One moment he's preparing for the physical demands of elite boxing; the next, he's associated with ballet, colourful nails and a style that refuses to whisper.</w:t>
      </w:r>
      <w:r/>
    </w:p>
    <w:p>
      <w:r/>
      <w:r>
        <w:t>That contrast is precisely what makes him compelling. As the athlete explained in his DNA interview, identity doesn't have to be packaged into one neat category. A man can be tough, graceful, competitive and expressive at the same time, without needing permission from the traditional rulebook.</w:t>
      </w:r>
      <w:r/>
    </w:p>
    <w:p>
      <w:r/>
      <w:r>
        <w:t>His Olympic success gives that message extra weight. Garside isn't commenting from the sidelines. He's an elite competitor who has experienced the discipline, pain and pressure of professional sport first-hand.</w:t>
      </w:r>
      <w:r/>
    </w:p>
    <w:p>
      <w:pPr>
        <w:pStyle w:val="Heading2"/>
      </w:pPr>
      <w:r>
        <w:t>Why ballet belongs in the conversation</w:t>
      </w:r>
      <w:r/>
    </w:p>
    <w:p>
      <w:r/>
      <w:r>
        <w:t>To some observers, ballet and boxing might seem like opposites. One is associated with quiet control and precise movement, while the other is built around speed, force and impact. In reality, both demand timing, balance, concentration and a remarkable awareness of the body.</w:t>
      </w:r>
      <w:r/>
    </w:p>
    <w:p>
      <w:r/>
      <w:r>
        <w:t>Garside's interest in ballet helps expose how narrow sporting stereotypes can be. Outsports and other coverage have highlighted the way his interests unsettle familiar assumptions about what an Australian male athlete is supposed to look or act like.</w:t>
      </w:r>
      <w:r/>
    </w:p>
    <w:p>
      <w:r/>
      <w:r>
        <w:t>There's also something refreshingly practical about the combination. Footwork matters in boxing, and ballet can sharpen balance and coordination. The real surprise isn't that the two disciplines overlap, but that people are still so keen to keep them in separate boxes.</w:t>
      </w:r>
      <w:r/>
    </w:p>
    <w:p>
      <w:pPr>
        <w:pStyle w:val="Heading2"/>
      </w:pPr>
      <w:r>
        <w:t>Nail varnish, visibility and a bigger message</w:t>
      </w:r>
      <w:r/>
    </w:p>
    <w:p>
      <w:r/>
      <w:r>
        <w:t>The nail varnish is an easy detail to notice, but it isn't the whole story. It works as a small, visible refusal to let masculinity dictate every choice, whether that's clothing, grooming or emotional expression.</w:t>
      </w:r>
      <w:r/>
    </w:p>
    <w:p>
      <w:r/>
      <w:r>
        <w:t>Garside has used that visibility to stand alongside LGBTQIA+ communities. His support matters because representation in sport remains complicated, particularly in environments where toughness is often confused with silence and conformity.</w:t>
      </w:r>
      <w:r/>
    </w:p>
    <w:p>
      <w:r/>
      <w:r>
        <w:t>Coverage from DNA and Outsports has presented him as an ally who understands that public gestures work best when they connect to a deeper commitment. A painted nail won't change a culture on its own, but it can start conversations that many people would otherwise avoid.</w:t>
      </w:r>
      <w:r/>
    </w:p>
    <w:p>
      <w:pPr>
        <w:pStyle w:val="Heading2"/>
      </w:pPr>
      <w:r>
        <w:t>The pressure behind traditional masculinity</w:t>
      </w:r>
      <w:r/>
    </w:p>
    <w:p>
      <w:r/>
      <w:r>
        <w:t>Garside's argument isn't simply that men should be allowed to dress differently. He has also questioned the social expectations that encourage men to suppress vulnerability, hide uncertainty and treat emotional openness as weakness.</w:t>
      </w:r>
      <w:r/>
    </w:p>
    <w:p>
      <w:r/>
      <w:r>
        <w:t>That pressure can be exhausting. Young men may feel they have to appear invulnerable at school, in sport or online, even when they're struggling. The result isn't strength so much as isolation, and it can make honest relationships harder to build.</w:t>
      </w:r>
      <w:r/>
    </w:p>
    <w:p>
      <w:r/>
      <w:r>
        <w:t>His comments reflect a wider conversation about masculinity, mental health and inclusion. As reporting by DNA and other outlets has shown, Garside believes society needs to change the story it tells about men. Strength, in his view, should include self-awareness and the courage to be seen clearly.</w:t>
      </w:r>
      <w:r/>
    </w:p>
    <w:p>
      <w:pPr>
        <w:pStyle w:val="Heading2"/>
      </w:pPr>
      <w:r>
        <w:t>An athlete using fame carefully</w:t>
      </w:r>
      <w:r/>
    </w:p>
    <w:p>
      <w:r/>
      <w:r>
        <w:t>Olympic recognition can turn a sportsman into a public symbol almost overnight. Garside appears conscious of that responsibility, particularly when his image reaches people who rarely see themselves represented in mainstream sport.</w:t>
      </w:r>
      <w:r/>
    </w:p>
    <w:p>
      <w:r/>
      <w:r>
        <w:t>That doesn't mean every fan will agree with him, and it certainly doesn't remove the pressures of competition. But his willingness to speak openly gives his visibility a purpose beyond sponsorships, medals and carefully polished photographs.</w:t>
      </w:r>
      <w:r/>
    </w:p>
    <w:p>
      <w:r/>
      <w:r>
        <w:t>The longer-term question is whether athletes such as Garside can help make difference feel ordinary. If a successful boxer can train seriously, dance, wear nail varnish and support LGBTQIA+ people without treating those things as contradictory, the culture around sport may gradually loosen its grip on old assumptions.</w:t>
      </w:r>
      <w:r/>
    </w:p>
    <w:p>
      <w:r/>
      <w:r>
        <w:t>For many young viewers, that could be the most valuable victory of all. Seeing someone successful reject a narrow script can make their own choices feel a little less risky.</w:t>
      </w:r>
      <w:r/>
    </w:p>
    <w:p>
      <w:r/>
      <w:r>
        <w:t>It's a small-looking challenge with a genuinely powerful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https://www.dnamagazine.com.au/harry-garside-unmasked-267/</w:t>
        </w:r>
      </w:hyperlink>
      <w:r>
        <w:t xml:space="preserve"> - Please view link - unable to able to access data</w:t>
      </w:r>
      <w:r/>
    </w:p>
    <w:p>
      <w:pPr>
        <w:pStyle w:val="ListNumber"/>
        <w:spacing w:line="240" w:lineRule="auto"/>
        <w:ind w:left="720"/>
      </w:pPr>
      <w:r/>
      <w:hyperlink r:id="rId9">
        <w:r>
          <w:rPr>
            <w:color w:val="0000EE"/>
            <w:u w:val="single"/>
          </w:rPr>
          <w:t>https://www.dnamagazine.com.au/harry-garside-unmasked-267/</w:t>
        </w:r>
      </w:hyperlink>
      <w:r>
        <w:t xml:space="preserve"> - An in-depth interview with Harry Garside, an Olympic medal-winning boxer, ballet dancer, and ally of the LGBTQIA+ community. At 24, Garside discusses his views on toxic masculinity, the importance of challenging societal norms, and his belief in respecting individuals for their character rather than their celebrity status. The article highlights his unique approach to fame and his commitment to authenticity.</w:t>
      </w:r>
      <w:r/>
    </w:p>
    <w:p>
      <w:pPr>
        <w:pStyle w:val="ListNumber"/>
        <w:spacing w:line="240" w:lineRule="auto"/>
        <w:ind w:left="720"/>
      </w:pPr>
      <w:r/>
      <w:hyperlink r:id="rId11">
        <w:r>
          <w:rPr>
            <w:color w:val="0000EE"/>
            <w:u w:val="single"/>
          </w:rPr>
          <w:t>https://www.outsports.com/2023/4/19/23690033/</w:t>
        </w:r>
      </w:hyperlink>
      <w:r>
        <w:t xml:space="preserve"> - An article detailing Harry Garside's efforts to challenge gender norms, including his choice to wear dresses and skirts, and his experiences with backlash in the masculine world of boxing. Garside discusses the homophobic comments he has received and his desire to be a good advocate for the LGBTQIA+ community, aiming to encourage others to question their beliefs and embrace diversity.</w:t>
      </w:r>
      <w:r/>
    </w:p>
    <w:p>
      <w:pPr>
        <w:pStyle w:val="ListNumber"/>
        <w:spacing w:line="240" w:lineRule="auto"/>
        <w:ind w:left="720"/>
      </w:pPr>
      <w:r/>
      <w:hyperlink r:id="rId10">
        <w:r>
          <w:rPr>
            <w:color w:val="0000EE"/>
            <w:u w:val="single"/>
          </w:rPr>
          <w:t>https://en.wikipedia.org/wiki/Harry_Garside</w:t>
        </w:r>
      </w:hyperlink>
      <w:r>
        <w:t xml:space="preserve"> - A comprehensive Wikipedia page on Harry Garside, covering his background as an Olympic medal-winning boxer, his ballet dancing, and his advocacy for the LGBTQIA+ community. The page includes information on his personal life, achievements, and his efforts to challenge gender stereotypes, such as wearing nail polish during the 2020 Summer Olympics and his participation in the Australian reality show 'I'm a Celebrity... Get Me Out of Here!'.</w:t>
      </w:r>
      <w:r/>
    </w:p>
    <w:p>
      <w:pPr>
        <w:pStyle w:val="ListNumber"/>
        <w:spacing w:line="240" w:lineRule="auto"/>
        <w:ind w:left="720"/>
      </w:pPr>
      <w:r/>
      <w:hyperlink r:id="rId14">
        <w:r>
          <w:rPr>
            <w:color w:val="0000EE"/>
            <w:u w:val="single"/>
          </w:rPr>
          <w:t>https://www.dnamagazine.com.au/dna-cover-star-harry-garside-is-still-a-fierce-lgbtqia-ally-and-hes-using-his-platform-wisely/</w:t>
        </w:r>
      </w:hyperlink>
      <w:r>
        <w:t xml:space="preserve"> - An article discussing Harry Garside's continued advocacy for the LGBTQIA+ community, highlighting his participation in the Australian reality show 'I'm a Celebrity... Get Me Out of Here!' and his use of the platform to challenge toxic masculinity and promote inclusivity. The piece emphasizes his commitment to reshaping expectations of masculinity and his efforts to encourage others to question societal norms.</w:t>
      </w:r>
      <w:r/>
    </w:p>
    <w:p>
      <w:pPr>
        <w:pStyle w:val="ListNumber"/>
        <w:spacing w:line="240" w:lineRule="auto"/>
        <w:ind w:left="720"/>
      </w:pPr>
      <w:r/>
      <w:hyperlink r:id="rId12">
        <w:r>
          <w:rPr>
            <w:color w:val="0000EE"/>
            <w:u w:val="single"/>
          </w:rPr>
          <w:t>https://www.outsports.com/2023/4/19/23690033/harry-garside-australia-boxer-olympics-dress-daily-mail/</w:t>
        </w:r>
      </w:hyperlink>
      <w:r>
        <w:t xml:space="preserve"> - An article detailing Harry Garside's efforts to challenge gender norms, including his choice to wear dresses and skirts, and his experiences with backlash in the masculine world of boxing. Garside discusses the homophobic comments he has received and his desire to be a good advocate for the LGBTQIA+ community, aiming to encourage others to question their beliefs and embrace diversity.</w:t>
      </w:r>
      <w:r/>
    </w:p>
    <w:p>
      <w:pPr>
        <w:pStyle w:val="ListNumber"/>
        <w:spacing w:line="240" w:lineRule="auto"/>
        <w:ind w:left="720"/>
      </w:pPr>
      <w:r/>
      <w:hyperlink r:id="rId13">
        <w:r>
          <w:rPr>
            <w:color w:val="0000EE"/>
            <w:u w:val="single"/>
          </w:rPr>
          <w:t>https://www.inkl.com/news/australia-s-ballet-loving-olympic-boxer-breaking-stereotypes</w:t>
        </w:r>
      </w:hyperlink>
      <w:r>
        <w:t xml:space="preserve"> - An article highlighting Harry Garside's unique approach to boxing, including his use of ballet to improve his technique and his efforts to challenge stereotypes by wearing painted fingernails. The piece discusses his desire to break societal norms and encourage others to embrace their individuality, showcasing his commitment to inclusivity and self-expression.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harry-garside-unmasked-267/" TargetMode="External"/><Relationship Id="rId10" Type="http://schemas.openxmlformats.org/officeDocument/2006/relationships/hyperlink" Target="https://en.wikipedia.org/wiki/Harry_Garside" TargetMode="External"/><Relationship Id="rId11" Type="http://schemas.openxmlformats.org/officeDocument/2006/relationships/hyperlink" Target="https://www.outsports.com/2023/4/19/23690033/" TargetMode="External"/><Relationship Id="rId12" Type="http://schemas.openxmlformats.org/officeDocument/2006/relationships/hyperlink" Target="https://www.outsports.com/2023/4/19/23690033/harry-garside-australia-boxer-olympics-dress-daily-mail/" TargetMode="External"/><Relationship Id="rId13" Type="http://schemas.openxmlformats.org/officeDocument/2006/relationships/hyperlink" Target="https://www.inkl.com/news/australia-s-ballet-loving-olympic-boxer-breaking-stereotypes" TargetMode="External"/><Relationship Id="rId14" Type="http://schemas.openxmlformats.org/officeDocument/2006/relationships/hyperlink" Target="https://www.dnamagazine.com.au/dna-cover-star-harry-garside-is-still-a-fierce-lgbtqia-ally-and-hes-using-his-platform-wise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