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Two Eyes screening brings queer history to Montclair audiences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and LGBTQ community members are heading to Montclair Public Library for a special screening of Two Eyes, a thoughtful drama linking queer lives across three American eras. The 9 October event combines cinema, conversation and fundraising, offering a timely chance to explore identity, Indigenous history and the experiences that connect generations.</w:t>
      </w:r>
      <w:r/>
    </w:p>
    <w:p>
      <w:pPr>
        <w:pStyle w:val="Heading2"/>
      </w:pPr>
      <w:r>
        <w:t>Essential Takeaways</w:t>
      </w:r>
      <w:r/>
      <w:r/>
    </w:p>
    <w:p>
      <w:pPr>
        <w:pStyle w:val="ListBullet"/>
        <w:spacing w:line="240" w:lineRule="auto"/>
        <w:ind w:left="720"/>
      </w:pPr>
      <w:r/>
      <w:r>
        <w:rPr>
          <w:b/>
        </w:rPr>
        <w:t>Screening date:</w:t>
      </w:r>
      <w:r>
        <w:t xml:space="preserve"> Two Eyes will be shown at Montclair Public Library on Friday, 9 October, at 7pm.</w:t>
      </w:r>
      <w:r/>
    </w:p>
    <w:p>
      <w:pPr>
        <w:pStyle w:val="ListBullet"/>
        <w:spacing w:line="240" w:lineRule="auto"/>
        <w:ind w:left="720"/>
      </w:pPr>
      <w:r/>
      <w:r>
        <w:rPr>
          <w:b/>
        </w:rPr>
        <w:t>Community focus:</w:t>
      </w:r>
      <w:r>
        <w:t xml:space="preserve"> Out Montclair and the Newark LGBTQ Center are presenting the event.</w:t>
      </w:r>
      <w:r/>
    </w:p>
    <w:p>
      <w:pPr>
        <w:pStyle w:val="ListBullet"/>
        <w:spacing w:line="240" w:lineRule="auto"/>
        <w:ind w:left="720"/>
      </w:pPr>
      <w:r/>
      <w:r>
        <w:rPr>
          <w:b/>
        </w:rPr>
        <w:t>After-film conversation:</w:t>
      </w:r>
      <w:r>
        <w:t xml:space="preserve"> Writer-director Travis Fine is scheduled to join a 45-minute Zoom discussion.</w:t>
      </w:r>
      <w:r/>
    </w:p>
    <w:p>
      <w:pPr>
        <w:pStyle w:val="ListBullet"/>
        <w:spacing w:line="240" w:lineRule="auto"/>
        <w:ind w:left="720"/>
      </w:pPr>
      <w:r/>
      <w:r>
        <w:rPr>
          <w:b/>
        </w:rPr>
        <w:t>Fundraising element:</w:t>
      </w:r>
      <w:r>
        <w:t xml:space="preserve"> A suggested $20 cash donation supports the two partner organisations.</w:t>
      </w:r>
      <w:r/>
    </w:p>
    <w:p>
      <w:pPr>
        <w:pStyle w:val="ListBullet"/>
        <w:spacing w:line="240" w:lineRule="auto"/>
        <w:ind w:left="720"/>
      </w:pPr>
      <w:r/>
      <w:r>
        <w:rPr>
          <w:b/>
        </w:rPr>
        <w:t>At-home option:</w:t>
      </w:r>
      <w:r>
        <w:t xml:space="preserve"> The film is also expected to stream from 10 to 18 October for a suggested $10 donation.</w:t>
      </w:r>
      <w:r/>
      <w:r/>
    </w:p>
    <w:p>
      <w:pPr>
        <w:pStyle w:val="Heading2"/>
      </w:pPr>
      <w:r>
        <w:t>Three stories, one emotional thread</w:t>
      </w:r>
      <w:r/>
    </w:p>
    <w:p>
      <w:r/>
      <w:r>
        <w:t>Two Eyes begins with a striking idea: queer experience can remain recognisable even when the world around it changes dramatically. Its three-part structure moves from 1868 Montana to 1979 California and then into present-day Wyoming, creating a cinematic conversation across more than a century.</w:t>
      </w:r>
      <w:r/>
    </w:p>
    <w:p>
      <w:r/>
      <w:r>
        <w:t>The historical storyline follows painter Dihlon and his Native American guide, Jacy, while the 1979 chapter centres on a questioning young person whose life shifts after meeting an exchange student. The contemporary strand focuses on a transgender teenager speaking with a nonbinary therapist. Together, the stories explore love, grief, gender and self-discovery without treating identity as a neat, one-line journey.</w:t>
      </w:r>
      <w:r/>
    </w:p>
    <w:p>
      <w:r/>
      <w:r>
        <w:t xml:space="preserve">According to listings from Cinema.com and the film's official website, the ensemble includes Benjamin Rigby, Kiowa Gordon, Kate Bornstein, Ryan Cassata and Uly Schlesinger, with Lily Gladstone also appearing. That gives the screening an appealing mix of established LGBTQ voices and performers familiar to audiences following Indigenous cinema. </w:t>
      </w:r>
      <w:r/>
    </w:p>
    <w:p>
      <w:pPr>
        <w:pStyle w:val="Heading2"/>
      </w:pPr>
      <w:r>
        <w:t>Why the Indigenous history matters</w:t>
      </w:r>
      <w:r/>
    </w:p>
    <w:p>
      <w:r/>
      <w:r>
        <w:t>The film's period setting isn't simply decorative. Two Eyes places queer identity alongside Native American history, asking viewers to consider how different cultures have understood gender and sexuality, and why acceptance has so often been narrowed or erased.</w:t>
      </w:r>
      <w:r/>
    </w:p>
    <w:p>
      <w:r/>
      <w:r>
        <w:t>That conversation sits naturally beside wider educational work on Indigenous gender diversity. PBS Independent Lens and Two Spirits have documented the life and legacy of Fred Martinez, a Native American youth whose story helped bring the concept of Two-Spirit identity to a much broader audience. The subjects aren't identical, but they share an important reminder: contemporary labels can illuminate experience without explaining every historical culture or individual life.</w:t>
      </w:r>
      <w:r/>
    </w:p>
    <w:p>
      <w:r/>
      <w:r>
        <w:t>For viewers, that makes Two Eyes more than a conventional LGBTQ drama. It's an invitation to look backwards, but also to question which stories have been preserved, which have been overlooked and who gets to define a community's past.</w:t>
      </w:r>
      <w:r/>
    </w:p>
    <w:p>
      <w:pPr>
        <w:pStyle w:val="Heading2"/>
      </w:pPr>
      <w:r>
        <w:t>A screening designed to become a conversation</w:t>
      </w:r>
      <w:r/>
    </w:p>
    <w:p>
      <w:r/>
      <w:r>
        <w:t>The Montclair event has been planned as a community gathering rather than a quick trip to the cinema. After the film, Fine is scheduled to join a live Zoom discussion lasting around 45 minutes, giving audiences an opportunity to ask about the film's structure, themes and creative decisions.</w:t>
      </w:r>
      <w:r/>
    </w:p>
    <w:p>
      <w:r/>
      <w:r>
        <w:t>Out Montclair and the Newark LGBTQ Center are co-presenting the evening, with donations helping support their work. That practical element matters because screenings like this can turn a cultural event into a modest but meaningful source of local support.</w:t>
      </w:r>
      <w:r/>
    </w:p>
    <w:p>
      <w:r/>
      <w:r>
        <w:t>It also gives the film a warmer setting than a standard festival slot. Watching a challenging story in a room filled with people who are ready to discuss it can make the final credits feel less like an ending and more like the start of something.</w:t>
      </w:r>
      <w:r/>
    </w:p>
    <w:p>
      <w:pPr>
        <w:pStyle w:val="Heading2"/>
      </w:pPr>
      <w:r>
        <w:t>Why the timing feels especially apt</w:t>
      </w:r>
      <w:r/>
    </w:p>
    <w:p>
      <w:r/>
      <w:r>
        <w:t>The screening falls just before National Coming Out Day on 11 October and Indigenous Peoples' Day on 12 October. That calendar overlap gives the event an unusually clear sense of purpose, even if the film itself is too complex to be reduced to a commemorative message.</w:t>
      </w:r>
      <w:r/>
    </w:p>
    <w:p>
      <w:r/>
      <w:r>
        <w:t>Two Eyes first premiered as the closing-night film at Outfest in 2020, according to the film's official materials. Its return to an LGBTQ community setting therefore feels less like a revival pulled from a shelf and more like a film finding the right room again.</w:t>
      </w:r>
      <w:r/>
    </w:p>
    <w:p>
      <w:r/>
      <w:r>
        <w:t>The timing also reflects a broader appetite for stories that connect LGBTQ identity with race, history, place and family. Audiences increasingly want more than a single coming-out narrative, and this film's three-era approach offers a richer, sometimes more demanding alternative.</w:t>
      </w:r>
      <w:r/>
    </w:p>
    <w:p>
      <w:pPr>
        <w:pStyle w:val="Heading2"/>
      </w:pPr>
      <w:r>
        <w:t>How to watch Two Eyes in Montclair or at home</w:t>
      </w:r>
      <w:r/>
    </w:p>
    <w:p>
      <w:r/>
      <w:r>
        <w:t>The in-person screening takes place at the Main Branch of Montclair Public Library at 7pm on Friday, 9 October. Organisers suggest a $20 cash donation, with half going to Out Montclair and half to the Newark LGBTQ Center, so visitors may want to arrive early and bring cash if they plan to contribute.</w:t>
      </w:r>
      <w:r/>
    </w:p>
    <w:p>
      <w:r/>
      <w:r>
        <w:t>Those who can't make the library event should have another route. Event information indicates that Two Eyes will be available to stream from 10 to 18 October for a suggested $10 donation, making it easier to watch privately or organise a small group viewing.</w:t>
      </w:r>
      <w:r/>
    </w:p>
    <w:p>
      <w:r/>
      <w:r>
        <w:t>If you're unfamiliar with the film, expect a reflective drama rather than a fast-moving thriller. Its appeal lies in the quiet links between characters, the shifting historical backdrop and the sense that identity can be both deeply personal and shaped by the communities around us.</w:t>
      </w:r>
      <w:r/>
    </w:p>
    <w:p>
      <w:r/>
      <w:r>
        <w:t>It's a timely film for a room built around listening, remembering and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https://jrlcharts.com/2026/10/06/two-eyes-brings-three-generations-of-queer-lives-to-montclair-for-one-special-night/</w:t>
        </w:r>
      </w:hyperlink>
      <w:r>
        <w:t xml:space="preserve"> - Please view link - unable to able to access data</w:t>
      </w:r>
      <w:r/>
    </w:p>
    <w:p>
      <w:pPr>
        <w:pStyle w:val="ListNumber"/>
        <w:spacing w:line="240" w:lineRule="auto"/>
        <w:ind w:left="720"/>
      </w:pPr>
      <w:r/>
      <w:hyperlink r:id="rId10">
        <w:r>
          <w:rPr>
            <w:color w:val="0000EE"/>
            <w:u w:val="single"/>
          </w:rPr>
          <w:t>https://jerseybee.org/2026/10/01/film-screening-of-two-eyes-planned-oct-9-at-montclair-library/</w:t>
        </w:r>
      </w:hyperlink>
      <w:r>
        <w:t xml:space="preserve"> - An article detailing the upcoming screening of the film 'Two Eyes' at the Montclair Public Library's Main Branch on October 9, 2026, at 7 p.m. The event is organised by Out Montclair and the Newark LGBTQ+ Center, with half of the proceeds benefiting these organisations. Tickets are available for online purchase.</w:t>
      </w:r>
      <w:r/>
    </w:p>
    <w:p>
      <w:pPr>
        <w:pStyle w:val="ListNumber"/>
        <w:spacing w:line="240" w:lineRule="auto"/>
        <w:ind w:left="720"/>
      </w:pPr>
      <w:r/>
      <w:hyperlink r:id="rId11">
        <w:r>
          <w:rPr>
            <w:color w:val="0000EE"/>
            <w:u w:val="single"/>
          </w:rPr>
          <w:t>https://outinjersey.net/events/two-eyes-exclusive-screening-at-montclair-public-library-in-montclair/</w:t>
        </w:r>
      </w:hyperlink>
      <w:r>
        <w:t xml:space="preserve"> - A listing for the exclusive screening of 'Two Eyes' at the Montclair Public Library in Montclair, New Jersey, on October 9, 2026, from 7:00 PM to 10:00 PM. The event includes a 45-minute live Zoom conversation with filmmaker Travis Fine and a suggested cash-only donation of $20.</w:t>
      </w:r>
      <w:r/>
    </w:p>
    <w:p>
      <w:pPr>
        <w:pStyle w:val="ListNumber"/>
        <w:spacing w:line="240" w:lineRule="auto"/>
        <w:ind w:left="720"/>
      </w:pPr>
      <w:r/>
      <w:hyperlink r:id="rId12">
        <w:r>
          <w:rPr>
            <w:color w:val="0000EE"/>
            <w:u w:val="single"/>
          </w:rPr>
          <w:t>https://www.cinema.com/film/22187/two-eyes/</w:t>
        </w:r>
      </w:hyperlink>
      <w:r>
        <w:t xml:space="preserve"> - A detailed overview of the film 'Two Eyes,' describing it as a cinematic triptych set in three distinct time periods: 1868 Montana, 1979 California, and present-day Wyoming. The film explores themes of gender, love, grief, and the power of art to transcend time, with interconnected narratives revealing deep connections between the characters.</w:t>
      </w:r>
      <w:r/>
    </w:p>
    <w:p>
      <w:pPr>
        <w:pStyle w:val="ListNumber"/>
        <w:spacing w:line="240" w:lineRule="auto"/>
        <w:ind w:left="720"/>
      </w:pPr>
      <w:r/>
      <w:hyperlink r:id="rId13">
        <w:r>
          <w:rPr>
            <w:color w:val="0000EE"/>
            <w:u w:val="single"/>
          </w:rPr>
          <w:t>https://twoeyesmovie.com/</w:t>
        </w:r>
      </w:hyperlink>
      <w:r>
        <w:t xml:space="preserve"> - The official website for 'Two Eyes,' providing information about the film's synopsis, cast, and filmmakers. The site highlights the film's exploration of queer identity alongside Native American history, questioning the historical acceptance of LGBTQ+ individuals among Native American nations and its relevance in contemporary society.</w:t>
      </w:r>
      <w:r/>
    </w:p>
    <w:p>
      <w:pPr>
        <w:pStyle w:val="ListNumber"/>
        <w:spacing w:line="240" w:lineRule="auto"/>
        <w:ind w:left="720"/>
      </w:pPr>
      <w:r/>
      <w:hyperlink r:id="rId14">
        <w:r>
          <w:rPr>
            <w:color w:val="0000EE"/>
            <w:u w:val="single"/>
          </w:rPr>
          <w:t>https://www.pbs.org/independentlens/documentaries/two-spirits/</w:t>
        </w:r>
      </w:hyperlink>
      <w:r>
        <w:t xml:space="preserve"> - A PBS documentary titled 'Two Spirits,' which interweaves the tragic story of Fred Martinez, a 16-year-old Navajo person of integrated gender, with a revealing look at the largely unknown history of a time when many Native American cultures held places of honour for people of integrated genders. The film explores the concept of nádleehí and the two-spirit tradition among Native American cultures.</w:t>
      </w:r>
      <w:r/>
    </w:p>
    <w:p>
      <w:pPr>
        <w:pStyle w:val="ListNumber"/>
        <w:spacing w:line="240" w:lineRule="auto"/>
        <w:ind w:left="720"/>
      </w:pPr>
      <w:r/>
      <w:hyperlink r:id="rId15">
        <w:r>
          <w:rPr>
            <w:color w:val="0000EE"/>
            <w:u w:val="single"/>
          </w:rPr>
          <w:t>https://twospirits.org/</w:t>
        </w:r>
      </w:hyperlink>
      <w:r>
        <w:t xml:space="preserve"> - The official website for the award-winning documentary 'Two Spirits,' which tells the story of Fred Martinez, a 16-year-old nádleehí (a Navajo person of integrated gender) who became one of the youngest hate-crime victims in modern American history. The film explores the largely unknown tradition of Two-Spirit people in Native American cultures and is now available for free viewing.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10/06/two-eyes-brings-three-generations-of-queer-lives-to-montclair-for-one-special-night/" TargetMode="External"/><Relationship Id="rId10" Type="http://schemas.openxmlformats.org/officeDocument/2006/relationships/hyperlink" Target="https://jerseybee.org/2026/10/01/film-screening-of-two-eyes-planned-oct-9-at-montclair-library/" TargetMode="External"/><Relationship Id="rId11" Type="http://schemas.openxmlformats.org/officeDocument/2006/relationships/hyperlink" Target="https://outinjersey.net/events/two-eyes-exclusive-screening-at-montclair-public-library-in-montclair/" TargetMode="External"/><Relationship Id="rId12" Type="http://schemas.openxmlformats.org/officeDocument/2006/relationships/hyperlink" Target="https://www.cinema.com/film/22187/two-eyes/" TargetMode="External"/><Relationship Id="rId13" Type="http://schemas.openxmlformats.org/officeDocument/2006/relationships/hyperlink" Target="https://twoeyesmovie.com/" TargetMode="External"/><Relationship Id="rId14" Type="http://schemas.openxmlformats.org/officeDocument/2006/relationships/hyperlink" Target="https://www.pbs.org/independentlens/documentaries/two-spirits/" TargetMode="External"/><Relationship Id="rId15" Type="http://schemas.openxmlformats.org/officeDocument/2006/relationships/hyperlink" Target="https://twospirit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