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 Minnesota Launches a New LGBTQ+ Magazine for Minnesota Readers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and advertisers are rallying around Q Minnesota, a new free print and digital magazine created to serve the state’s LGBTQ+ community after Lavender ended its 31-year run. Launched in the Twin Cities, the colourful publication brings local stories, culture and community news into cafes, libraries and other welcoming public spaces.</w:t>
      </w:r>
      <w:r/>
    </w:p>
    <w:p>
      <w:pPr>
        <w:pStyle w:val="Heading2"/>
      </w:pPr>
      <w:r>
        <w:t>Essential Takeaways</w:t>
      </w:r>
      <w:r/>
      <w:r/>
    </w:p>
    <w:p>
      <w:pPr>
        <w:pStyle w:val="ListBullet"/>
        <w:spacing w:line="240" w:lineRule="auto"/>
        <w:ind w:left="720"/>
      </w:pPr>
      <w:r/>
      <w:r>
        <w:rPr>
          <w:b/>
        </w:rPr>
        <w:t>A quick response:</w:t>
      </w:r>
      <w:r>
        <w:t xml:space="preserve"> Q Minnesota’s first issue arrived within months of Lavender’s closure.</w:t>
      </w:r>
      <w:r/>
    </w:p>
    <w:p>
      <w:pPr>
        <w:pStyle w:val="ListBullet"/>
        <w:spacing w:line="240" w:lineRule="auto"/>
        <w:ind w:left="720"/>
      </w:pPr>
      <w:r/>
      <w:r>
        <w:rPr>
          <w:b/>
        </w:rPr>
        <w:t>Free and accessible:</w:t>
      </w:r>
      <w:r>
        <w:t xml:space="preserve"> Readers can find it online and at community-minded venues across Minnesota.</w:t>
      </w:r>
      <w:r/>
    </w:p>
    <w:p>
      <w:pPr>
        <w:pStyle w:val="ListBullet"/>
        <w:spacing w:line="240" w:lineRule="auto"/>
        <w:ind w:left="720"/>
      </w:pPr>
      <w:r/>
      <w:r>
        <w:rPr>
          <w:b/>
        </w:rPr>
        <w:t>Local by design:</w:t>
      </w:r>
      <w:r>
        <w:t xml:space="preserve"> Coverage includes artists, sport, identity and access to gender-affirming care.</w:t>
      </w:r>
      <w:r/>
    </w:p>
    <w:p>
      <w:pPr>
        <w:pStyle w:val="ListBullet"/>
        <w:spacing w:line="240" w:lineRule="auto"/>
        <w:ind w:left="720"/>
      </w:pPr>
      <w:r/>
      <w:r>
        <w:rPr>
          <w:b/>
        </w:rPr>
        <w:t>Built for continuity:</w:t>
      </w:r>
      <w:r>
        <w:t xml:space="preserve"> Monthly editions are planned, alongside an annual guide issue.</w:t>
      </w:r>
      <w:r/>
    </w:p>
    <w:p>
      <w:pPr>
        <w:pStyle w:val="ListBullet"/>
        <w:spacing w:line="240" w:lineRule="auto"/>
        <w:ind w:left="720"/>
      </w:pPr>
      <w:r/>
      <w:r>
        <w:rPr>
          <w:b/>
        </w:rPr>
        <w:t>Advertiser support matters:</w:t>
      </w:r>
      <w:r>
        <w:t xml:space="preserve"> Former Lavender advertisers helped restore a visible route into the community.</w:t>
      </w:r>
      <w:r/>
      <w:r/>
    </w:p>
    <w:p>
      <w:pPr>
        <w:pStyle w:val="Heading2"/>
      </w:pPr>
      <w:r>
        <w:t>A magazine fills the gap Lavender left behind</w:t>
      </w:r>
      <w:r/>
    </w:p>
    <w:p>
      <w:r/>
      <w:r>
        <w:t>The first issue of Q Minnesota has the satisfying heft of a proper magazine, with glossy colour pages, bold photography and illustrations that invite you to linger. That physical presence is central to the project, not a nostalgic extra.</w:t>
      </w:r>
      <w:r/>
    </w:p>
    <w:p>
      <w:r/>
      <w:r>
        <w:t>When Lavender closed after more than three decades, readers lost more than a publication. They lost a familiar object that could be picked up in public, shared with friends and discovered by someone who might not yet have found their community. Q Minnesota’s founders saw that absence almost immediately. Bring Me The News reported that Nell Gelhaus and editor-in-chief Andy Lien began discussing a replacement during the summer, with the idea moving rapidly from conversation to print.</w:t>
      </w:r>
      <w:r/>
    </w:p>
    <w:p>
      <w:r/>
      <w:r>
        <w:t>That speed was deliberate. According to CBS News Minnesota, the new title emerged at a moment when organisers felt local LGBTQ+ journalism remained urgently needed, rather than something that could be put on hold while the market settled.</w:t>
      </w:r>
      <w:r/>
    </w:p>
    <w:p>
      <w:pPr>
        <w:pStyle w:val="Heading2"/>
      </w:pPr>
      <w:r>
        <w:t>Why print still matters to LGBTQ+ readers</w:t>
      </w:r>
      <w:r/>
    </w:p>
    <w:p>
      <w:r/>
      <w:r>
        <w:t>Digital publishing is fast, flexible and easy to distribute. Still, a free magazine on a cafe table has a different kind of power. It can reach someone who isn't searching for LGBTQ+ news, and it can quietly signal that they belong in the room.</w:t>
      </w:r>
      <w:r/>
    </w:p>
    <w:p>
      <w:r/>
      <w:r>
        <w:t>Lien, who previously worked at Lavender, told Bring Me The News that many readers have a personal memory of discovering the earlier publication. That emotional connection helps explain why Q Minnesota has chosen a full print edition alongside its online presence.</w:t>
      </w:r>
      <w:r/>
    </w:p>
    <w:p>
      <w:r/>
      <w:r>
        <w:t>The approach also reflects a wider publishing lesson: community media isn't only about delivering information. It creates rituals, meeting points and keepsakes. The smooth cover, bright pages and recognisable local voices all make the publication feel tangible in a way a social post rarely does.</w:t>
      </w:r>
      <w:r/>
    </w:p>
    <w:p>
      <w:pPr>
        <w:pStyle w:val="Heading2"/>
      </w:pPr>
      <w:r>
        <w:t>Local stories keep the mission grounded</w:t>
      </w:r>
      <w:r/>
    </w:p>
    <w:p>
      <w:r/>
      <w:r>
        <w:t>Q Minnesota's opening issue covers a broad mix of subjects, including Minnesota artists, the Minnesota Gay Flag Football League and the uncertainty surrounding gender-affirming care. The range is important because LGBTQ+ life can't be reduced to one political storyline or a single cultural scene.</w:t>
      </w:r>
      <w:r/>
    </w:p>
    <w:p>
      <w:r/>
      <w:r>
        <w:t>The magazine's own website presents the project as a community publication with a strong local focus, while its editorial standards set out expectations around fairness, independence and responsible reporting. That framework gives the title room to be lively and welcoming without losing journalistic purpose.</w:t>
      </w:r>
      <w:r/>
    </w:p>
    <w:p>
      <w:r/>
      <w:r>
        <w:t>Coverage of sport, creativity and everyday life matters just as much as coverage of policy. A reader should be able to see both the pressure facing the community and the ordinary joys that make it worth celebrating.</w:t>
      </w:r>
      <w:r/>
    </w:p>
    <w:p>
      <w:pPr>
        <w:pStyle w:val="Heading2"/>
      </w:pPr>
      <w:r>
        <w:t>Advertisers helped make the magazine free</w:t>
      </w:r>
      <w:r/>
    </w:p>
    <w:p>
      <w:r/>
      <w:r>
        <w:t>A free publication still has to pay for design, printing, distribution and reporting. Q Minnesota has leaned on advertising to keep copies available without a cover price, bringing in Barry Leavitt, a former Lavender sales manager, to help rebuild those relationships.</w:t>
      </w:r>
      <w:r/>
    </w:p>
    <w:p>
      <w:r/>
      <w:r>
        <w:t>The commercial case is clear. When Lavender closed, businesses that had relied on it also lost a direct way to reach LGBTQ+ customers and readers. Bring Me The News reported that several advertisers contacted Leavitt soon after the closure, helping give the new magazine an early foundation.</w:t>
      </w:r>
      <w:r/>
    </w:p>
    <w:p>
      <w:r/>
      <w:r>
        <w:t>That partnership is more than a funding arrangement. It shows how community publishing works best when readers, businesses and journalists all see value in the same public space. A welcoming magazine rack can be good journalism, useful local advertising and a small act of visibility at once.</w:t>
      </w:r>
      <w:r/>
    </w:p>
    <w:p>
      <w:pPr>
        <w:pStyle w:val="Heading2"/>
      </w:pPr>
      <w:r>
        <w:t>What readers can expect next</w:t>
      </w:r>
      <w:r/>
    </w:p>
    <w:p>
      <w:r/>
      <w:r>
        <w:t>The launch issue is only the beginning. Q Minnesota plans to publish monthly, with a larger Q guide scheduled for January. That regular rhythm should help it become part of readers' routines rather than a one-off response to Lavender's disappearance.</w:t>
      </w:r>
      <w:r/>
    </w:p>
    <w:p>
      <w:r/>
      <w:r>
        <w:t>The title also arrives with a clear sense of political and social purpose. As MSP Magazine noted in its coverage of the project, the new publication is shaped by the belief that progress isn't guaranteed and that different parts of the LGBTQ+ community remain connected.</w:t>
      </w:r>
      <w:r/>
    </w:p>
    <w:p>
      <w:r/>
      <w:r>
        <w:t>For readers, the practical advice is simple: look for copies in cafes, libraries and community hubs, or read the magazine online. Pick up a spare for a friend, too. Sometimes the most useful piece of local media is the one someone discovers by chance.</w:t>
      </w:r>
      <w:r/>
    </w:p>
    <w:p>
      <w:r/>
      <w:r>
        <w:t>Q Minnesota is betting that visibility still works best when it can be held, shared and found in the wild.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9">
        <w:r>
          <w:rPr>
            <w:color w:val="0000EE"/>
            <w:u w:val="single"/>
          </w:rPr>
          <w:t>[1]</w:t>
        </w:r>
      </w:hyperlink>
      <w:r>
        <w:t xml:space="preserve">, </w:t>
      </w:r>
      <w:hyperlink r:id="rId11">
        <w:r>
          <w:rPr>
            <w:color w:val="0000EE"/>
            <w:u w:val="single"/>
          </w:rPr>
          <w:t>[3]</w:t>
        </w:r>
      </w:hyperlink>
      <w:r>
        <w:t xml:space="preserve">- Paragraph 7: </w:t>
      </w:r>
      <w:hyperlink r:id="rId9">
        <w:r>
          <w:rPr>
            <w:color w:val="0000EE"/>
            <w:u w:val="single"/>
          </w:rPr>
          <w:t>[1]</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9">
        <w:r>
          <w:rPr>
            <w:color w:val="0000EE"/>
            <w:u w:val="single"/>
          </w:rPr>
          <w:t>[1]</w:t>
        </w:r>
      </w:hyperlink>
      <w:r>
        <w:t xml:space="preserve">, </w:t>
      </w:r>
      <w:hyperlink r:id="rId10">
        <w:r>
          <w:rPr>
            <w:color w:val="0000EE"/>
            <w:u w:val="single"/>
          </w:rPr>
          <w:t>[2]</w:t>
        </w:r>
      </w:hyperlink>
      <w:r>
        <w:t xml:space="preserve">- Paragraph 11: </w:t>
      </w:r>
      <w:hyperlink r:id="rId9">
        <w:r>
          <w:rPr>
            <w:color w:val="0000EE"/>
            <w:u w:val="single"/>
          </w:rPr>
          <w:t>[1]</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9">
        <w:r>
          <w:rPr>
            <w:color w:val="0000EE"/>
            <w:u w:val="single"/>
          </w:rPr>
          <w:t>[1]</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https://bringmethenews.com/minnesota-lifestyle/q-minnesota-a-new-magazine-for-minnesotas-lgbtq-community-launches-its-first-issue</w:t>
        </w:r>
      </w:hyperlink>
      <w:r>
        <w:t xml:space="preserve"> - Please view link - unable to able to access data</w:t>
      </w:r>
      <w:r/>
    </w:p>
    <w:p>
      <w:pPr>
        <w:pStyle w:val="ListNumber"/>
        <w:spacing w:line="240" w:lineRule="auto"/>
        <w:ind w:left="720"/>
      </w:pPr>
      <w:r/>
      <w:hyperlink r:id="rId10">
        <w:r>
          <w:rPr>
            <w:color w:val="0000EE"/>
            <w:u w:val="single"/>
          </w:rPr>
          <w:t>https://qminnesota.com/</w:t>
        </w:r>
      </w:hyperlink>
      <w:r>
        <w:t xml:space="preserve"> - Q Minnesota is a new magazine dedicated to Minnesota's LGBTQ+ community, covering news, culture, nightlife, and the people who make the state unique. The publication is set to launch in October 2026, offering both online and print editions, including an annual directory. The editorial team comprises experienced professionals from the LGBTQ+ media sector, ensuring a comprehensive and inclusive approach to content. The magazine aims to fill the void left by the closure of Lavender Magazine, providing a platform for diverse voices within the community.</w:t>
      </w:r>
      <w:r/>
    </w:p>
    <w:p>
      <w:pPr>
        <w:pStyle w:val="ListNumber"/>
        <w:spacing w:line="240" w:lineRule="auto"/>
        <w:ind w:left="720"/>
      </w:pPr>
      <w:r/>
      <w:hyperlink r:id="rId11">
        <w:r>
          <w:rPr>
            <w:color w:val="0000EE"/>
            <w:u w:val="single"/>
          </w:rPr>
          <w:t>https://www.cbsnews.com/minnesota/news/q-minnesota-magazine-lgbtq-community/</w:t>
        </w:r>
      </w:hyperlink>
      <w:r>
        <w:t xml:space="preserve"> - Following the unexpected closure of Lavender Magazine after 31 years, Q Minnesota has emerged to serve Minnesota's LGBTQ+ community. The new publication, launching in October 2026, aims to amplify queer voices and provide a platform for news, culture, and events. The founders, including former Lavender staff members, felt a strong sense of responsibility to continue the work and address the community's needs. The magazine will feature monthly issues and an annual directory, with a focus on both print and digital content.</w:t>
      </w:r>
      <w:r/>
    </w:p>
    <w:p>
      <w:pPr>
        <w:pStyle w:val="ListNumber"/>
        <w:spacing w:line="240" w:lineRule="auto"/>
        <w:ind w:left="720"/>
      </w:pPr>
      <w:r/>
      <w:hyperlink r:id="rId12">
        <w:r>
          <w:rPr>
            <w:color w:val="0000EE"/>
            <w:u w:val="single"/>
          </w:rPr>
          <w:t>https://blog.presspassq.gay/2026/07/after-31-years-minneapolis-lavender-ceases-publication.html</w:t>
        </w:r>
      </w:hyperlink>
      <w:r>
        <w:t xml:space="preserve"> - Lavender Magazine, a staple for Minneapolis' LGBTQ+ community for over three decades, ceased publication in June 2026. The decision was announced by publisher Stephen Rocheford, who stated that the magazine had achieved its objectives. The closure left a significant gap in the community, prompting former staff members to establish Q Minnesota. The new publication aims to continue the legacy of Lavender Magazine by providing a platform for LGBTQ+ voices and stories in Minnesota.</w:t>
      </w:r>
      <w:r/>
    </w:p>
    <w:p>
      <w:pPr>
        <w:pStyle w:val="ListNumber"/>
        <w:spacing w:line="240" w:lineRule="auto"/>
        <w:ind w:left="720"/>
      </w:pPr>
      <w:r/>
      <w:hyperlink r:id="rId13">
        <w:r>
          <w:rPr>
            <w:color w:val="0000EE"/>
            <w:u w:val="single"/>
          </w:rPr>
          <w:t>https://mspmag.com/arts-and-culture/q-magazine-lgbtq-lavender/</w:t>
        </w:r>
      </w:hyperlink>
      <w:r>
        <w:t xml:space="preserve"> - In response to the closure of Lavender Magazine after 31 years, former staff members have launched Q Minnesota, a new LGBTQ+ magazine for Minnesota. The publication aims to fill the void left by Lavender's closure and expand coverage of the queer community. Q Minnesota will feature monthly issues and an annual directory, with content available both online and in print. The founders emphasize the importance of continuing to tell stories about the queer community in Minnesota.</w:t>
      </w:r>
      <w:r/>
    </w:p>
    <w:p>
      <w:pPr>
        <w:pStyle w:val="ListNumber"/>
        <w:spacing w:line="240" w:lineRule="auto"/>
        <w:ind w:left="720"/>
      </w:pPr>
      <w:r/>
      <w:hyperlink r:id="rId14">
        <w:r>
          <w:rPr>
            <w:color w:val="0000EE"/>
            <w:u w:val="single"/>
          </w:rPr>
          <w:t>https://www.diarydirectory.com/newsarticle/new-lgbtq-publication-q-minnesota-usa-set-to-launch/74086</w:t>
        </w:r>
      </w:hyperlink>
      <w:r>
        <w:t xml:space="preserve"> - Q Minnesota, a new magazine for Minnesota's LGBTQ+ community, is set to launch its first issue in October 2026. The publication will cover news, culture, nightlife, and the people who make Minnesota unique. The editorial team includes former Lavender Magazine staff members, such as Andy Lien (Editor-in-Chief and Publisher), Barry Leavitt (Vice President of Sales and Events), and Nell Gelhaus (Vice President of Digital Content and Marketing). Q Minnesota will be available online and in print, with an annual directory.</w:t>
      </w:r>
      <w:r/>
    </w:p>
    <w:p>
      <w:pPr>
        <w:pStyle w:val="ListNumber"/>
        <w:spacing w:line="240" w:lineRule="auto"/>
        <w:ind w:left="720"/>
      </w:pPr>
      <w:r/>
      <w:hyperlink r:id="rId15">
        <w:r>
          <w:rPr>
            <w:color w:val="0000EE"/>
            <w:u w:val="single"/>
          </w:rPr>
          <w:t>https://qminnesota.com/about/editorial-standards-ethics/</w:t>
        </w:r>
      </w:hyperlink>
      <w:r>
        <w:t xml:space="preserve"> - Q Minnesota, Minnesota's LGBTQ+ magazine and website, is published by Gateway Media LLC. The publication is committed to editorial independence, with all decisions about coverage made solely by the editorial team without input from advertisers, sponsors, or business partners. This ensures that the content remains unbiased and focused on serving the LGBTQ+ community in Minnesota. The magazine covers a wide range of topics, including news, culture, health, and events, with a commitment to ethical journalism.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ingmethenews.com/minnesota-lifestyle/q-minnesota-a-new-magazine-for-minnesotas-lgbtq-community-launches-its-first-issue" TargetMode="External"/><Relationship Id="rId10" Type="http://schemas.openxmlformats.org/officeDocument/2006/relationships/hyperlink" Target="https://qminnesota.com/" TargetMode="External"/><Relationship Id="rId11" Type="http://schemas.openxmlformats.org/officeDocument/2006/relationships/hyperlink" Target="https://www.cbsnews.com/minnesota/news/q-minnesota-magazine-lgbtq-community/" TargetMode="External"/><Relationship Id="rId12" Type="http://schemas.openxmlformats.org/officeDocument/2006/relationships/hyperlink" Target="https://blog.presspassq.gay/2026/07/after-31-years-minneapolis-lavender-ceases-publication.html" TargetMode="External"/><Relationship Id="rId13" Type="http://schemas.openxmlformats.org/officeDocument/2006/relationships/hyperlink" Target="https://mspmag.com/arts-and-culture/q-magazine-lgbtq-lavender/" TargetMode="External"/><Relationship Id="rId14" Type="http://schemas.openxmlformats.org/officeDocument/2006/relationships/hyperlink" Target="https://www.diarydirectory.com/newsarticle/new-lgbtq-publication-q-minnesota-usa-set-to-launch/74086" TargetMode="External"/><Relationship Id="rId15" Type="http://schemas.openxmlformats.org/officeDocument/2006/relationships/hyperlink" Target="https://qminnesota.com/about/editorial-standards-ethi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