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West Hollywood Community Health Hub Offers Free 24/7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 Hollywood is preparing to launch a new Community Health Hub at West Hollywood Park, giving residents, workers, visitors and people facing housing instability private, round-the-clock access to health, safety and harm-reduction supplies. The one-year pilot aims to make essential support easier to find, especially when traditional services aren't open.</w:t>
      </w:r>
      <w:r/>
    </w:p>
    <w:p>
      <w:pPr>
        <w:pStyle w:val="Heading2"/>
      </w:pPr>
      <w:r>
        <w:t>Essential Takeaways</w:t>
      </w:r>
      <w:r/>
      <w:r/>
    </w:p>
    <w:p>
      <w:pPr>
        <w:pStyle w:val="ListBullet"/>
        <w:spacing w:line="240" w:lineRule="auto"/>
        <w:ind w:left="720"/>
      </w:pPr>
      <w:r/>
      <w:r>
        <w:rPr>
          <w:b/>
        </w:rPr>
        <w:t>Free, around-the-clock access:</w:t>
      </w:r>
      <w:r>
        <w:t xml:space="preserve"> The vending machine will operate 24/7 without requiring identification or staff interaction.</w:t>
      </w:r>
      <w:r/>
    </w:p>
    <w:p>
      <w:pPr>
        <w:pStyle w:val="ListBullet"/>
        <w:spacing w:line="240" w:lineRule="auto"/>
        <w:ind w:left="720"/>
      </w:pPr>
      <w:r/>
      <w:r>
        <w:rPr>
          <w:b/>
        </w:rPr>
        <w:t>Practical health supplies:</w:t>
      </w:r>
      <w:r>
        <w:t xml:space="preserve"> Items include naloxone, fentanyl test kits, HIV and syphilis tests, wound care products, hygiene kits and safer-sex supplies.</w:t>
      </w:r>
      <w:r/>
    </w:p>
    <w:p>
      <w:pPr>
        <w:pStyle w:val="ListBullet"/>
        <w:spacing w:line="240" w:lineRule="auto"/>
        <w:ind w:left="720"/>
      </w:pPr>
      <w:r/>
      <w:r>
        <w:rPr>
          <w:b/>
        </w:rPr>
        <w:t>A central park location:</w:t>
      </w:r>
      <w:r>
        <w:t xml:space="preserve"> The Hub will sit near West Hollywood Park's 24-hour restrooms and small dog park.</w:t>
      </w:r>
      <w:r/>
    </w:p>
    <w:p>
      <w:pPr>
        <w:pStyle w:val="ListBullet"/>
        <w:spacing w:line="240" w:lineRule="auto"/>
        <w:ind w:left="720"/>
      </w:pPr>
      <w:r/>
      <w:r>
        <w:rPr>
          <w:b/>
        </w:rPr>
        <w:t>Launch event planned:</w:t>
      </w:r>
      <w:r>
        <w:t xml:space="preserve"> A free ribbon-cutting ceremony is scheduled for 19 October 2026 at 4.30pm.</w:t>
      </w:r>
      <w:r/>
    </w:p>
    <w:p>
      <w:pPr>
        <w:pStyle w:val="ListBullet"/>
        <w:spacing w:line="240" w:lineRule="auto"/>
        <w:ind w:left="720"/>
      </w:pPr>
      <w:r/>
      <w:r>
        <w:rPr>
          <w:b/>
        </w:rPr>
        <w:t>Designed for privacy:</w:t>
      </w:r>
      <w:r>
        <w:t xml:space="preserve"> People can collect supplies discreetly, which could make seeking help feel less daunting.</w:t>
      </w:r>
      <w:r/>
      <w:r/>
    </w:p>
    <w:p>
      <w:pPr>
        <w:pStyle w:val="Heading2"/>
      </w:pPr>
      <w:r>
        <w:t>A discreet health resource arrives in West Hollywood</w:t>
      </w:r>
      <w:r/>
    </w:p>
    <w:p>
      <w:r/>
      <w:r>
        <w:t>A new public health vending machine is set to bring free, practical support to West Hollywood Park. Located near the 24-hour restrooms and small dog park, the Community Health Hub will offer supplies at any hour, with no paperwork, identification or face-to-face conversation required.</w:t>
      </w:r>
      <w:r/>
    </w:p>
    <w:p>
      <w:r/>
      <w:r>
        <w:t xml:space="preserve">That quiet, low-pressure approach matters. Someone needing naloxone, a wound-care kit or a safer-sex supply may not be ready to visit a clinic, or may simply need help outside normal opening hours. The Los Angeles LGBT Center's WeHoLife programme will operate the pilot, according to the City of West Hollywood's event information. </w:t>
      </w:r>
      <w:hyperlink r:id="rId9">
        <w:r>
          <w:rPr>
            <w:color w:val="0000EE"/>
            <w:u w:val="single"/>
          </w:rPr>
          <w:t>[2]</w:t>
        </w:r>
      </w:hyperlink>
      <w:r>
        <w:t xml:space="preserve">, </w:t>
      </w:r>
      <w:hyperlink r:id="rId10">
        <w:r>
          <w:rPr>
            <w:color w:val="0000EE"/>
            <w:u w:val="single"/>
          </w:rPr>
          <w:t>[4]</w:t>
        </w:r>
      </w:hyperlink>
      <w:r/>
    </w:p>
    <w:p>
      <w:r/>
      <w:r>
        <w:t xml:space="preserve">The Hub is part of a wider effort to reduce preventable illness, support safer choices and connect people with care. It isn't designed to replace clinics or outreach teams, but to provide a useful first step when timing, privacy or confidence gets in the way. </w:t>
      </w:r>
      <w:hyperlink r:id="rId11">
        <w:r>
          <w:rPr>
            <w:color w:val="0000EE"/>
            <w:u w:val="single"/>
          </w:rPr>
          <w:t>[3]</w:t>
        </w:r>
      </w:hyperlink>
      <w:r>
        <w:t xml:space="preserve">, </w:t>
      </w:r>
      <w:hyperlink r:id="rId12">
        <w:r>
          <w:rPr>
            <w:color w:val="0000EE"/>
            <w:u w:val="single"/>
          </w:rPr>
          <w:t>[7]</w:t>
        </w:r>
      </w:hyperlink>
      <w:r/>
    </w:p>
    <w:p>
      <w:pPr>
        <w:pStyle w:val="Heading2"/>
      </w:pPr>
      <w:r>
        <w:t>What will the Community Health Hub provide?</w:t>
      </w:r>
      <w:r/>
    </w:p>
    <w:p>
      <w:r/>
      <w:r>
        <w:t>The vending machine will stock a broad mix of health and safety resources. These include naloxone and fentanyl test kits, at-home HIV and syphilis testing kits, safer-sex supplies, wound-care and hygiene products, sharps containers, and safer injection and smoking kits.</w:t>
      </w:r>
      <w:r/>
    </w:p>
    <w:p>
      <w:r/>
      <w:r>
        <w:t xml:space="preserve">Nightlife safety supplies will also be available, reflecting West Hollywood's busy evening economy. The overall selection is notably practical rather than flashy, covering the small but important items people may need urgently or prefer to keep close at hand. </w:t>
      </w:r>
      <w:hyperlink r:id="rId10">
        <w:r>
          <w:rPr>
            <w:color w:val="0000EE"/>
            <w:u w:val="single"/>
          </w:rPr>
          <w:t>[4]</w:t>
        </w:r>
      </w:hyperlink>
      <w:r>
        <w:t xml:space="preserve">, </w:t>
      </w:r>
      <w:hyperlink r:id="rId13">
        <w:r>
          <w:rPr>
            <w:color w:val="0000EE"/>
            <w:u w:val="single"/>
          </w:rPr>
          <w:t>[5]</w:t>
        </w:r>
      </w:hyperlink>
      <w:r/>
    </w:p>
    <w:p>
      <w:r/>
      <w:r>
        <w:t xml:space="preserve">For anyone unfamiliar with these products, the Hub's value will depend partly on clear guidance. Staff will be available through the programme, even though collection from the machine won't require direct interaction, so users can seek information without turning a quick visit into a formal appointment. </w:t>
      </w:r>
      <w:hyperlink r:id="rId10">
        <w:r>
          <w:rPr>
            <w:color w:val="0000EE"/>
            <w:u w:val="single"/>
          </w:rPr>
          <w:t>[4]</w:t>
        </w:r>
      </w:hyperlink>
      <w:r>
        <w:t xml:space="preserve">, </w:t>
      </w:r>
      <w:hyperlink r:id="rId14">
        <w:r>
          <w:rPr>
            <w:color w:val="0000EE"/>
            <w:u w:val="single"/>
          </w:rPr>
          <w:t>[6]</w:t>
        </w:r>
      </w:hyperlink>
      <w:r/>
    </w:p>
    <w:p>
      <w:pPr>
        <w:pStyle w:val="Heading2"/>
      </w:pPr>
      <w:r>
        <w:t>Why 24/7 access could make a difference</w:t>
      </w:r>
      <w:r/>
    </w:p>
    <w:p>
      <w:r/>
      <w:r>
        <w:t>Health needs don't follow office hours. A late-night incident, an unexpected injury or concern about possible exposure can happen after clinics have closed, and the convenience of a nearby supply point may encourage people to act sooner.</w:t>
      </w:r>
      <w:r/>
    </w:p>
    <w:p>
      <w:r/>
      <w:r>
        <w:t xml:space="preserve">The location also gives the programme a broad reach. It is intended for local residents, workers and visitors, as well as nightlife patrons and people experiencing homelessness or unstable housing. That mix reflects how public spaces are actually used: not everyone looking for support has the same routine, address or access to transport. </w:t>
      </w:r>
      <w:hyperlink r:id="rId11">
        <w:r>
          <w:rPr>
            <w:color w:val="0000EE"/>
            <w:u w:val="single"/>
          </w:rPr>
          <w:t>[3]</w:t>
        </w:r>
      </w:hyperlink>
      <w:r>
        <w:t xml:space="preserve">, </w:t>
      </w:r>
      <w:hyperlink r:id="rId12">
        <w:r>
          <w:rPr>
            <w:color w:val="0000EE"/>
            <w:u w:val="single"/>
          </w:rPr>
          <w:t>[7]</w:t>
        </w:r>
      </w:hyperlink>
      <w:r/>
    </w:p>
    <w:p>
      <w:r/>
      <w:r>
        <w:t xml:space="preserve">Privacy is another important part of the design. Collecting supplies without an ID check or staff member standing nearby may feel more comfortable for people worried about judgement, stigma or being recognised. Sometimes a little distance makes it easier to take the sensible next step. </w:t>
      </w:r>
      <w:hyperlink r:id="rId10">
        <w:r>
          <w:rPr>
            <w:color w:val="0000EE"/>
            <w:u w:val="single"/>
          </w:rPr>
          <w:t>[4]</w:t>
        </w:r>
      </w:hyperlink>
      <w:r>
        <w:t xml:space="preserve">, </w:t>
      </w:r>
      <w:hyperlink r:id="rId14">
        <w:r>
          <w:rPr>
            <w:color w:val="0000EE"/>
            <w:u w:val="single"/>
          </w:rPr>
          <w:t>[6]</w:t>
        </w:r>
      </w:hyperlink>
      <w:r/>
    </w:p>
    <w:p>
      <w:pPr>
        <w:pStyle w:val="Heading2"/>
      </w:pPr>
      <w:r>
        <w:t>A pilot with a public launch</w:t>
      </w:r>
      <w:r/>
    </w:p>
    <w:p>
      <w:r/>
      <w:r>
        <w:t>The City of West Hollywood and the Los Angeles LGBT Center's WeHoLife programme will mark the launch with a ribbon-cutting ceremony on Monday, 19 October 2026, at 4.30pm. The free event will take place on Robertson Lawn at West Hollywood Park, 647 N San Vicente Boulevard.</w:t>
      </w:r>
      <w:r/>
    </w:p>
    <w:p>
      <w:r/>
      <w:r>
        <w:t xml:space="preserve">Visitors can expect remarks from city leaders and community partners, a demonstration of the Hub, an introduction to programme staff and light refreshments. The city is asking attendees to RSVP, so anyone planning to go should check the official event listing before setting off. </w:t>
      </w:r>
      <w:hyperlink r:id="rId9">
        <w:r>
          <w:rPr>
            <w:color w:val="0000EE"/>
            <w:u w:val="single"/>
          </w:rPr>
          <w:t>[2]</w:t>
        </w:r>
      </w:hyperlink>
      <w:r>
        <w:t xml:space="preserve">, </w:t>
      </w:r>
      <w:hyperlink r:id="rId14">
        <w:r>
          <w:rPr>
            <w:color w:val="0000EE"/>
            <w:u w:val="single"/>
          </w:rPr>
          <w:t>[6]</w:t>
        </w:r>
      </w:hyperlink>
      <w:r/>
    </w:p>
    <w:p>
      <w:r/>
      <w:r>
        <w:t xml:space="preserve">The programme will run as a one-year pilot, giving organisers an opportunity to see which supplies are most useful and how the service is used. That learning could shape future health access projects in West Hollywood and beyond. </w:t>
      </w:r>
      <w:hyperlink r:id="rId9">
        <w:r>
          <w:rPr>
            <w:color w:val="0000EE"/>
            <w:u w:val="single"/>
          </w:rPr>
          <w:t>[2]</w:t>
        </w:r>
      </w:hyperlink>
      <w:r>
        <w:t xml:space="preserve">, </w:t>
      </w:r>
      <w:hyperlink r:id="rId10">
        <w:r>
          <w:rPr>
            <w:color w:val="0000EE"/>
            <w:u w:val="single"/>
          </w:rPr>
          <w:t>[4]</w:t>
        </w:r>
      </w:hyperlink>
      <w:r/>
    </w:p>
    <w:p>
      <w:pPr>
        <w:pStyle w:val="Heading2"/>
      </w:pPr>
      <w:r>
        <w:t>How to use the Hub responsibly</w:t>
      </w:r>
      <w:r/>
    </w:p>
    <w:p>
      <w:r/>
      <w:r>
        <w:t>People collecting supplies should read any instructions carefully and use test kits, naloxone and other products as directed. The machine offers access, but it doesn't replace medical advice, emergency services or ongoing care when those are needed.</w:t>
      </w:r>
      <w:r/>
    </w:p>
    <w:p>
      <w:r/>
      <w:r>
        <w:t xml:space="preserve">If someone is unconscious, having severe breathing difficulty or facing an immediate medical emergency, call emergency services rather than relying on a vending machine resource. For broader support, West Hollywood's human services and care teams can help connect people with local programmes and referrals. </w:t>
      </w:r>
      <w:hyperlink r:id="rId11">
        <w:r>
          <w:rPr>
            <w:color w:val="0000EE"/>
            <w:u w:val="single"/>
          </w:rPr>
          <w:t>[3]</w:t>
        </w:r>
      </w:hyperlink>
      <w:r>
        <w:t xml:space="preserve">, </w:t>
      </w:r>
      <w:hyperlink r:id="rId12">
        <w:r>
          <w:rPr>
            <w:color w:val="0000EE"/>
            <w:u w:val="single"/>
          </w:rPr>
          <w:t>[7]</w:t>
        </w:r>
      </w:hyperlink>
      <w:r/>
    </w:p>
    <w:p>
      <w:r/>
      <w:r>
        <w:t>The most promising feature is its simplicity. A well-placed, well-stocked resource can remove several barriers at once, offering a practical option to someone who may not otherwise ask for help.</w:t>
      </w:r>
      <w:r/>
    </w:p>
    <w:p>
      <w:r/>
      <w:r>
        <w:t>The Community Health Hub brings essential support closer, quieter and easier to reach.</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[4]</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https://wehotimes.com/city-of-west-hollywood-is-celebrating-launch-of-new-community-health-hub/</w:t>
        </w:r>
      </w:hyperlink>
      <w:r>
        <w:t xml:space="preserve"> - Please view link - unable to able to access data</w:t>
      </w:r>
      <w:r/>
    </w:p>
    <w:p>
      <w:pPr>
        <w:pStyle w:val="ListNumber"/>
        <w:spacing w:line="240" w:lineRule="auto"/>
        <w:ind w:left="720"/>
      </w:pPr>
      <w:r/>
      <w:hyperlink r:id="rId9">
        <w:r>
          <w:rPr>
            <w:color w:val="0000EE"/>
            <w:u w:val="single"/>
          </w:rPr>
          <w:t>https://www.weho.org/Home/Components/Calendar/Event/32151/1472?sortd=asc&amp;sortn=EName</w:t>
        </w:r>
      </w:hyperlink>
      <w:r>
        <w:t xml:space="preserve"> - The City of West Hollywood and the Los Angeles LGBT Center’s WeHoLife program are hosting a ribbon-cutting ceremony for the new Community Health Hub on October 19, 2026, at 4:30 p.m. at West Hollywood Park's Robertson Lawn, located at 647 N. San Vicente Boulevard. The event is free to attend, and attendees are encouraged to RSVP at go.weho.org/CHHlaunch. The Community Health Hub is a one-year pilot program featuring a public health vending machine that provides free, 24/7 access to health, safety, wellness, and harm-reduction supplies. Operated by WeHoLife, a program of the Los Angeles LGBT Center, the Hub offers private access without requiring ID or staff interaction. Supplies include naloxone and fentanyl test kits, at-home HIV and syphilis test kits, safer sex supplies, wound care and hygiene kits, sharps containers, safer injection and smoking kits, and nightlife safety supplies. The ribbon-cutting celebration will feature City leaders and community partners, a demonstration of the Community Health Hub, an opportunity to meet program staff, and light refreshments. The Community Health Hub is designed to serve West Hollywood’s diverse community, including residents, workers, visitors, nightlife patrons, and people experiencing homelessness or housing instability. By providing access outside traditional service settings and operating hours, the Hub offers another way to obtain health and safety resources privately and when needed. For additional information about the Community Health Hub, visit go.weho.org/CHHinfo.</w:t>
      </w:r>
      <w:r/>
    </w:p>
    <w:p>
      <w:pPr>
        <w:pStyle w:val="ListNumber"/>
        <w:spacing w:line="240" w:lineRule="auto"/>
        <w:ind w:left="720"/>
      </w:pPr>
      <w:r/>
      <w:hyperlink r:id="rId11">
        <w:r>
          <w:rPr>
            <w:color w:val="0000EE"/>
            <w:u w:val="single"/>
          </w:rPr>
          <w:t>https://www.weho.org/services/human-services/strategic-initiatives/care-team</w:t>
        </w:r>
      </w:hyperlink>
      <w:r>
        <w:t xml:space="preserve"> - The City of West Hollywood's Care Team, managed by Sycamores, offers compassionate in-person support in nonviolent situations. Since September 2023, the team has been providing prompt mental health crisis support and services. The Care Team complements existing Field Intervention Teams staffed by licensed mental health professionals from the LA County Department of Mental Health, Sycamores, and Vista Del Mar. Each Care Team is staffed by two Peer Support Specialists who have personal experience with homelessness, child welfare services, substance use, or mental health challenges. The Care Team operates 24/7, ensuring continuous support for community members in need.</w:t>
      </w:r>
      <w:r/>
    </w:p>
    <w:p>
      <w:pPr>
        <w:pStyle w:val="ListNumber"/>
        <w:spacing w:line="240" w:lineRule="auto"/>
        <w:ind w:left="720"/>
      </w:pPr>
      <w:r/>
      <w:hyperlink r:id="rId10">
        <w:r>
          <w:rPr>
            <w:color w:val="0000EE"/>
            <w:u w:val="single"/>
          </w:rPr>
          <w:t>https://lalgbtcenter.org/programs/weho-life/</w:t>
        </w:r>
      </w:hyperlink>
      <w:r>
        <w:t xml:space="preserve"> - WeHoLife is a community wellness initiative operated by the Los Angeles LGBT Center, with support from the City of West Hollywood. The program connects residents, visitors, and workers with free resources, health tools, and opportunities to stay informed, empowered, and safe. WeHoLife offers a range of services, including safer sex supplies, harm reduction tools, community engagement, and health and wellness education. The Community Health Hub, a partnership between the City of West Hollywood and WeHoLife, provides free, 24/7 access to health, safety, and wellness supplies for residents, workers, students, visitors, and unhoused individuals in West Hollywood. Located in West Hollywood Park, the hub offers harm reduction, overdose prevention, sexual health, hygiene, wound care, safer use, and nightlife safety resources, including HIV/STI self-test kits, naloxone, safer sex supplies, and hygiene kits to support public health, community safety, and connection to care.</w:t>
      </w:r>
      <w:r/>
    </w:p>
    <w:p>
      <w:pPr>
        <w:pStyle w:val="ListNumber"/>
        <w:spacing w:line="240" w:lineRule="auto"/>
        <w:ind w:left="720"/>
      </w:pPr>
      <w:r/>
      <w:hyperlink r:id="rId13">
        <w:r>
          <w:rPr>
            <w:color w:val="0000EE"/>
            <w:u w:val="single"/>
          </w:rPr>
          <w:t>https://defentweho.com/</w:t>
        </w:r>
      </w:hyperlink>
      <w:r>
        <w:t xml:space="preserve"> - In partnership with the City of West Hollywood, DEFENT is offering free fentanyl testing devices to all West Hollywood residents. Each household is eligible to receive five DEFENT ONE devices per month at no cost. Residents can choose a one-time shipment of five devices or enroll in automatic monthly deliveries, with packages sent in plain, unmarked packaging to ensure privacy. This initiative is part of the City’s ongoing commitment to saving lives, reducing harm, and helping the community stay safe, informed, and protected. The DEFENT ONE device enables residents to test substances for fentanyl and other contaminants, empowering individuals to make informed decisions and stay safe in social settings.</w:t>
      </w:r>
      <w:r/>
    </w:p>
    <w:p>
      <w:pPr>
        <w:pStyle w:val="ListNumber"/>
        <w:spacing w:line="240" w:lineRule="auto"/>
        <w:ind w:left="720"/>
      </w:pPr>
      <w:r/>
      <w:hyperlink r:id="rId14">
        <w:r>
          <w:rPr>
            <w:color w:val="0000EE"/>
            <w:u w:val="single"/>
          </w:rPr>
          <w:t>https://www.eventbrite.com/e/community-health-hub-ribbon-cutting-ceremony-tickets-1996894242434</w:t>
        </w:r>
      </w:hyperlink>
      <w:r>
        <w:t xml:space="preserve"> - The City of West Hollywood and the Los Angeles LGBT Center’s WeHoLife program are hosting a ribbon-cutting ceremony for the new Community Health Hub on October 19, 2026, at 4:30 p.m. at West Hollywood Park's Robertson Lawn, located at 647 N. San Vicente Boulevard. The event is free to attend, and attendees are encouraged to RSVP at go.weho.org/CHHlaunch. The Community Health Hub is a one-year pilot program featuring a public health vending machine that provides free, 24/7 access to health, safety, wellness, and harm-reduction supplies. Operated by WeHoLife, a program of the Los Angeles LGBT Center, the Hub offers private access without requiring ID or staff interaction. Supplies include naloxone and fentanyl test kits, at-home HIV and syphilis test kits, safer sex supplies, wound care and hygiene kits, sharps containers, safer injection and smoking kits, and nightlife safety supplies. The ribbon-cutting celebration will feature City leaders and community partners, a demonstration of the Community Health Hub, an opportunity to meet program staff, and light refreshments. The Community Health Hub is designed to serve West Hollywood’s diverse community, including residents, workers, visitors, nightlife patrons, and people experiencing homelessness or housing instability. By providing access outside traditional service settings and operating hours, the Hub offers another way to obtain health and safety resources privately and when needed. For additional information about the Community Health Hub, visit go.weho.org/CHHinfo.</w:t>
      </w:r>
      <w:r/>
    </w:p>
    <w:p>
      <w:pPr>
        <w:pStyle w:val="ListNumber"/>
        <w:spacing w:line="240" w:lineRule="auto"/>
        <w:ind w:left="720"/>
      </w:pPr>
      <w:r/>
      <w:hyperlink r:id="rId12">
        <w:r>
          <w:rPr>
            <w:color w:val="0000EE"/>
            <w:u w:val="single"/>
          </w:rPr>
          <w:t>https://www.sycamores.org/weho-care-team/</w:t>
        </w:r>
      </w:hyperlink>
      <w:r>
        <w:t xml:space="preserve"> - As communities continue to seek the best solutions to address mental health crises, the City of West Hollywood’s (WeHo) Care Team is a new approach for responding with compassionate in-person support in nonviolent situations. Managed by Sycamores, the WeHo Care Team has been providing access to prompt mental health crisis support and services since the beginning of September 2023. Dedicated to serving West Hollywood community members, the WeHo Care Team serves as a complement to existing Field Intervention Teams (FIT) staffed by one or more Licensed Mental Health Professionals provided by the LA County Department of Mental Health (LACDMH), Sycamores, and Vista Del Mar. Each Care Team is staffed by two Peer Support Specialists, individuals who have personal experience (themselves or their child) with homelessness, child welfare services, substance use, or mental health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ho.org/Home/Components/Calendar/Event/32151/1472?sortd=asc&amp;sortn=EName" TargetMode="External"/><Relationship Id="rId10" Type="http://schemas.openxmlformats.org/officeDocument/2006/relationships/hyperlink" Target="https://lalgbtcenter.org/programs/weho-life/" TargetMode="External"/><Relationship Id="rId11" Type="http://schemas.openxmlformats.org/officeDocument/2006/relationships/hyperlink" Target="https://www.weho.org/services/human-services/strategic-initiatives/care-team" TargetMode="External"/><Relationship Id="rId12" Type="http://schemas.openxmlformats.org/officeDocument/2006/relationships/hyperlink" Target="https://www.sycamores.org/weho-care-team/" TargetMode="External"/><Relationship Id="rId13" Type="http://schemas.openxmlformats.org/officeDocument/2006/relationships/hyperlink" Target="https://defentweho.com/" TargetMode="External"/><Relationship Id="rId14" Type="http://schemas.openxmlformats.org/officeDocument/2006/relationships/hyperlink" Target="https://www.eventbrite.com/e/community-health-hub-ribbon-cutting-ceremony-tickets-1996894242434" TargetMode="External"/><Relationship Id="rId15" Type="http://schemas.openxmlformats.org/officeDocument/2006/relationships/hyperlink" Target="https://wehotimes.com/city-of-west-hollywood-is-celebrating-launch-of-new-community-health-hu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