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Luke Evans challenges assumptions about gay actors and politics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Actor Luke Evans is pushing back against the idea that sexuality dictates political beliefs, arguing that gay people hold varied views and that identity should never limit an actor’s range. His comments, made while discussing ITV drama The Party, have reopened a wider conversation about representation, casting and the pressure to fit a cultural template.</w:t>
      </w:r>
      <w:r/>
    </w:p>
    <w:p>
      <w:pPr>
        <w:pStyle w:val="Heading2"/>
      </w:pPr>
      <w:r>
        <w:t>Essential Takeaways</w:t>
      </w:r>
      <w:r/>
      <w:r/>
    </w:p>
    <w:p>
      <w:pPr>
        <w:pStyle w:val="ListBullet"/>
        <w:spacing w:line="240" w:lineRule="auto"/>
        <w:ind w:left="720"/>
      </w:pPr>
      <w:r/>
      <w:r>
        <w:rPr>
          <w:b/>
        </w:rPr>
        <w:t>Different views exist:</w:t>
      </w:r>
      <w:r>
        <w:t xml:space="preserve"> Evans says sexuality doesn’t determine someone’s politics or opinions.</w:t>
      </w:r>
      <w:r/>
    </w:p>
    <w:p>
      <w:pPr>
        <w:pStyle w:val="ListBullet"/>
        <w:spacing w:line="240" w:lineRule="auto"/>
        <w:ind w:left="720"/>
      </w:pPr>
      <w:r/>
      <w:r>
        <w:rPr>
          <w:b/>
        </w:rPr>
        <w:t>Acting should stay open:</w:t>
      </w:r>
      <w:r>
        <w:t xml:space="preserve"> He rejects the idea that gay performers should only play gay characters.</w:t>
      </w:r>
      <w:r/>
    </w:p>
    <w:p>
      <w:pPr>
        <w:pStyle w:val="ListBullet"/>
        <w:spacing w:line="240" w:lineRule="auto"/>
        <w:ind w:left="720"/>
      </w:pPr>
      <w:r/>
      <w:r>
        <w:rPr>
          <w:b/>
        </w:rPr>
        <w:t>Career experience matters:</w:t>
      </w:r>
      <w:r>
        <w:t xml:space="preserve"> Evans has built much of his profile playing straight and traditionally masculine roles.</w:t>
      </w:r>
      <w:r/>
    </w:p>
    <w:p>
      <w:pPr>
        <w:pStyle w:val="ListBullet"/>
        <w:spacing w:line="240" w:lineRule="auto"/>
        <w:ind w:left="720"/>
      </w:pPr>
      <w:r/>
      <w:r>
        <w:rPr>
          <w:b/>
        </w:rPr>
        <w:t>A wider debate:</w:t>
      </w:r>
      <w:r>
        <w:t xml:space="preserve"> Other public figures have also spoken about feeling expected to follow a particular political path.</w:t>
      </w:r>
      <w:r/>
    </w:p>
    <w:p>
      <w:pPr>
        <w:pStyle w:val="ListBullet"/>
        <w:spacing w:line="240" w:lineRule="auto"/>
        <w:ind w:left="720"/>
      </w:pPr>
      <w:r/>
      <w:r>
        <w:rPr>
          <w:b/>
        </w:rPr>
        <w:t>The practical point:</w:t>
      </w:r>
      <w:r>
        <w:t xml:space="preserve"> Identity can inform a performance, but it shouldn’t become a professional boundary.</w:t>
      </w:r>
      <w:r/>
      <w:r/>
    </w:p>
    <w:p>
      <w:pPr>
        <w:pStyle w:val="Heading2"/>
      </w:pPr>
      <w:r>
        <w:t>Luke Evans says sexuality isn’t a political identity card</w:t>
      </w:r>
      <w:r/>
    </w:p>
    <w:p>
      <w:r/>
      <w:r>
        <w:t>Luke Evans has delivered a blunt challenge to one of the more persistent assumptions in celebrity culture: that being gay automatically means supporting a particular political outlook. Speaking to The Telegraph, as reported by WFMD, the Welsh actor said sexuality is only one part of a person’s identity.</w:t>
      </w:r>
      <w:r/>
    </w:p>
    <w:p>
      <w:r/>
      <w:r>
        <w:t xml:space="preserve">“Just because you are gay yourself doesn’t mean you have to be woke,” Evans said in the interview. His point wasn’t that progressive views are invalid. Rather, he was questioning the habit of treating a huge and diverse group as though it shares one approved worldview. </w:t>
      </w:r>
      <w:hyperlink r:id="rId9">
        <w:r>
          <w:rPr>
            <w:color w:val="0000EE"/>
            <w:u w:val="single"/>
          </w:rPr>
          <w:t>[3]</w:t>
        </w:r>
      </w:hyperlink>
      <w:r/>
    </w:p>
    <w:p>
      <w:r/>
      <w:r>
        <w:t xml:space="preserve">That distinction matters. People can share a sexuality while disagreeing about society, culture, religion and politics. Evans’s comments are landing at a time when public figures are often expected to explain not just who they are, but which wider causes they’re supposed to represent. </w:t>
      </w:r>
      <w:hyperlink r:id="rId10">
        <w:r>
          <w:rPr>
            <w:color w:val="0000EE"/>
            <w:u w:val="single"/>
          </w:rPr>
          <w:t>[4]</w:t>
        </w:r>
      </w:hyperlink>
      <w:r/>
    </w:p>
    <w:p>
      <w:pPr>
        <w:pStyle w:val="Heading2"/>
      </w:pPr>
      <w:r>
        <w:t>The actor’s career makes the argument personal</w:t>
      </w:r>
      <w:r/>
    </w:p>
    <w:p>
      <w:r/>
      <w:r>
        <w:t>Evans also linked his comments to his experience on screen. Best known to many viewers for roles including Gaston in Beauty and the Beast, he has spent much of his career playing straight, tough and traditionally masculine characters.</w:t>
      </w:r>
      <w:r/>
    </w:p>
    <w:p>
      <w:r/>
      <w:r>
        <w:t xml:space="preserve">“I’ve played mostly straight macho roles my whole career, and I’ve loved it,” Evans told The Telegraph, according to The Mix. That career path gives his argument a particularly practical edge: casting decisions based too narrowly on an actor’s sexuality could have closed off many of his best-known opportunities. </w:t>
      </w:r>
      <w:hyperlink r:id="rId10">
        <w:r>
          <w:rPr>
            <w:color w:val="0000EE"/>
            <w:u w:val="single"/>
          </w:rPr>
          <w:t>[5]</w:t>
        </w:r>
      </w:hyperlink>
      <w:r/>
    </w:p>
    <w:p>
      <w:r/>
      <w:r>
        <w:t xml:space="preserve">He went further, saying that “who you are and who you love has absolutely no relevance to your talent”. It’s a simple idea, but one the entertainment industry has repeatedly had to relearn. An actor’s personal identity may shape their perspective, yet it doesn’t prescribe every character they can convincingly play. </w:t>
      </w:r>
      <w:hyperlink r:id="rId10">
        <w:r>
          <w:rPr>
            <w:color w:val="0000EE"/>
            <w:u w:val="single"/>
          </w:rPr>
          <w:t>[6]</w:t>
        </w:r>
      </w:hyperlink>
      <w:r/>
    </w:p>
    <w:p>
      <w:pPr>
        <w:pStyle w:val="Heading2"/>
      </w:pPr>
      <w:r>
        <w:t>Why the debate goes beyond one interview</w:t>
      </w:r>
      <w:r/>
    </w:p>
    <w:p>
      <w:r/>
      <w:r>
        <w:t>Evans isn’t the only public figure to describe pressure to follow a political or cultural script. Influencer Amir Odom has previously discussed the assumption that being Black and gay meant he had to support a particular party and every issue associated with LGBTQ+ activism.</w:t>
      </w:r>
      <w:r/>
    </w:p>
    <w:p>
      <w:r/>
      <w:r>
        <w:t xml:space="preserve">Actor and activist Yuval David has described a different version of the same tension, saying he felt politically homeless after becoming disconnected from communities he once expected to represent him. These accounts aren’t identical, but they share a common thread: identity can create expectations, and those expectations can feel restrictive when they leave little room for disagreement. </w:t>
      </w:r>
      <w:hyperlink r:id="rId10">
        <w:r>
          <w:rPr>
            <w:color w:val="0000EE"/>
            <w:u w:val="single"/>
          </w:rPr>
          <w:t>[7]</w:t>
        </w:r>
      </w:hyperlink>
      <w:r/>
    </w:p>
    <w:p>
      <w:r/>
      <w:r>
        <w:t xml:space="preserve">Billy Porter has approached the subject from another angle, discussing how changing attitudes in Hollywood affected his career as an openly gay Black artist. Together, these perspectives show why the conversation is more complicated than a simple argument between progressive and conservative camps. </w:t>
      </w:r>
      <w:hyperlink r:id="rId10">
        <w:r>
          <w:rPr>
            <w:color w:val="0000EE"/>
            <w:u w:val="single"/>
          </w:rPr>
          <w:t>[4]</w:t>
        </w:r>
      </w:hyperlink>
      <w:r/>
    </w:p>
    <w:p>
      <w:pPr>
        <w:pStyle w:val="Heading2"/>
      </w:pPr>
      <w:r>
        <w:t>What Evans’s comments mean for casting</w:t>
      </w:r>
      <w:r/>
    </w:p>
    <w:p>
      <w:r/>
      <w:r>
        <w:t>For viewers, the casting question is fairly straightforward. An actor should be judged on whether they understand a character, deliver a convincing performance and bring emotional depth to the role, rather than being confined by assumptions about their private life.</w:t>
      </w:r>
      <w:r/>
    </w:p>
    <w:p>
      <w:r/>
      <w:r>
        <w:t xml:space="preserve">That doesn’t mean representation is unimportant. Authenticity can matter enormously, particularly when stories involve lived experiences that have historically been ignored or caricatured. But authenticity and exclusivity aren’t the same thing. A gay actor can play a gay character with insight, while also playing a romantic lead, villain, action hero or comic role that has nothing to do with sexuality. </w:t>
      </w:r>
      <w:hyperlink r:id="rId10">
        <w:r>
          <w:rPr>
            <w:color w:val="0000EE"/>
            <w:u w:val="single"/>
          </w:rPr>
          <w:t>[5]</w:t>
        </w:r>
      </w:hyperlink>
      <w:r/>
    </w:p>
    <w:p>
      <w:r/>
      <w:r>
        <w:t xml:space="preserve">Evans’s own career illustrates the value of keeping that door open. If performers were limited to characters who matched their personal identities in every detail, audiences would see narrower stories and actors would face much smaller professional horizons. </w:t>
      </w:r>
      <w:hyperlink r:id="rId10">
        <w:r>
          <w:rPr>
            <w:color w:val="0000EE"/>
            <w:u w:val="single"/>
          </w:rPr>
          <w:t>[6]</w:t>
        </w:r>
      </w:hyperlink>
      <w:r/>
    </w:p>
    <w:p>
      <w:pPr>
        <w:pStyle w:val="Heading2"/>
      </w:pPr>
      <w:r>
        <w:t>A reminder that identity is rarely one-dimensional</w:t>
      </w:r>
      <w:r/>
    </w:p>
    <w:p>
      <w:r/>
      <w:r>
        <w:t>The wider lesson is that labels can explain something about a person without explaining everything. Sexuality, race, nationality, religion and political belief may overlap in meaningful ways, but none should be treated as a complete instruction manual.</w:t>
      </w:r>
      <w:r/>
    </w:p>
    <w:p>
      <w:r/>
      <w:r>
        <w:t xml:space="preserve">That’s perhaps why Evans’s comments have resonated beyond the immediate discussion around The Party. They’re a reminder that representation should make room for individuality, not replace it with another set of expectations. After all, people are complicated, and the best performances usually are too. </w:t>
      </w:r>
      <w:hyperlink r:id="rId9">
        <w:r>
          <w:rPr>
            <w:color w:val="0000EE"/>
            <w:u w:val="single"/>
          </w:rPr>
          <w:t>[3]</w:t>
        </w:r>
      </w:hyperlink>
      <w:r/>
    </w:p>
    <w:p>
      <w:r/>
      <w:r>
        <w:t>It’s a small but important distinction: identity can shape a story without dictating the whole script.</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9">
        <w:r>
          <w:rPr>
            <w:color w:val="0000EE"/>
            <w:u w:val="single"/>
          </w:rPr>
          <w:t>[3]</w:t>
        </w:r>
      </w:hyperlink>
      <w:r>
        <w:t xml:space="preserve">- Paragraph 3: </w:t>
      </w:r>
      <w:hyperlink r:id="rId10">
        <w:r>
          <w:rPr>
            <w:color w:val="0000EE"/>
            <w:u w:val="single"/>
          </w:rPr>
          <w:t>[4]</w:t>
        </w:r>
      </w:hyperlink>
      <w:r>
        <w:t xml:space="preserve">- Paragraph 4: </w:t>
      </w:r>
      <w:hyperlink r:id="rId10">
        <w:r>
          <w:rPr>
            <w:color w:val="0000EE"/>
            <w:u w:val="single"/>
          </w:rPr>
          <w:t>[5]</w:t>
        </w:r>
      </w:hyperlink>
      <w:r>
        <w:t xml:space="preserve">- Paragraph 5: </w:t>
      </w:r>
      <w:hyperlink r:id="rId10">
        <w:r>
          <w:rPr>
            <w:color w:val="0000EE"/>
            <w:u w:val="single"/>
          </w:rPr>
          <w:t>[6]</w:t>
        </w:r>
      </w:hyperlink>
      <w:r>
        <w:t xml:space="preserve">- Paragraph 6: </w:t>
      </w:r>
      <w:hyperlink r:id="rId10">
        <w:r>
          <w:rPr>
            <w:color w:val="0000EE"/>
            <w:u w:val="single"/>
          </w:rPr>
          <w:t>[7]</w:t>
        </w:r>
      </w:hyperlink>
      <w:r>
        <w:t xml:space="preserve">- Paragraph 7: </w:t>
      </w:r>
      <w:hyperlink r:id="rId10">
        <w:r>
          <w:rPr>
            <w:color w:val="0000EE"/>
            <w:u w:val="single"/>
          </w:rPr>
          <w:t>[4]</w:t>
        </w:r>
      </w:hyperlink>
      <w:r>
        <w:t xml:space="preserve">- Paragraph 8: </w:t>
      </w:r>
      <w:hyperlink r:id="rId10">
        <w:r>
          <w:rPr>
            <w:color w:val="0000EE"/>
            <w:u w:val="single"/>
          </w:rPr>
          <w:t>[5]</w:t>
        </w:r>
      </w:hyperlink>
      <w:r>
        <w:t xml:space="preserve">- Paragraph 9: </w:t>
      </w:r>
      <w:hyperlink r:id="rId10">
        <w:r>
          <w:rPr>
            <w:color w:val="0000EE"/>
            <w:u w:val="single"/>
          </w:rPr>
          <w:t>[6]</w:t>
        </w:r>
      </w:hyperlink>
      <w:r>
        <w:t xml:space="preserve">- Paragraph 10: </w:t>
      </w:r>
      <w:hyperlink r:id="rId9">
        <w:r>
          <w:rPr>
            <w:color w:val="0000EE"/>
            <w:u w:val="single"/>
          </w:rPr>
          <w:t>[3]</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https://www.lifezette.com/2026/10/actor-luke-evans-fiercely-rejects-the-woke-stereotype-about-gay-people/</w:t>
        </w:r>
      </w:hyperlink>
      <w:r>
        <w:t xml:space="preserve"> - Please view link - unable to able to access data</w:t>
      </w:r>
      <w:r/>
    </w:p>
    <w:p>
      <w:pPr>
        <w:pStyle w:val="ListNumber"/>
        <w:spacing w:line="240" w:lineRule="auto"/>
        <w:ind w:left="720"/>
      </w:pPr>
      <w:r/>
      <w:hyperlink r:id="rId11">
        <w:r>
          <w:rPr>
            <w:color w:val="0000EE"/>
            <w:u w:val="single"/>
          </w:rPr>
          <w:t>https://www.lifezette.com/2026/10/actor-luke-evans-fiercely-rejects-the-woke-stereotype-about-gay-people/</w:t>
        </w:r>
      </w:hyperlink>
      <w:r>
        <w:t xml:space="preserve"> - In an October 2026 interview, actor Luke Evans challenges the stereotype that being gay necessitates embracing 'woke' or left-leaning politics. He asserts that sexuality is just one aspect of a person and does not dictate their societal or political views. Evans also argues against limiting gay actors to gay roles, stating that such restrictions would have hindered his own career. He highlights the diversity of opinions within the gay community, emphasising that shared sexuality does not equate to shared worldviews.</w:t>
      </w:r>
      <w:r/>
    </w:p>
    <w:p>
      <w:pPr>
        <w:pStyle w:val="ListNumber"/>
        <w:spacing w:line="240" w:lineRule="auto"/>
        <w:ind w:left="720"/>
      </w:pPr>
      <w:r/>
      <w:hyperlink r:id="rId9">
        <w:r>
          <w:rPr>
            <w:color w:val="0000EE"/>
            <w:u w:val="single"/>
          </w:rPr>
          <w:t>https://www.wfmd.com/2026/10/04/actor-luke-evans-bucks-political-stereotype-about-being-gay-says-not-everyone-needs-to-be-woke/</w:t>
        </w:r>
      </w:hyperlink>
      <w:r>
        <w:t xml:space="preserve"> - Actor Luke Evans rejects the assumption that gay individuals must hold 'woke' political views. In an interview discussing his upcoming ITV drama, 'The Party,' Evans states that sexuality is only one part of a person and does not determine their opinions on society and life. He emphasises the diversity of perspectives within the gay community, noting that not all gay individuals agree on the same issues. Evans also discusses his career, highlighting that his talent is not defined by his sexuality.</w:t>
      </w:r>
      <w:r/>
    </w:p>
    <w:p>
      <w:pPr>
        <w:pStyle w:val="ListNumber"/>
        <w:spacing w:line="240" w:lineRule="auto"/>
        <w:ind w:left="720"/>
      </w:pPr>
      <w:r/>
      <w:hyperlink r:id="rId10">
        <w:r>
          <w:rPr>
            <w:color w:val="0000EE"/>
            <w:u w:val="single"/>
          </w:rPr>
          <w:t>https://www.themix.net/celebrity/luke-evans-rejects-woke-stereotype/</w:t>
        </w:r>
      </w:hyperlink>
      <w:r>
        <w:t xml:space="preserve"> - Luke Evans challenges the stereotype that being gay requires embracing 'woke' politics. In an interview about his role in the ITV drama 'The Party,' Evans argues that sexuality is just one part of a person and does not dictate their societal or political views. He highlights the diversity of opinions within the gay community, stating that not all gay individuals agree on the same issues. Evans also discusses his acting career, noting that his talent is not defined by his sexuality.</w:t>
      </w:r>
      <w:r/>
    </w:p>
    <w:p>
      <w:pPr>
        <w:pStyle w:val="ListNumber"/>
        <w:spacing w:line="240" w:lineRule="auto"/>
        <w:ind w:left="720"/>
      </w:pPr>
      <w:r/>
      <w:hyperlink r:id="rId10">
        <w:r>
          <w:rPr>
            <w:color w:val="0000EE"/>
            <w:u w:val="single"/>
          </w:rPr>
          <w:t>https://www.themix.net/celebrity/luke-evans-rejects-woke-stereotype/</w:t>
        </w:r>
      </w:hyperlink>
      <w:r>
        <w:t xml:space="preserve"> - Luke Evans challenges the stereotype that being gay requires embracing 'woke' politics. In an interview about his role in the ITV drama 'The Party,' Evans argues that sexuality is just one part of a person and does not dictate their societal or political views. He highlights the diversity of opinions within the gay community, stating that not all gay individuals agree on the same issues. Evans also discusses his acting career, noting that his talent is not defined by his sexuality.</w:t>
      </w:r>
      <w:r/>
    </w:p>
    <w:p>
      <w:pPr>
        <w:pStyle w:val="ListNumber"/>
        <w:spacing w:line="240" w:lineRule="auto"/>
        <w:ind w:left="720"/>
      </w:pPr>
      <w:r/>
      <w:hyperlink r:id="rId10">
        <w:r>
          <w:rPr>
            <w:color w:val="0000EE"/>
            <w:u w:val="single"/>
          </w:rPr>
          <w:t>https://www.themix.net/celebrity/luke-evans-rejects-woke-stereotype/</w:t>
        </w:r>
      </w:hyperlink>
      <w:r>
        <w:t xml:space="preserve"> - Luke Evans challenges the stereotype that being gay requires embracing 'woke' politics. In an interview about his role in the ITV drama 'The Party,' Evans argues that sexuality is just one part of a person and does not dictate their societal or political views. He highlights the diversity of opinions within the gay community, stating that not all gay individuals agree on the same issues. Evans also discusses his acting career, noting that his talent is not defined by his sexuality.</w:t>
      </w:r>
      <w:r/>
    </w:p>
    <w:p>
      <w:pPr>
        <w:pStyle w:val="ListNumber"/>
        <w:spacing w:line="240" w:lineRule="auto"/>
        <w:ind w:left="720"/>
      </w:pPr>
      <w:r/>
      <w:hyperlink r:id="rId10">
        <w:r>
          <w:rPr>
            <w:color w:val="0000EE"/>
            <w:u w:val="single"/>
          </w:rPr>
          <w:t>https://www.themix.net/celebrity/luke-evans-rejects-woke-stereotype/</w:t>
        </w:r>
      </w:hyperlink>
      <w:r>
        <w:t xml:space="preserve"> - Luke Evans challenges the stereotype that being gay requires embracing 'woke' politics. In an interview about his role in the ITV drama 'The Party,' Evans argues that sexuality is just one part of a person and does not dictate their societal or political views. He highlights the diversity of opinions within the gay community, stating that not all gay individuals agree on the same issues. Evans also discusses his acting career, noting that his talent is not defined by his sexuality.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fmd.com/2026/10/04/actor-luke-evans-bucks-political-stereotype-about-being-gay-says-not-everyone-needs-to-be-woke/" TargetMode="External"/><Relationship Id="rId10" Type="http://schemas.openxmlformats.org/officeDocument/2006/relationships/hyperlink" Target="https://www.themix.net/celebrity/luke-evans-rejects-woke-stereotype/" TargetMode="External"/><Relationship Id="rId11" Type="http://schemas.openxmlformats.org/officeDocument/2006/relationships/hyperlink" Target="https://www.lifezette.com/2026/10/actor-luke-evans-fiercely-rejects-the-woke-stereotype-about-gay-peopl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