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Winter Pride events in Athlone for a joyful 2026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are heading to Athlone from 6 to 8 November 2026 for Winter Pride, a lively LGBTQ+ celebration packed with drag, music, workshops and community events. A further Christmas market date on 21 November adds family-friendly fun, making this one of the Midlands' most varied queer cultural weekends.</w:t>
      </w:r>
      <w:r/>
    </w:p>
    <w:p>
      <w:pPr>
        <w:pStyle w:val="Heading2"/>
      </w:pPr>
      <w:r>
        <w:t>Essential Takeaways</w:t>
      </w:r>
      <w:r/>
      <w:r/>
    </w:p>
    <w:p>
      <w:pPr>
        <w:pStyle w:val="ListBullet"/>
        <w:spacing w:line="240" w:lineRule="auto"/>
        <w:ind w:left="720"/>
      </w:pPr>
      <w:r/>
      <w:r>
        <w:rPr>
          <w:b/>
        </w:rPr>
        <w:t>Three main festival days:</w:t>
      </w:r>
      <w:r>
        <w:t xml:space="preserve"> Winter Pride runs from 6 to 8 November 2026 across venues in Athlone.</w:t>
      </w:r>
      <w:r/>
    </w:p>
    <w:p>
      <w:pPr>
        <w:pStyle w:val="ListBullet"/>
        <w:spacing w:line="240" w:lineRule="auto"/>
        <w:ind w:left="720"/>
      </w:pPr>
      <w:r/>
      <w:r>
        <w:rPr>
          <w:b/>
        </w:rPr>
        <w:t>A creative programme:</w:t>
      </w:r>
      <w:r>
        <w:t xml:space="preserve"> Expect cotton candy making, samba drumming, karaoke, poetry and cabaret.</w:t>
      </w:r>
      <w:r/>
    </w:p>
    <w:p>
      <w:pPr>
        <w:pStyle w:val="ListBullet"/>
        <w:spacing w:line="240" w:lineRule="auto"/>
        <w:ind w:left="720"/>
      </w:pPr>
      <w:r/>
      <w:r>
        <w:rPr>
          <w:b/>
        </w:rPr>
        <w:t>Plenty of nightlife:</w:t>
      </w:r>
      <w:r>
        <w:t xml:space="preserve"> Drag shows, Queereoke and a late closing party bring the after-dark energy.</w:t>
      </w:r>
      <w:r/>
    </w:p>
    <w:p>
      <w:pPr>
        <w:pStyle w:val="ListBullet"/>
        <w:spacing w:line="240" w:lineRule="auto"/>
        <w:ind w:left="720"/>
      </w:pPr>
      <w:r/>
      <w:r>
        <w:rPr>
          <w:b/>
        </w:rPr>
        <w:t>A family-friendly finale:</w:t>
      </w:r>
      <w:r>
        <w:t xml:space="preserve"> Christmas markets on 21 November include entertainment and a Santa appearance.</w:t>
      </w:r>
      <w:r/>
    </w:p>
    <w:p>
      <w:pPr>
        <w:pStyle w:val="ListBullet"/>
        <w:spacing w:line="240" w:lineRule="auto"/>
        <w:ind w:left="720"/>
      </w:pPr>
      <w:r/>
      <w:r>
        <w:rPr>
          <w:b/>
        </w:rPr>
        <w:t>A growing local celebration:</w:t>
      </w:r>
      <w:r>
        <w:t xml:space="preserve"> Heartlands Pride Athlone has also attracted recognition for its arts and community work.</w:t>
      </w:r>
      <w:r/>
      <w:r/>
    </w:p>
    <w:p>
      <w:pPr>
        <w:pStyle w:val="Heading2"/>
      </w:pPr>
      <w:r>
        <w:t>Athlone's Winter Pride programme has plenty of sparkle</w:t>
      </w:r>
      <w:r/>
    </w:p>
    <w:p>
      <w:r/>
      <w:r>
        <w:t>The festival opens on Friday 6 November with a sweet start. Irish Clouds, a family-run gourmet popcorn and candy floss business from Templemore, will lead a cotton candy workshop at Abbey Road Artist Studio from 6pm to 8pm.</w:t>
      </w:r>
      <w:r/>
    </w:p>
    <w:p>
      <w:r/>
      <w:r>
        <w:t xml:space="preserve">There'll be a quick change of mood afterwards, as The Haus of Kwén takes over the Piano Bar at 9pm. The Athlone-based drag family is known for bold costumes, theatrical performances and a distinctly local sense of fun. According to the Westmeath Independent, the event forms part of a broader programme designed to bring culture and nightlife together. </w:t>
      </w:r>
      <w:hyperlink r:id="rId9">
        <w:r>
          <w:rPr>
            <w:color w:val="0000EE"/>
            <w:u w:val="single"/>
          </w:rPr>
          <w:t>[2]</w:t>
        </w:r>
      </w:hyperlink>
      <w:r/>
    </w:p>
    <w:p>
      <w:r/>
      <w:r>
        <w:t>Saturday keeps the creative momentum going with a SambaWave Galway drumming workshop at the Family Resource Centre from 11am to 2pm. Its Afro-Brazilian percussion style should make for a lively, hands-on session, so it's a good choice for visitors who'd rather join in than simply watch from the sidelines.</w:t>
      </w:r>
      <w:r/>
    </w:p>
    <w:p>
      <w:r/>
      <w:r>
        <w:t xml:space="preserve">That evening, local drag performer Tess Tickles will host Queereoke at O'Brien's Bar from 9pm. The format is straightforward: familiar songs, plenty of audience participation and, almost certainly, a few wonderfully ambitious vocal choices. </w:t>
      </w:r>
      <w:hyperlink r:id="rId9">
        <w:r>
          <w:rPr>
            <w:color w:val="0000EE"/>
            <w:u w:val="single"/>
          </w:rPr>
          <w:t>[2]</w:t>
        </w:r>
      </w:hyperlink>
      <w:r/>
    </w:p>
    <w:p>
      <w:pPr>
        <w:pStyle w:val="Heading2"/>
      </w:pPr>
      <w:r>
        <w:t>From a community walk to candlelit cabaret</w:t>
      </w:r>
      <w:r/>
    </w:p>
    <w:p>
      <w:r/>
      <w:r>
        <w:t>Sunday 8 November begins at a gentler pace with a Heartlands in Motion walk at Athlone Regional Sports Centre, running from 11.30am to 2pm. Entertainment is planned along the route, giving the event a social feel rather than making it a purely fitness-focused outing.</w:t>
      </w:r>
      <w:r/>
    </w:p>
    <w:p>
      <w:r/>
      <w:r>
        <w:t>Later, O'Brien's Bar will host Poetry and Candlelit Cabaret from 5pm. Irish baritone singer Daryn O'Hara and local drag queen Jackie Off will host the evening, which promises a more intimate contrast to the weekend's louder shows.</w:t>
      </w:r>
      <w:r/>
    </w:p>
    <w:p>
      <w:r/>
      <w:r>
        <w:t xml:space="preserve">The festival closes that night with Bants and Beats from 9pm until late. For anyone planning a full weekend, it's worth checking venue details and timings in advance, as several events are spread around town and the programme moves quickly from daytime activities to late-night performances. </w:t>
      </w:r>
      <w:hyperlink r:id="rId10">
        <w:r>
          <w:rPr>
            <w:color w:val="0000EE"/>
            <w:u w:val="single"/>
          </w:rPr>
          <w:t>[6]</w:t>
        </w:r>
      </w:hyperlink>
      <w:r/>
    </w:p>
    <w:p>
      <w:pPr>
        <w:pStyle w:val="Heading2"/>
      </w:pPr>
      <w:r>
        <w:t>A Christmas market gives Winter Pride a family-friendly finale</w:t>
      </w:r>
      <w:r/>
    </w:p>
    <w:p>
      <w:r/>
      <w:r>
        <w:t>The newly added 21 November date extends the celebration beyond the main weekend. Heartlands Pride Christmas Markets will take place at Dead Centre Mezzanine, with entertainment, seasonal stalls and an appearance from Santa Claus.</w:t>
      </w:r>
      <w:r/>
    </w:p>
    <w:p>
      <w:r/>
      <w:r>
        <w:t>The Very Bublé Christmas Experience starts at 2pm, offering a festive tribute to Michael Bublé. It should appeal to families and anyone who enjoys a little polished Christmas nostalgia with their community events.</w:t>
      </w:r>
      <w:r/>
    </w:p>
    <w:p>
      <w:r/>
      <w:r>
        <w:t xml:space="preserve">This extra date also makes the festival easier to enjoy at a slower pace. Visitors who can't manage the full November weekend can still take part in a standalone event, while local families get an afternoon programme that feels welcoming rather than club-focused. Discover Ireland lists Heartlands Pride Athlone among the region's seasonal cultural events. </w:t>
      </w:r>
      <w:hyperlink r:id="rId10">
        <w:r>
          <w:rPr>
            <w:color w:val="0000EE"/>
            <w:u w:val="single"/>
          </w:rPr>
          <w:t>[6]</w:t>
        </w:r>
      </w:hyperlink>
      <w:r/>
    </w:p>
    <w:p>
      <w:pPr>
        <w:pStyle w:val="Heading2"/>
      </w:pPr>
      <w:r>
        <w:t>Why the festival matters beyond the party</w:t>
      </w:r>
      <w:r/>
    </w:p>
    <w:p>
      <w:r/>
      <w:r>
        <w:t>Heartlands Pride Athlone's growth reflects a wider appetite for LGBTQ+ events outside Ireland's biggest cities. A programme that includes art, movement, food, performance and family activities gives people different ways to participate, whether they're regular festival-goers or attending their first Pride event.</w:t>
      </w:r>
      <w:r/>
    </w:p>
    <w:p>
      <w:r/>
      <w:r>
        <w:t xml:space="preserve">That breadth is important. A drag show may attract one crowd, while a percussion workshop, poetry performance or Christmas market can bring in another. The result is a festival that feels less like a single weekend of nightlife and more like a developing piece of Athlone's cultural calendar. </w:t>
      </w:r>
      <w:hyperlink r:id="rId11">
        <w:r>
          <w:rPr>
            <w:color w:val="0000EE"/>
            <w:u w:val="single"/>
          </w:rPr>
          <w:t>[4]</w:t>
        </w:r>
      </w:hyperlink>
      <w:r/>
    </w:p>
    <w:p>
      <w:r/>
      <w:r>
        <w:t xml:space="preserve">The group has also received recognition for its creative work. Aoife Doolan won the 2026 GALAS Arts and Entertainment Award for the Síle na Gig float project, which appeared at the first Heartlands Pride Athlone Summer Pride Festival. Creative Ireland describes the project as part of the area's growing LGBTQ+ arts activity. </w:t>
      </w:r>
      <w:hyperlink r:id="rId12">
        <w:r>
          <w:rPr>
            <w:color w:val="0000EE"/>
            <w:u w:val="single"/>
          </w:rPr>
          <w:t>[3]</w:t>
        </w:r>
      </w:hyperlink>
      <w:r>
        <w:t xml:space="preserve"> </w:t>
      </w:r>
      <w:hyperlink r:id="rId13">
        <w:r>
          <w:rPr>
            <w:color w:val="0000EE"/>
            <w:u w:val="single"/>
          </w:rPr>
          <w:t>[5]</w:t>
        </w:r>
      </w:hyperlink>
      <w:r/>
    </w:p>
    <w:p>
      <w:pPr>
        <w:pStyle w:val="Heading2"/>
      </w:pPr>
      <w:r>
        <w:t>Plan your Winter Pride weekend before you arrive</w:t>
      </w:r>
      <w:r/>
    </w:p>
    <w:p>
      <w:r/>
      <w:r>
        <w:t>With workshops beginning in the morning and performances running into the night, comfortable shoes may be the most useful item in any visitor's bag. It's also sensible to check whether individual events require booking, particularly the workshops and ticketed performances, as smaller venues may fill quickly.</w:t>
      </w:r>
      <w:r/>
    </w:p>
    <w:p>
      <w:r/>
      <w:r>
        <w:t>If you're visiting from outside Athlone, consider making a weekend of it and booking accommodation early. The programme combines daytime community events with evening entertainment, so staying locally will make it easier to enjoy both without rushing between trains, taxis and venues.</w:t>
      </w:r>
      <w:r/>
    </w:p>
    <w:p>
      <w:r/>
      <w:r>
        <w:t>Most importantly, choose the pace that suits you. You can join the walk, sing at Queereoke, catch a cabaret or simply browse the Christmas market. Pride works best when there's room for different kinds of people and different kinds of joy.</w:t>
      </w:r>
      <w:r/>
    </w:p>
    <w:p>
      <w:r/>
      <w:r>
        <w:t>Winter Pride in Athlone is shaping up to be a warm, colourful celebration with something for nearly every kind of festival-goer.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[6]</w:t>
        </w:r>
      </w:hyperlink>
      <w:r>
        <w:t xml:space="preserve">, </w:t>
      </w:r>
      <w:hyperlink r:id="rId9">
        <w:r>
          <w:rPr>
            <w:color w:val="0000EE"/>
            <w:u w:val="single"/>
          </w:rPr>
          <w:t>[2]</w:t>
        </w:r>
      </w:hyperlink>
      <w:r>
        <w:t xml:space="preserve">- Paragraph 12: </w:t>
      </w:r>
      <w:hyperlink r:id="rId10">
        <w:r>
          <w:rPr>
            <w:color w:val="0000EE"/>
            <w:u w:val="single"/>
          </w:rPr>
          <w:t>[6]</w:t>
        </w:r>
      </w:hyperlink>
      <w:r>
        <w:t xml:space="preserve">, </w:t>
      </w:r>
      <w:hyperlink r:id="rId9">
        <w:r>
          <w:rPr>
            <w:color w:val="0000EE"/>
            <w:u w:val="single"/>
          </w:rPr>
          <w:t>[2]</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[6]</w:t>
        </w:r>
      </w:hyperlink>
      <w:r>
        <w:t xml:space="preserve">- Paragraph 16: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https://gcn.ie/heartlands-pride-athlone-2026-winter/</w:t>
        </w:r>
      </w:hyperlink>
      <w:r>
        <w:t xml:space="preserve"> - Please view link - unable to able to access data</w:t>
      </w:r>
      <w:r/>
    </w:p>
    <w:p>
      <w:pPr>
        <w:pStyle w:val="ListNumber"/>
        <w:spacing w:line="240" w:lineRule="auto"/>
        <w:ind w:left="720"/>
      </w:pPr>
      <w:r/>
      <w:hyperlink r:id="rId9">
        <w:r>
          <w:rPr>
            <w:color w:val="0000EE"/>
            <w:u w:val="single"/>
          </w:rPr>
          <w:t>https://www.westmeathindependent.ie/2026/10/06/schedule-for-athlones-winter-pride-revealed/</w:t>
        </w:r>
      </w:hyperlink>
      <w:r>
        <w:t xml:space="preserve"> - The Westmeath Independent reports that Heartlands Pride Athlone has announced the schedule for its fourth annual Winter Pride Festival, set to take place from November 6 to 8, with an additional event on November 21. The festival will feature a variety of activities, including workshops, live entertainment, drag performances, poetry, music, and community events throughout the month. Notable events include a Candy Floss Workshop by Irish Clouds, a drumming workshop with SambaWave Galway, and a Poetry and Candlelit Cabaret hosted by Daryn O'Hara and Jackie Off. The Christmas Markets on November 21 will be a family-friendly event with entertainment and a special appearance from Santa Claus. The Very Bublé Christmas Experience will also take place at 2pm in the Mezzanine. The festival is supported by Westmeath County Council and West Midlands Credit Union. Businesses interested in supporting the festival can contact heartlandspride.athlone@gmail.com for further information.</w:t>
      </w:r>
      <w:r/>
    </w:p>
    <w:p>
      <w:pPr>
        <w:pStyle w:val="ListNumber"/>
        <w:spacing w:line="240" w:lineRule="auto"/>
        <w:ind w:left="720"/>
      </w:pPr>
      <w:r/>
      <w:hyperlink r:id="rId12">
        <w:r>
          <w:rPr>
            <w:color w:val="0000EE"/>
            <w:u w:val="single"/>
          </w:rPr>
          <w:t>https://www.westmeathindependent.ie/2026/10/05/athlones-aoife-doolan-receives-galas-award-for-sile-na-gig-project/</w:t>
        </w:r>
      </w:hyperlink>
      <w:r>
        <w:t xml:space="preserve"> - The Westmeath Independent reports that Athlone community artist Aoife Doolan has received the Arts &amp; Entertainment award at the GALAS for her work on the Síle Na Gig float project. The GALAS, Ireland’s annual awards ceremony celebrating the LGBTQ+ community, hosted its 2026 edition on Saturday, October 3, at the Dublin Royal Convention Centre at the Radisson Blu Hotel. The event was led by broadcaster and columnist Louise McSharry and comedian and actor Michael Fry. Organised by the National LGBTQ+ Federation (NXF) and Gay Community News (GCN), the event recognised outstanding accomplishments in areas including activism, arts and entertainment, allyship, sports, journalism, business, and more. Heartlands Pride member Rebecca Tallon de Havilland was also awarded the Noel Walsh HIV Activism award. Other Athlonians nominated on the night included Christine O'Mahony, who was nominated for Person of the Year, and Michelle Jinks for LGBTQ+ Ally. Performances included Dublin Gay Men’s Chorus, Glória LGBT+ Choir, Ailbhe Reddy, and DJ Glamo.</w:t>
      </w:r>
      <w:r/>
    </w:p>
    <w:p>
      <w:pPr>
        <w:pStyle w:val="ListNumber"/>
        <w:spacing w:line="240" w:lineRule="auto"/>
        <w:ind w:left="720"/>
      </w:pPr>
      <w:r/>
      <w:hyperlink r:id="rId11">
        <w:r>
          <w:rPr>
            <w:color w:val="0000EE"/>
            <w:u w:val="single"/>
          </w:rPr>
          <w:t>https://www.westmeathindependent.ie/2026/08/24/athlones-heartlands-pride-group-shortlisted-for-five-awards/</w:t>
        </w:r>
      </w:hyperlink>
      <w:r>
        <w:t xml:space="preserve"> - The Westmeath Independent reports that Heartlands Pride Athlone has been shortlisted in five categories at the national LGBTQ+ GALA awards, which take place in Dublin in October. The recognition is a milestone for the group, which organised Athlone's first-ever Pride parade in June. The shortlist of award nominees revealed that Heartlands Pride Athlone was one of five finalists in the 'Pride of Ireland' category for organisations in various parts of the country. Athlone artist Aoife Doolan was shortlisted in the 'Arts and Entertainment' category for her Síle na Gig float project, while Michelle Jinks was shortlisted in the 'Ally of the Year' section. The chairperson of Heartlands Pride Athlone, Christine O’Mahony, has been shortlisted in the 'Person of the Year' award category, while there were a number of nominees from the group for the 'Noel Walsh HIV Activism' award.</w:t>
      </w:r>
      <w:r/>
    </w:p>
    <w:p>
      <w:pPr>
        <w:pStyle w:val="ListNumber"/>
        <w:spacing w:line="240" w:lineRule="auto"/>
        <w:ind w:left="720"/>
      </w:pPr>
      <w:r/>
      <w:hyperlink r:id="rId13">
        <w:r>
          <w:rPr>
            <w:color w:val="0000EE"/>
            <w:u w:val="single"/>
          </w:rPr>
          <w:t>https://www.creativeireland.gov.ie/en/event/heartlands-pride-athlone-sile-na-gig-float-project/</w:t>
        </w:r>
      </w:hyperlink>
      <w:r>
        <w:t xml:space="preserve"> - Creative Ireland reports that Heartlands Pride Athlone, with funding from Creative Westmeath, collaborated with community-based artist Aoife Doolan to create a 3D Síle na Gig float for Athlone's first Pride Parade, which took place on June 6, 2026. The project aimed to have a colourful display at the parade, highlighting the heritage and culture of Westmeath. Heartlands Pride is an LGBT+ group based in Athlone, and the Síle na Gig symbol has historical significance in the region. The project was part of the Summer Pride Parade, which was the first-ever Pride parade in Athlone.</w:t>
      </w:r>
      <w:r/>
    </w:p>
    <w:p>
      <w:pPr>
        <w:pStyle w:val="ListNumber"/>
        <w:spacing w:line="240" w:lineRule="auto"/>
        <w:ind w:left="720"/>
      </w:pPr>
      <w:r/>
      <w:hyperlink r:id="rId10">
        <w:r>
          <w:rPr>
            <w:color w:val="0000EE"/>
            <w:u w:val="single"/>
          </w:rPr>
          <w:t>https://www.discoverireland.ie/westmeath/heartlands-pride-athlone-2026</w:t>
        </w:r>
      </w:hyperlink>
      <w:r>
        <w:t xml:space="preserve"> - Discover Ireland reports that Heartlands Pride Athlone hosted its first-ever Summer Pride Festival from June 3 to 7, 2026, featuring Athlone's inaugural Pride Parade on June 6. Supported by Creative Westmeath and Irish Rail, the festival included a community-built Síle na Gig float designed by Aoife Doolan, celebrating local LGBTQ+ heritage. The event was family-friendly and aimed to celebrate the arts, especially in the LGBTQIA+ community. The festival was a significant milestone for Heartlands Pride Athlone, marking the first official Pride parade in Athlone.</w:t>
      </w:r>
      <w:r/>
    </w:p>
    <w:p>
      <w:pPr>
        <w:pStyle w:val="ListNumber"/>
        <w:spacing w:line="240" w:lineRule="auto"/>
        <w:ind w:left="720"/>
      </w:pPr>
      <w:r/>
      <w:hyperlink r:id="rId15">
        <w:r>
          <w:rPr>
            <w:color w:val="0000EE"/>
            <w:u w:val="single"/>
          </w:rPr>
          <w:t>https://www.heartofirelandburlesquefestival.ie/</w:t>
        </w:r>
      </w:hyperlink>
      <w:r>
        <w:t xml:space="preserve"> - The Heart of Ireland Burlesque Festival is an annual event that celebrates burlesque performance art in Ireland. The fourth edition of the festival took place in Athlone from September 11 to 13, 2026, coinciding with the autumn equinox. The three-day extravaganza featured top burlesque performers from around the world, showcasing their talent and creativity on stage. The festival included two competition nights, workshops, and social events. The event was designed to be a safe and inclusive space, with a zero-tolerance policy towards discrimination of any kind. The festival aimed to provide a platform for burlesque artists and enthusiasts to come together and celebrate the art form.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meathindependent.ie/2026/10/06/schedule-for-athlones-winter-pride-revealed/" TargetMode="External"/><Relationship Id="rId10" Type="http://schemas.openxmlformats.org/officeDocument/2006/relationships/hyperlink" Target="https://www.discoverireland.ie/westmeath/heartlands-pride-athlone-2026" TargetMode="External"/><Relationship Id="rId11" Type="http://schemas.openxmlformats.org/officeDocument/2006/relationships/hyperlink" Target="https://www.westmeathindependent.ie/2026/08/24/athlones-heartlands-pride-group-shortlisted-for-five-awards/" TargetMode="External"/><Relationship Id="rId12" Type="http://schemas.openxmlformats.org/officeDocument/2006/relationships/hyperlink" Target="https://www.westmeathindependent.ie/2026/10/05/athlones-aoife-doolan-receives-galas-award-for-sile-na-gig-project/" TargetMode="External"/><Relationship Id="rId13" Type="http://schemas.openxmlformats.org/officeDocument/2006/relationships/hyperlink" Target="https://www.creativeireland.gov.ie/en/event/heartlands-pride-athlone-sile-na-gig-float-project/" TargetMode="External"/><Relationship Id="rId14" Type="http://schemas.openxmlformats.org/officeDocument/2006/relationships/hyperlink" Target="https://gcn.ie/heartlands-pride-athlone-2026-winter/" TargetMode="External"/><Relationship Id="rId15" Type="http://schemas.openxmlformats.org/officeDocument/2006/relationships/hyperlink" Target="https://www.heartofirelandburlesquefestival.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