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sapphic horror films with happy endings to stream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horror fans looking for scares without another devastating finale have plenty to choose from. From supernatural romances to revenge thrillers, these sapphic films pair eerie atmosphere with survival, solidarity and, occasionally, the girl getting the girl.</w:t>
      </w:r>
      <w:r/>
    </w:p>
    <w:p>
      <w:pPr>
        <w:pStyle w:val="Heading2"/>
      </w:pPr>
      <w:r>
        <w:t>Essential Takeaways</w:t>
      </w:r>
      <w:r/>
      <w:r/>
    </w:p>
    <w:p>
      <w:pPr>
        <w:pStyle w:val="ListBullet"/>
        <w:spacing w:line="240" w:lineRule="auto"/>
        <w:ind w:left="720"/>
      </w:pPr>
      <w:r/>
      <w:r>
        <w:rPr>
          <w:b/>
        </w:rPr>
        <w:t>Happy endings exist:</w:t>
      </w:r>
      <w:r>
        <w:t xml:space="preserve"> These films offer survival, romance, revenge or hard-won hope alongside the horror.</w:t>
      </w:r>
      <w:r/>
    </w:p>
    <w:p>
      <w:pPr>
        <w:pStyle w:val="ListBullet"/>
        <w:spacing w:line="240" w:lineRule="auto"/>
        <w:ind w:left="720"/>
      </w:pPr>
      <w:r/>
      <w:r>
        <w:rPr>
          <w:b/>
        </w:rPr>
        <w:t>Streaming choices vary:</w:t>
      </w:r>
      <w:r>
        <w:t xml:space="preserve"> Picks span Shudder, Netflix, Prime Video, Hulu and Mubi.</w:t>
      </w:r>
      <w:r/>
    </w:p>
    <w:p>
      <w:pPr>
        <w:pStyle w:val="ListBullet"/>
        <w:spacing w:line="240" w:lineRule="auto"/>
        <w:ind w:left="720"/>
      </w:pPr>
      <w:r/>
      <w:r>
        <w:rPr>
          <w:b/>
        </w:rPr>
        <w:t>The moods are wide-ranging:</w:t>
      </w:r>
      <w:r>
        <w:t xml:space="preserve"> Expect folk horror, slashers, vampire stories, zombie comedy and twisty psychological terror.</w:t>
      </w:r>
      <w:r/>
    </w:p>
    <w:p>
      <w:pPr>
        <w:pStyle w:val="ListBullet"/>
        <w:spacing w:line="240" w:lineRule="auto"/>
        <w:ind w:left="720"/>
      </w:pPr>
      <w:r/>
      <w:r>
        <w:rPr>
          <w:b/>
        </w:rPr>
        <w:t>Some endings are complicated:</w:t>
      </w:r>
      <w:r>
        <w:t xml:space="preserve"> A few films deliver emotional victory rather than traditional romantic bliss.</w:t>
      </w:r>
      <w:r/>
    </w:p>
    <w:p>
      <w:pPr>
        <w:pStyle w:val="ListBullet"/>
        <w:spacing w:line="240" w:lineRule="auto"/>
        <w:ind w:left="720"/>
      </w:pPr>
      <w:r/>
      <w:r>
        <w:rPr>
          <w:b/>
        </w:rPr>
        <w:t>Check content warnings:</w:t>
      </w:r>
      <w:r>
        <w:t xml:space="preserve"> Several titles include graphic violence, sexual violence or intense psychological themes.</w:t>
      </w:r>
      <w:r/>
      <w:r/>
    </w:p>
    <w:p>
      <w:pPr>
        <w:pStyle w:val="Heading2"/>
      </w:pPr>
      <w:r>
        <w:t>Queer horror doesn't always end in heartbreak</w:t>
      </w:r>
      <w:r/>
    </w:p>
    <w:p>
      <w:r/>
      <w:r>
        <w:t>Sapphic horror has long had a complicated relationship with happiness. Too often, queer women and trans characters are punished, separated or left traumatised once the credits roll. But this group of films makes room for something warmer: survival, connection and the delicious possibility that the monster doesn't get the last word.</w:t>
      </w:r>
      <w:r/>
    </w:p>
    <w:p>
      <w:r/>
      <w:r>
        <w:t>The appeal isn't that every story becomes cosy. Far from it. These films still bring curses, killers, vampires and nightmarish forces, but they give their central relationships room to matter. As the horror genre continues broadening its ideas of who gets to be heroic, queer audiences are finding more final girls, lovers and survivors who aren't defined solely by suffering.</w:t>
      </w:r>
      <w:r/>
    </w:p>
    <w:p>
      <w:pPr>
        <w:pStyle w:val="Heading2"/>
      </w:pPr>
      <w:r>
        <w:t>Start with supernatural romance and folk horror</w:t>
      </w:r>
      <w:r/>
    </w:p>
    <w:p>
      <w:r/>
      <w:r>
        <w:t>Attachment is a strong choice for viewers who like their horror intimate and unsettling. Maja falls quickly for Leah, but their new relationship is soon complicated by illness, family tension and an ominous mystery. The result is a chilly story about devotion, suspicion and how far someone might go for the person they love.</w:t>
      </w:r>
      <w:r/>
    </w:p>
    <w:p>
      <w:r/>
      <w:r>
        <w:t>The Serpent's Skin takes a more folkloric route. Anna, a trans woman finding her feet in a new place, becomes drawn to Gen, a witch whose presence feels both dangerous and inviting. Their attraction isn't merely decorative, either. In this story, intimacy becomes a source of strength, giving the romance real weight when the supernatural threat closes in.</w:t>
      </w:r>
      <w:r/>
    </w:p>
    <w:p>
      <w:pPr>
        <w:pStyle w:val="Heading2"/>
      </w:pPr>
      <w:r>
        <w:t>For a bigger binge, choose Fear Street</w:t>
      </w:r>
      <w:r/>
    </w:p>
    <w:p>
      <w:r/>
      <w:r>
        <w:t>Netflix's Fear Street trilogy offers the most expansive option on the list. Its story moves between different periods as a violent curse is uncovered, while Deena fights to save Sam, her former girlfriend. The relationship gives the sprawling mythology an emotional centre, so the bloodshed never feels like spectacle for its own sake.</w:t>
      </w:r>
      <w:r/>
    </w:p>
    <w:p>
      <w:r/>
      <w:r>
        <w:t>It also makes an excellent weekend watch because the three films work as one continuous saga. The first chapter brings the immediate slasher thrills, while later instalments fill in the history behind the curse. Fans of long-form horror will appreciate the escalating stakes, and anyone tired of queer romance being treated as disposable will find the emotional payoff especially satisfying.</w:t>
      </w:r>
      <w:r/>
    </w:p>
    <w:p>
      <w:pPr>
        <w:pStyle w:val="Heading2"/>
      </w:pPr>
      <w:r>
        <w:t>Slashers with a softer centre</w:t>
      </w:r>
      <w:r/>
    </w:p>
    <w:p>
      <w:r/>
      <w:r>
        <w:t>Bloody Axe Wound turns a familiar horror setup into a darkly funny coming-of-age story. Abbie is expected to inherit her family's unusual line of work as a masked supernatural killer, but falling for Sam makes that future considerably less straightforward. The film plays with slasher conventions while keeping the romance surprisingly tender.</w:t>
      </w:r>
      <w:r/>
    </w:p>
    <w:p>
      <w:r/>
      <w:r>
        <w:t>It’s a Wonderful Knife offers a similarly playful twist. After saving her town from a masked murderer, Winnie wishes she had never existed and wakes in a reality where the killer is still active. Teaming up with Bernie gives the film a new emotional spark, alongside its festive atmosphere and alternate-universe mechanics.</w:t>
      </w:r>
      <w:r/>
    </w:p>
    <w:p>
      <w:r/>
      <w:r>
        <w:t>For a more revenge-driven watch, The Retreat follows a couple whose secluded break is shattered by violent intruders. The setup is stark and uncomfortable, but the film leans into righteous retaliation. It isn't gentle viewing, yet its focus on two women fighting back gives the story a grim sense of satisfaction.</w:t>
      </w:r>
      <w:r/>
    </w:p>
    <w:p>
      <w:pPr>
        <w:pStyle w:val="Heading2"/>
      </w:pPr>
      <w:r>
        <w:t>When the ending is complicated rather than cosy</w:t>
      </w:r>
      <w:r/>
    </w:p>
    <w:p>
      <w:r/>
      <w:r>
        <w:t>The Perfection is the most psychologically punishing recommendation here. Charlotte and Lizzie's connection begins with artistic rivalry and obvious chemistry, then twists into something far more disturbing. It's best approached with as little advance knowledge as possible, particularly if you enjoy films that keep changing the ground beneath you.</w:t>
      </w:r>
      <w:r/>
    </w:p>
    <w:p>
      <w:r/>
      <w:r>
        <w:t>The Carmilla Movie is a lighter alternative, especially for viewers already attached to the original web series. Laura and Carmilla have built a settled life together, but Carmilla's return to her vampire nature forces them into another supernatural adventure. It combines fantasy peril with the pleasure of watching an established queer couple remain central to the story.</w:t>
      </w:r>
      <w:r/>
    </w:p>
    <w:p>
      <w:r/>
      <w:r>
        <w:t>Meanwhile, Cuckoo places a young woman in an unnerving alpine resort where strange behaviour and hidden forces threaten to overwhelm her. Its romance is not the whole point, but it adds a flicker of connection to an otherwise disorientating science-fiction horror experience.</w:t>
      </w:r>
      <w:r/>
    </w:p>
    <w:p>
      <w:pPr>
        <w:pStyle w:val="Heading2"/>
      </w:pPr>
      <w:r>
        <w:t>Queer joy can be the survival strategy</w:t>
      </w:r>
      <w:r/>
    </w:p>
    <w:p>
      <w:r/>
      <w:r>
        <w:t>Queens of the Dead is the liveliest pick for viewers who want horror with a proper sense of community. Set around a Brooklyn nightclub, the zombie comedy brings together a vivid group of queer characters who refuse to abandon the night simply because the dead have risen. The film understands that friendship, performance and collective energy can be weapons too.</w:t>
      </w:r>
      <w:r/>
    </w:p>
    <w:p>
      <w:r/>
      <w:r>
        <w:t>For something more abrasive, Penny Lane Is Dead delivers a chaotic home-invasion story shaped by betrayal, violence and revenge. Its sapphic relationships sit inside a much harsher world, so content warnings matter, but its ferocious response to danger gives the film a clear emotional charge.</w:t>
      </w:r>
      <w:r/>
    </w:p>
    <w:p>
      <w:r/>
      <w:r>
        <w:t>Finally, Teenage Sex and Death at Camp Miasma is a more unusual proposition, with less emphasis on conventional scares and more on desire, artistic obsession and the messy relationship between horror and exploitation. It suits viewers who want something stranger and more provocative than a standard slasher.</w:t>
      </w:r>
      <w:r/>
    </w:p>
    <w:p>
      <w:r/>
      <w:r>
        <w:t>Whether you prefer a tender vampire romance, a curse-spanning trilogy or a nightclub full of zombie-fighting queers, there's now a sapphic horror film for the night you want chills without complete emotional devastation. Explore the mood that suits you best.</w:t>
      </w:r>
      <w:r/>
    </w:p>
    <w:p>
      <w:r/>
      <w:r>
        <w:t>A good scare is even better when queer joy survives the credits.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0">
        <w:r>
          <w:rPr>
            <w:color w:val="0000EE"/>
            <w:u w:val="single"/>
          </w:rPr>
          <w:t>[6]</w:t>
        </w:r>
      </w:hyperlink>
      <w:r>
        <w:t xml:space="preserve">- Paragraph 6: </w:t>
      </w:r>
      <w:hyperlink r:id="rId11">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https://gomag.com/article/lesbian-horror-movies-that-spoiler-alert-have-happy-endings/</w:t>
        </w:r>
      </w:hyperlink>
      <w:r>
        <w:t xml:space="preserve"> - Please view link - unable to able to access data</w:t>
      </w:r>
      <w:r/>
    </w:p>
    <w:p>
      <w:pPr>
        <w:pStyle w:val="ListNumber"/>
        <w:spacing w:line="240" w:lineRule="auto"/>
        <w:ind w:left="720"/>
      </w:pPr>
      <w:r/>
      <w:hyperlink r:id="rId10">
        <w:r>
          <w:rPr>
            <w:color w:val="0000EE"/>
            <w:u w:val="single"/>
          </w:rPr>
          <w:t>https://www.imdb.com/title/tt11890738/</w:t>
        </w:r>
      </w:hyperlink>
      <w:r>
        <w:t xml:space="preserve"> - Attachment is a 2022 Danish horror romance film directed by Gabriel Bier Gislason. The story follows Maja, a Danish actress who falls in love with Leah, a British Jewish academic. When Leah experiences mysterious seizures, Maja accompanies her to London, where she meets Leah's overbearing mother, Chana. As Maja notices strange occurrences, she begins to suspect that Chana's secrets could be much darker than anticipated. The film was released on Shudder in 2023 and has received positive reviews for its performances and supernatural elements.</w:t>
      </w:r>
      <w:r/>
    </w:p>
    <w:p>
      <w:pPr>
        <w:pStyle w:val="ListNumber"/>
        <w:spacing w:line="240" w:lineRule="auto"/>
        <w:ind w:left="720"/>
      </w:pPr>
      <w:r/>
      <w:hyperlink r:id="rId11">
        <w:r>
          <w:rPr>
            <w:color w:val="0000EE"/>
            <w:u w:val="single"/>
          </w:rPr>
          <w:t>https://www.rottentomatoes.com/m/the_serpents_skin</w:t>
        </w:r>
      </w:hyperlink>
      <w:r>
        <w:t xml:space="preserve"> - The Serpent's Skin is a 2025 supernatural horror film directed by Alice Maio Mackay. The film follows Anna, a young trans woman who escapes her transphobic hometown and meets Gen, a goth tattoo artist. Together, they bond over shared supernatural abilities, but Gen's tattoo work accidentally conjures a demon before their romance can bloom. The film has received positive reviews, with a 93% rating on Rotten Tomatoes, praised for its narrative ingenuity and evocative color palette.</w:t>
      </w:r>
      <w:r/>
    </w:p>
    <w:p>
      <w:pPr>
        <w:pStyle w:val="ListNumber"/>
        <w:spacing w:line="240" w:lineRule="auto"/>
        <w:ind w:left="720"/>
      </w:pPr>
      <w:r/>
      <w:hyperlink r:id="rId10">
        <w:r>
          <w:rPr>
            <w:color w:val="0000EE"/>
            <w:u w:val="single"/>
          </w:rPr>
          <w:t>https://www.imdb.com/title/tt11890738/</w:t>
        </w:r>
      </w:hyperlink>
      <w:r>
        <w:t xml:space="preserve"> - Attachment is a 2022 Danish horror romance film directed by Gabriel Bier Gislason. The story follows Maja, a Danish actress who falls in love with Leah, a British Jewish academic. When Leah experiences mysterious seizures, Maja accompanies her to London, where she meets Leah's overbearing mother, Chana. As Maja notices strange occurrences, she begins to suspect that Chana's secrets could be much darker than anticipated. The film was released on Shudder in 2023 and has received positive reviews for its performances and supernatural elements.</w:t>
      </w:r>
      <w:r/>
    </w:p>
    <w:p>
      <w:pPr>
        <w:pStyle w:val="ListNumber"/>
        <w:spacing w:line="240" w:lineRule="auto"/>
        <w:ind w:left="720"/>
      </w:pPr>
      <w:r/>
      <w:hyperlink r:id="rId11">
        <w:r>
          <w:rPr>
            <w:color w:val="0000EE"/>
            <w:u w:val="single"/>
          </w:rPr>
          <w:t>https://www.rottentomatoes.com/m/the_serpents_skin</w:t>
        </w:r>
      </w:hyperlink>
      <w:r>
        <w:t xml:space="preserve"> - The Serpent's Skin is a 2025 supernatural horror film directed by Alice Maio Mackay. The film follows Anna, a young trans woman who escapes her transphobic hometown and meets Gen, a goth tattoo artist. Together, they bond over shared supernatural abilities, but Gen's tattoo work accidentally conjures a demon before their romance can bloom. The film has received positive reviews, with a 93% rating on Rotten Tomatoes, praised for its narrative ingenuity and evocative color palette.</w:t>
      </w:r>
      <w:r/>
    </w:p>
    <w:p>
      <w:pPr>
        <w:pStyle w:val="ListNumber"/>
        <w:spacing w:line="240" w:lineRule="auto"/>
        <w:ind w:left="720"/>
      </w:pPr>
      <w:r/>
      <w:hyperlink r:id="rId10">
        <w:r>
          <w:rPr>
            <w:color w:val="0000EE"/>
            <w:u w:val="single"/>
          </w:rPr>
          <w:t>https://www.imdb.com/title/tt11890738/</w:t>
        </w:r>
      </w:hyperlink>
      <w:r>
        <w:t xml:space="preserve"> - Attachment is a 2022 Danish horror romance film directed by Gabriel Bier Gislason. The story follows Maja, a Danish actress who falls in love with Leah, a British Jewish academic. When Leah experiences mysterious seizures, Maja accompanies her to London, where she meets Leah's overbearing mother, Chana. As Maja notices strange occurrences, she begins to suspect that Chana's secrets could be much darker than anticipated. The film was released on Shudder in 2023 and has received positive reviews for its performances and supernatural elements.</w:t>
      </w:r>
      <w:r/>
    </w:p>
    <w:p>
      <w:pPr>
        <w:pStyle w:val="ListNumber"/>
        <w:spacing w:line="240" w:lineRule="auto"/>
        <w:ind w:left="720"/>
      </w:pPr>
      <w:r/>
      <w:hyperlink r:id="rId11">
        <w:r>
          <w:rPr>
            <w:color w:val="0000EE"/>
            <w:u w:val="single"/>
          </w:rPr>
          <w:t>https://www.rottentomatoes.com/m/the_serpents_skin</w:t>
        </w:r>
      </w:hyperlink>
      <w:r>
        <w:t xml:space="preserve"> - The Serpent's Skin is a 2025 supernatural horror film directed by Alice Maio Mackay. The film follows Anna, a young trans woman who escapes her transphobic hometown and meets Gen, a goth tattoo artist. Together, they bond over shared supernatural abilities, but Gen's tattoo work accidentally conjures a demon before their romance can bloom. The film has received positive reviews, with a 93% rating on Rotten Tomatoes, praised for its narrative ingenuity and evocative color palette.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lesbian-horror-movies-that-spoiler-alert-have-happy-endings/" TargetMode="External"/><Relationship Id="rId10" Type="http://schemas.openxmlformats.org/officeDocument/2006/relationships/hyperlink" Target="https://www.imdb.com/title/tt11890738/" TargetMode="External"/><Relationship Id="rId11" Type="http://schemas.openxmlformats.org/officeDocument/2006/relationships/hyperlink" Target="https://www.rottentomatoes.com/m/the_serpents_sk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