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Women to Watch: 50 Icons Celebrating Visibility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invited to celebrate 50 gorgeous queer women whose style, talent and unapologetic presence make Women Crush Wednesday feel like more than a weekly scroll. From major performers to athletes, teachers and creatives, the round-up matters because visibility still has the power to shift conversations and lift spirits.</w:t>
      </w:r>
      <w:r/>
    </w:p>
    <w:p>
      <w:pPr>
        <w:pStyle w:val="Heading2"/>
      </w:pPr>
      <w:r>
        <w:t>Essential Takeaways</w:t>
      </w:r>
      <w:r/>
      <w:r/>
    </w:p>
    <w:p>
      <w:pPr>
        <w:pStyle w:val="ListBullet"/>
        <w:spacing w:line="240" w:lineRule="auto"/>
        <w:ind w:left="720"/>
      </w:pPr>
      <w:r/>
      <w:r>
        <w:rPr>
          <w:b/>
        </w:rPr>
        <w:t>A broad celebration:</w:t>
      </w:r>
      <w:r>
        <w:t xml:space="preserve"> The feature highlights queer women across entertainment, sport, fashion and everyday life.</w:t>
      </w:r>
      <w:r/>
    </w:p>
    <w:p>
      <w:pPr>
        <w:pStyle w:val="ListBullet"/>
        <w:spacing w:line="240" w:lineRule="auto"/>
        <w:ind w:left="720"/>
      </w:pPr>
      <w:r/>
      <w:r>
        <w:rPr>
          <w:b/>
        </w:rPr>
        <w:t>Familiar and fresh faces:</w:t>
      </w:r>
      <w:r>
        <w:t xml:space="preserve"> Established names appear alongside people gaining attention for their individuality and confidence.</w:t>
      </w:r>
      <w:r/>
    </w:p>
    <w:p>
      <w:pPr>
        <w:pStyle w:val="ListBullet"/>
        <w:spacing w:line="240" w:lineRule="auto"/>
        <w:ind w:left="720"/>
      </w:pPr>
      <w:r/>
      <w:r>
        <w:rPr>
          <w:b/>
        </w:rPr>
        <w:t>Visibility remains central:</w:t>
      </w:r>
      <w:r>
        <w:t xml:space="preserve"> The round-up pushes back against tired online arguments by celebrating LGBTQ+ women openly.</w:t>
      </w:r>
      <w:r/>
    </w:p>
    <w:p>
      <w:pPr>
        <w:pStyle w:val="ListBullet"/>
        <w:spacing w:line="240" w:lineRule="auto"/>
        <w:ind w:left="720"/>
      </w:pPr>
      <w:r/>
      <w:r>
        <w:rPr>
          <w:b/>
        </w:rPr>
        <w:t>More than appearance:</w:t>
      </w:r>
      <w:r>
        <w:t xml:space="preserve"> The appeal lies in personality, talent, style and the simple act of taking up space.</w:t>
      </w:r>
      <w:r/>
    </w:p>
    <w:p>
      <w:pPr>
        <w:pStyle w:val="ListBullet"/>
        <w:spacing w:line="240" w:lineRule="auto"/>
        <w:ind w:left="720"/>
      </w:pPr>
      <w:r/>
      <w:r>
        <w:rPr>
          <w:b/>
        </w:rPr>
        <w:t>A recurring tradition:</w:t>
      </w:r>
      <w:r>
        <w:t xml:space="preserve"> Women Crush Wednesday has become an ongoing editorial series rather than a one-off list.</w:t>
      </w:r>
      <w:r/>
      <w:r/>
    </w:p>
    <w:p>
      <w:pPr>
        <w:pStyle w:val="Heading2"/>
      </w:pPr>
      <w:r>
        <w:t>Fifty faces, one joyful message</w:t>
      </w:r>
      <w:r/>
    </w:p>
    <w:p>
      <w:r/>
      <w:r>
        <w:t>The strongest part of this queer women feature isn't simply the number. It's the mood: bright, affectionate and deliberately celebratory at a time when online conversations can feel exhausting. The gallery-style concept gives readers a welcome pause, replacing gender-war noise with admiration, style and a little well-earned glamour.</w:t>
      </w:r>
      <w:r/>
    </w:p>
    <w:p>
      <w:r/>
      <w:r>
        <w:t>According to Madamenoire, the latest edition brings together 50 queer women who have captured attention through their looks, work and public presence. The result feels less like a conventional ranking and more like a lively roll call of people who refuse to fade into the background.</w:t>
      </w:r>
      <w:r/>
    </w:p>
    <w:p>
      <w:pPr>
        <w:pStyle w:val="Heading2"/>
      </w:pPr>
      <w:r>
        <w:t>From headline stars to everyday trailblazers</w:t>
      </w:r>
      <w:r/>
    </w:p>
    <w:p>
      <w:r/>
      <w:r>
        <w:t>The selection includes recognisable entertainers such as Janelle Monáe, Willow Smith and Keke Palmer, but its wider appeal comes from looking beyond celebrity. Previous editions across R&amp;B and Black culture platforms have also celebrated women from professional, creative and community backgrounds, reflecting the range of lives within queer communities.</w:t>
      </w:r>
      <w:r/>
    </w:p>
    <w:p>
      <w:r/>
      <w:r>
        <w:t>That breadth matters. A singer on a red carpet may draw the first click, but a lawyer, WNBA player, teacher or independent creative can make the feature feel personal. It says visibility doesn't belong only to people with a publicist, a hit record or a million followers.</w:t>
      </w:r>
      <w:r/>
    </w:p>
    <w:p>
      <w:pPr>
        <w:pStyle w:val="Heading2"/>
      </w:pPr>
      <w:r>
        <w:t>Why queer visibility still feels powerful</w:t>
      </w:r>
      <w:r/>
    </w:p>
    <w:p>
      <w:r/>
      <w:r>
        <w:t>Lists like this can look light-hearted, and they are meant to be fun, but they also carry cultural weight. Earlier Women Crush Wednesday round-ups similarly framed queer beauty and bisexual, lesbian and wider LGBTQ+ identity as something to celebrate rather than explain away.</w:t>
      </w:r>
      <w:r/>
    </w:p>
    <w:p>
      <w:r/>
      <w:r>
        <w:t>That approach offers a useful counterpoint to the internet's endless demand for debate. Instead of asking queer women to defend their identity, the feature simply gives them room to be stylish, talented, funny, confident or quietly compelling. Sometimes the most effective statement is a picture of someone enjoying their own presence.</w:t>
      </w:r>
      <w:r/>
    </w:p>
    <w:p>
      <w:pPr>
        <w:pStyle w:val="Heading2"/>
      </w:pPr>
      <w:r>
        <w:t>The appeal is in the variety</w:t>
      </w:r>
      <w:r/>
    </w:p>
    <w:p>
      <w:r/>
      <w:r>
        <w:t>There isn't one template for a queer icon here. Some women bring dramatic fashion and camera-ready glamour, while others stand out through athleticism, creative work or an understated sense of cool. The contrast keeps the round-up moving and prevents the celebration from feeling overly polished or predictable.</w:t>
      </w:r>
      <w:r/>
    </w:p>
    <w:p>
      <w:r/>
      <w:r>
        <w:t>Readers looking for a wider range of LGBTQ+ style inspiration will find plenty to enjoy, from sharp tailoring and bold beauty choices to softer, more relaxed looks. It’s a reminder that confidence doesn't have to arrive in one particular outfit, pose or personality.</w:t>
      </w:r>
      <w:r/>
    </w:p>
    <w:p>
      <w:pPr>
        <w:pStyle w:val="Heading2"/>
      </w:pPr>
      <w:r>
        <w:t>A weekly scroll with a bigger purpose</w:t>
      </w:r>
      <w:r/>
    </w:p>
    <w:p>
      <w:r/>
      <w:r>
        <w:t>The Women Crush Wednesday series has now built the feel of a continuing conversation, with earlier volumes offering similar collections of queer women and bi beauties. That regular rhythm is part of the charm: the feature keeps returning to visibility instead of treating it as a once-a-year gesture.</w:t>
      </w:r>
      <w:r/>
    </w:p>
    <w:p>
      <w:r/>
      <w:r>
        <w:t>And there’s something comforting about that consistency. In a crowded feed, a recurring celebration gives readers a small ritual to look forward to, while the women featured get the recognition they deserve. A good crush list can be fun, but this one also makes a simple point: being seen still matters.</w:t>
      </w:r>
      <w:r/>
    </w:p>
    <w:p>
      <w:r/>
      <w:r>
        <w:t>The latest round-up works best as an invitation to browse, discover and celebrate rather than a definitive ranking. Beauty may catch the eye, but personality and presence are what make these features linger.</w:t>
      </w:r>
      <w:r/>
    </w:p>
    <w:p>
      <w:r/>
      <w:r>
        <w:t>It's a bright, joyful reminder that queer visibility deserves the spotlight every week.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2">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0">
        <w:r>
          <w:rPr>
            <w:color w:val="0000EE"/>
            <w:u w:val="single"/>
          </w:rPr>
          <w:t>[4]</w:t>
        </w:r>
      </w:hyperlink>
      <w:r>
        <w:t xml:space="preserve">- Paragraph 12: </w:t>
      </w:r>
      <w:hyperlink r:id="rId12">
        <w:r>
          <w:rPr>
            <w:color w:val="0000EE"/>
            <w:u w:val="single"/>
          </w:rPr>
          <w:t>[6]</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https://madamenoire.com/1693115/wcw-sexy-queer-lgbtq-vol-42/</w:t>
        </w:r>
      </w:hyperlink>
      <w:r>
        <w:t xml:space="preserve"> - Please view link - unable to able to access data</w:t>
      </w:r>
      <w:r/>
    </w:p>
    <w:p>
      <w:pPr>
        <w:pStyle w:val="ListNumber"/>
        <w:spacing w:line="240" w:lineRule="auto"/>
        <w:ind w:left="720"/>
      </w:pPr>
      <w:r/>
      <w:hyperlink r:id="rId9">
        <w:r>
          <w:rPr>
            <w:color w:val="0000EE"/>
            <w:u w:val="single"/>
          </w:rPr>
          <w:t>https://madamenoire.com/1693115/wcw-sexy-queer-lgbtq-vol-42/</w:t>
        </w:r>
      </w:hyperlink>
      <w:r>
        <w:t xml:space="preserve"> - This article from MadameNoire's 'Women Crush Wednesday' series highlights 50 queer women who are making significant impacts in various fields. The piece features prominent figures such as Janelle Monáe, Amandla Stenberg, Victoria Monét, Porsha Williams, Keke Palmer, and Niecy Nash-Betts, showcasing their contributions to the LGBTQIA+ community and their respective industries. The article also includes emerging talents like Tinashe, Azzi Fudd, Janae Sims, Choyce Brown, Megan Thee Stallion, and Willow Smith, celebrating their achievements and visibility. The piece underscores the importance of representation and the diverse ways these women are influencing culture and society.</w:t>
      </w:r>
      <w:r/>
    </w:p>
    <w:p>
      <w:pPr>
        <w:pStyle w:val="ListNumber"/>
        <w:spacing w:line="240" w:lineRule="auto"/>
        <w:ind w:left="720"/>
      </w:pPr>
      <w:r/>
      <w:hyperlink r:id="rId11">
        <w:r>
          <w:rPr>
            <w:color w:val="0000EE"/>
            <w:u w:val="single"/>
          </w:rPr>
          <w:t>https://1053rnb.com/6260551/wcw-women-crush-wednesday-sexy-queer-queens-vol-27/</w:t>
        </w:r>
      </w:hyperlink>
      <w:r>
        <w:t xml:space="preserve"> - This article from 105.3 RnB's 'Women Crush Wednesday' series celebrates 50 queer women, including bisexual and lesbian individuals, who are making significant impacts in various fields. The piece features prominent figures such as Janae Sims and Choyce Brown, highlighting their contributions to the LGBTQIA+ community and their respective industries. The article also includes emerging talents who are gaining recognition for their achievements and visibility. The piece underscores the importance of representation and the diverse ways these women are influencing culture and society.</w:t>
      </w:r>
      <w:r/>
    </w:p>
    <w:p>
      <w:pPr>
        <w:pStyle w:val="ListNumber"/>
        <w:spacing w:line="240" w:lineRule="auto"/>
        <w:ind w:left="720"/>
      </w:pPr>
      <w:r/>
      <w:hyperlink r:id="rId10">
        <w:r>
          <w:rPr>
            <w:color w:val="0000EE"/>
            <w:u w:val="single"/>
          </w:rPr>
          <w:t>https://rnbphilly.com/5948340/wcw-women-crush-wednesday-sexy-queer-queens-vol-40/</w:t>
        </w:r>
      </w:hyperlink>
      <w:r>
        <w:t xml:space="preserve"> - This article from Philly's R&amp;B station's 'Women Crush Wednesday' series highlights 50 queer women who are making significant impacts in various fields. The piece features prominent figures such as Porsha Williams, showcasing her contributions to the LGBTQIA+ community and her respective industry. The article also includes emerging talents who are gaining recognition for their achievements and visibility. The piece underscores the importance of representation and the diverse ways these women are influencing culture and society.</w:t>
      </w:r>
      <w:r/>
    </w:p>
    <w:p>
      <w:pPr>
        <w:pStyle w:val="ListNumber"/>
        <w:spacing w:line="240" w:lineRule="auto"/>
        <w:ind w:left="720"/>
      </w:pPr>
      <w:r/>
      <w:hyperlink r:id="rId13">
        <w:r>
          <w:rPr>
            <w:color w:val="0000EE"/>
            <w:u w:val="single"/>
          </w:rPr>
          <w:t>https://blacknews.uk/wcw-50-queer-queens-too-fine-to-keep-to-ourselves-on-women-crush-wednesday-vol-40</w:t>
        </w:r>
      </w:hyperlink>
      <w:r>
        <w:t xml:space="preserve"> - This article from Black News' 'Women Crush Wednesday' series highlights 50 queer women who are making significant impacts in various fields. The piece features prominent figures such as Porsha Williams, showcasing her contributions to the LGBTQIA+ community and her respective industry. The article also includes emerging talents who are gaining recognition for their achievements and visibility. The piece underscores the importance of representation and the diverse ways these women are influencing culture and society.</w:t>
      </w:r>
      <w:r/>
    </w:p>
    <w:p>
      <w:pPr>
        <w:pStyle w:val="ListNumber"/>
        <w:spacing w:line="240" w:lineRule="auto"/>
        <w:ind w:left="720"/>
      </w:pPr>
      <w:r/>
      <w:hyperlink r:id="rId12">
        <w:r>
          <w:rPr>
            <w:color w:val="0000EE"/>
            <w:u w:val="single"/>
          </w:rPr>
          <w:t>https://blacknews.uk/women-crush-wednesday-50-queer-queens-bi-beauties-wlw-baddies-we-cant-stop-crushing-on-vol-27</w:t>
        </w:r>
      </w:hyperlink>
      <w:r>
        <w:t xml:space="preserve"> - This article from Black News' 'Women Crush Wednesday' series celebrates 50 queer women, including bisexual and lesbian individuals, who are making significant impacts in various fields. The piece features prominent figures such as Janae Sims and Choyce Brown, highlighting their contributions to the LGBTQIA+ community and their respective industries. The article also includes emerging talents who are gaining recognition for their achievements and visibility. The piece underscores the importance of representation and the diverse ways these women are influencing culture and society.</w:t>
      </w:r>
      <w:r/>
    </w:p>
    <w:p>
      <w:pPr>
        <w:pStyle w:val="ListNumber"/>
        <w:spacing w:line="240" w:lineRule="auto"/>
        <w:ind w:left="720"/>
      </w:pPr>
      <w:r/>
      <w:hyperlink r:id="rId14">
        <w:r>
          <w:rPr>
            <w:color w:val="0000EE"/>
            <w:u w:val="single"/>
          </w:rPr>
          <w:t>https://rnbphilly.com/5931954/wcw-women-crush-wednesday-sexy-queer-queens-vol-19/</w:t>
        </w:r>
      </w:hyperlink>
      <w:r>
        <w:t xml:space="preserve"> - This article from Philly's R&amp;B station's 'Women Crush Wednesday' series celebrates 50 queer women who are making significant impacts in various fields. The piece features prominent figures who are gaining recognition for their achievements and visibility. The article underscores the importance of representation and the diverse ways these women are influencing culture and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adamenoire.com/1693115/wcw-sexy-queer-lgbtq-vol-42/" TargetMode="External"/><Relationship Id="rId10" Type="http://schemas.openxmlformats.org/officeDocument/2006/relationships/hyperlink" Target="https://rnbphilly.com/5948340/wcw-women-crush-wednesday-sexy-queer-queens-vol-40/" TargetMode="External"/><Relationship Id="rId11" Type="http://schemas.openxmlformats.org/officeDocument/2006/relationships/hyperlink" Target="https://1053rnb.com/6260551/wcw-women-crush-wednesday-sexy-queer-queens-vol-27/" TargetMode="External"/><Relationship Id="rId12" Type="http://schemas.openxmlformats.org/officeDocument/2006/relationships/hyperlink" Target="https://blacknews.uk/women-crush-wednesday-50-queer-queens-bi-beauties-wlw-baddies-we-cant-stop-crushing-on-vol-27" TargetMode="External"/><Relationship Id="rId13" Type="http://schemas.openxmlformats.org/officeDocument/2006/relationships/hyperlink" Target="https://blacknews.uk/wcw-50-queer-queens-too-fine-to-keep-to-ourselves-on-women-crush-wednesday-vol-40" TargetMode="External"/><Relationship Id="rId14" Type="http://schemas.openxmlformats.org/officeDocument/2006/relationships/hyperlink" Target="https://rnbphilly.com/5931954/wcw-women-crush-wednesday-sexy-queer-queens-vol-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