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Prom 2026 Guide for Athens LGBTQ+ Celebrations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dressing for a theme this autumn. Athens Pride &amp; Queer Collective's Queer Prom returns to Ciné on Friday, 9 October, inviting adults across the region to celebrate LGBTQ+ culture, dance all night and honour unforgettable gay icons in a joyful, welcoming setting.</w:t>
      </w:r>
      <w:r/>
    </w:p>
    <w:p>
      <w:pPr>
        <w:pStyle w:val="Heading2"/>
      </w:pPr>
      <w:r>
        <w:t>Essential Takeaways</w:t>
      </w:r>
      <w:r/>
      <w:r/>
    </w:p>
    <w:p>
      <w:pPr>
        <w:pStyle w:val="ListBullet"/>
        <w:spacing w:line="240" w:lineRule="auto"/>
        <w:ind w:left="720"/>
      </w:pPr>
      <w:r/>
      <w:r>
        <w:rPr>
          <w:b/>
        </w:rPr>
        <w:t>When:</w:t>
      </w:r>
      <w:r>
        <w:t xml:space="preserve"> Friday, 9 October 2026, from 7.30pm to 10.30pm.</w:t>
      </w:r>
      <w:r/>
    </w:p>
    <w:p>
      <w:pPr>
        <w:pStyle w:val="ListBullet"/>
        <w:spacing w:line="240" w:lineRule="auto"/>
        <w:ind w:left="720"/>
      </w:pPr>
      <w:r/>
      <w:r>
        <w:rPr>
          <w:b/>
        </w:rPr>
        <w:t>Where:</w:t>
      </w:r>
      <w:r>
        <w:t xml:space="preserve"> Ciné in Athens, Georgia.</w:t>
      </w:r>
      <w:r/>
    </w:p>
    <w:p>
      <w:pPr>
        <w:pStyle w:val="ListBullet"/>
        <w:spacing w:line="240" w:lineRule="auto"/>
        <w:ind w:left="720"/>
      </w:pPr>
      <w:r/>
      <w:r>
        <w:rPr>
          <w:b/>
        </w:rPr>
        <w:t>Who can attend:</w:t>
      </w:r>
      <w:r>
        <w:t xml:space="preserve"> LGBTQ+ adults and allies aged 18 and over.</w:t>
      </w:r>
      <w:r/>
    </w:p>
    <w:p>
      <w:pPr>
        <w:pStyle w:val="ListBullet"/>
        <w:spacing w:line="240" w:lineRule="auto"/>
        <w:ind w:left="720"/>
      </w:pPr>
      <w:r/>
      <w:r>
        <w:rPr>
          <w:b/>
        </w:rPr>
        <w:t>Theme:</w:t>
      </w:r>
      <w:r>
        <w:t xml:space="preserve"> Gay Icons, with outfits inspired by beloved cultural figures.</w:t>
      </w:r>
      <w:r/>
    </w:p>
    <w:p>
      <w:pPr>
        <w:pStyle w:val="ListBullet"/>
        <w:spacing w:line="240" w:lineRule="auto"/>
        <w:ind w:left="720"/>
      </w:pPr>
      <w:r/>
      <w:r>
        <w:rPr>
          <w:b/>
        </w:rPr>
        <w:t>Price:</w:t>
      </w:r>
      <w:r>
        <w:t xml:space="preserve"> Tickets cost $15, making it an accessible night out.</w:t>
      </w:r>
      <w:r/>
      <w:r/>
    </w:p>
    <w:p>
      <w:pPr>
        <w:pStyle w:val="Heading2"/>
      </w:pPr>
      <w:r>
        <w:t>Athens Queer Prom turns a night out into a tribute</w:t>
      </w:r>
      <w:r/>
    </w:p>
    <w:p>
      <w:r/>
      <w:r>
        <w:t>The strongest detail about this year's Queer Prom is its mix of glamour and remembrance. Guests aren't simply being asked to put on a costume and hit the dance floor; they're being invited to celebrate the people whose work, style and visibility helped shape queer life.</w:t>
      </w:r>
      <w:r/>
    </w:p>
    <w:p>
      <w:r/>
      <w:r>
        <w:t>The 2026 theme, Gay Icons, includes tributes to Dolly Parton and Tim Curry, whose influence stretches across music, film, television and performance. Expect a room full of bold references, glittering details and the occasional outfit that needs no introduction.</w:t>
      </w:r>
      <w:r/>
    </w:p>
    <w:p>
      <w:r/>
      <w:r>
        <w:t>Athens Pride &amp; Queer Collective, or APQC, presents the event as part of its wider work supporting equity, affirmation, diversity and wellbeing for queer people in the Athens area. That gives the evening a little more weight than the average themed party, even when the music is loud and the dress code is gloriously extra.</w:t>
      </w:r>
      <w:r/>
    </w:p>
    <w:p>
      <w:pPr>
        <w:pStyle w:val="Heading2"/>
      </w:pPr>
      <w:r>
        <w:t>Why this prom matters to different generations</w:t>
      </w:r>
      <w:r/>
    </w:p>
    <w:p>
      <w:r/>
      <w:r>
        <w:t>For some older guests, Queer Prom offers a second chance at the celebration they couldn't safely or openly enjoy as teenagers. For younger attendees, particularly those travelling from smaller towns nearby, it can be a chance to see queer adulthood presented as confident, social and unapologetically joyful.</w:t>
      </w:r>
      <w:r/>
    </w:p>
    <w:p>
      <w:r/>
      <w:r>
        <w:t>That intergenerational quality is part of what makes the event distinctive. A room where a classic film reference, a pop legend and a proudly over-the-top outfit can all share the same dance floor feels like a small but meaningful picture of community life.</w:t>
      </w:r>
      <w:r/>
    </w:p>
    <w:p>
      <w:r/>
      <w:r>
        <w:t>Athens Pride's wider work also reflects the area's continuing investment in LGBTQ+ visibility and connection, according to the organisation's public information. Queer Prom fits neatly into that picture: celebratory on the surface, but grounded in belonging.</w:t>
      </w:r>
      <w:r/>
    </w:p>
    <w:p>
      <w:pPr>
        <w:pStyle w:val="Heading2"/>
      </w:pPr>
      <w:r>
        <w:t>What to wear for the Gay Icons theme</w:t>
      </w:r>
      <w:r/>
    </w:p>
    <w:p>
      <w:r/>
      <w:r>
        <w:t>The simplest approach is to choose one recognisable figure and build around a signature detail. That could mean Dolly Parton-inspired sparkle, a dramatic Tim Curry reference, or a look drawn from another musician, actor, artist or activist who has made an impact on queer culture.</w:t>
      </w:r>
      <w:r/>
    </w:p>
    <w:p>
      <w:r/>
      <w:r>
        <w:t>You don't need a museum-quality costume. A bold jacket, a theatrical pair of sunglasses, a distinctive hairstyle or one brilliantly chosen accessory can do most of the work. In fact, a comfortable outfit with one memorable flourish may be more useful than something elaborate once the dancing begins.</w:t>
      </w:r>
      <w:r/>
    </w:p>
    <w:p>
      <w:r/>
      <w:r>
        <w:t>If you're attending with friends, consider choosing icons from different generations. It makes for better photographs, easier conversation and a pleasingly chaotic group entrance.</w:t>
      </w:r>
      <w:r/>
    </w:p>
    <w:p>
      <w:pPr>
        <w:pStyle w:val="Heading2"/>
      </w:pPr>
      <w:r>
        <w:t>A welcoming event for Athens and beyond</w:t>
      </w:r>
      <w:r/>
    </w:p>
    <w:p>
      <w:r/>
      <w:r>
        <w:t>APQC describes Queer Prom as one of its major annual events, and its appeal is easy to understand. At $15, it offers a relatively affordable evening in a city where Pride-related gatherings bring together residents, visitors and people who may not always find an obvious local space to celebrate.</w:t>
      </w:r>
      <w:r/>
    </w:p>
    <w:p>
      <w:r/>
      <w:r>
        <w:t>Other Athens Pride events, including PrideFest, show how the city has built a broader calendar around queer joy, visibility and community connection. Queer Prom adds something more intimate and theatrical to that programme, with the familiar emotional language of school prom transformed into an adult celebration on its own terms.</w:t>
      </w:r>
      <w:r/>
    </w:p>
    <w:p>
      <w:r/>
      <w:r>
        <w:t>There is also something wonderfully practical about the format. You can arrive in character, meet people, dance for a few hours and leave with the warm feeling that you've been part of something bigger than a themed night out.</w:t>
      </w:r>
      <w:r/>
    </w:p>
    <w:p>
      <w:pPr>
        <w:pStyle w:val="Heading2"/>
      </w:pPr>
      <w:r>
        <w:t>Plan your night at Ciné</w:t>
      </w:r>
      <w:r/>
    </w:p>
    <w:p>
      <w:r/>
      <w:r>
        <w:t>The event runs from 7.30pm until 10.30pm, so arriving a little early should give you time to settle in, admire the outfits and find your bearings before the dance floor fills. If you're travelling from outside Athens, allow extra time for parking and consider making an evening of it nearby.</w:t>
      </w:r>
      <w:r/>
    </w:p>
    <w:p>
      <w:r/>
      <w:r>
        <w:t>Tickets are priced at $15. Check the organiser's latest event information before setting off, particularly if timings, ticket arrangements or venue details change closer to the date.</w:t>
      </w:r>
      <w:r/>
    </w:p>
    <w:p>
      <w:r/>
      <w:r>
        <w:t>Most importantly, choose an icon who means something to you. The best outfits aren't always the most elaborate ones; they're the looks that come with a story.</w:t>
      </w:r>
      <w:r/>
    </w:p>
    <w:p>
      <w:r/>
      <w:r>
        <w:t>Come for the costume, stay for the community and let the icons have their moment.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[4]</w:t>
        </w:r>
      </w:hyperlink>
      <w:r>
        <w:t xml:space="preserve">, </w:t>
      </w:r>
      <w:hyperlink r:id="rId13">
        <w:r>
          <w:rPr>
            <w:color w:val="0000EE"/>
            <w:u w:val="single"/>
          </w:rPr>
          <w:t>[7]</w:t>
        </w:r>
      </w:hyperlink>
      <w:r>
        <w:t xml:space="preserve">- Paragraph 4: </w:t>
      </w:r>
      <w:hyperlink r:id="rId12">
        <w:r>
          <w:rPr>
            <w:color w:val="0000EE"/>
            <w:u w:val="single"/>
          </w:rPr>
          <w:t>[5]</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0">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4">
        <w:r>
          <w:rPr>
            <w:color w:val="0000EE"/>
            <w:u w:val="single"/>
          </w:rPr>
          <w:t>[6]</w:t>
        </w:r>
      </w:hyperlink>
      <w:r>
        <w:t xml:space="preserve">- Paragraph 10: </w:t>
      </w:r>
      <w:hyperlink r:id="rId10">
        <w:r>
          <w:rPr>
            <w:color w:val="0000EE"/>
            <w:u w:val="single"/>
          </w:rPr>
          <w:t>[4]</w:t>
        </w:r>
      </w:hyperlink>
      <w:r>
        <w:t xml:space="preserve">, </w:t>
      </w:r>
      <w:hyperlink r:id="rId13">
        <w:r>
          <w:rPr>
            <w:color w:val="0000EE"/>
            <w:u w:val="single"/>
          </w:rPr>
          <w:t>[7]</w:t>
        </w:r>
      </w:hyperlink>
      <w:r>
        <w:t xml:space="preserve">- Paragraph 11: </w:t>
      </w:r>
      <w:hyperlink r:id="rId9">
        <w:r>
          <w:rPr>
            <w:color w:val="0000EE"/>
            <w:u w:val="single"/>
          </w:rPr>
          <w:t>[2]</w:t>
        </w:r>
      </w:hyperlink>
      <w:r>
        <w:t xml:space="preserve">, </w:t>
      </w:r>
      <w:hyperlink r:id="rId12">
        <w:r>
          <w:rPr>
            <w:color w:val="0000EE"/>
            <w:u w:val="single"/>
          </w:rPr>
          <w:t>[5]</w:t>
        </w:r>
      </w:hyperlink>
      <w:r>
        <w:t xml:space="preserve">- Paragraph 12: </w:t>
      </w:r>
      <w:hyperlink r:id="rId11">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https://flagpole.com/calendar-picks/2026/10/07/calendar-pick-apqc-queer-prom/</w:t>
        </w:r>
      </w:hyperlink>
      <w:r>
        <w:t xml:space="preserve"> - Please view link - unable to able to access data</w:t>
      </w:r>
      <w:r/>
    </w:p>
    <w:p>
      <w:pPr>
        <w:pStyle w:val="ListNumber"/>
        <w:spacing w:line="240" w:lineRule="auto"/>
        <w:ind w:left="720"/>
      </w:pPr>
      <w:r/>
      <w:hyperlink r:id="rId9">
        <w:r>
          <w:rPr>
            <w:color w:val="0000EE"/>
            <w:u w:val="single"/>
          </w:rPr>
          <w:t>https://flagpole.com/calendar-picks/2026/10/07/calendar-pick-apqc-queer-prom/</w:t>
        </w:r>
      </w:hyperlink>
      <w:r>
        <w:t xml:space="preserve"> - Athens Pride &amp; Queer Collective's annual Queer Prom returns in 2026 with the theme 'Gay Icons', honouring figures like Dolly Parton and Tim Curry. The event serves as a tribute to their lives and work, supporting APQC's mission to advance equity, affirmation, diversity, and wellness for queer populations in the Athens area. The Queer Prom is described as a vibrant, celebratory, and unashamed experience, offering attendees a chance to celebrate the LGBTQ+ community in their best icon outfits. The event is open to everyone aged 18 and older.</w:t>
      </w:r>
      <w:r/>
    </w:p>
    <w:p>
      <w:pPr>
        <w:pStyle w:val="ListNumber"/>
        <w:spacing w:line="240" w:lineRule="auto"/>
        <w:ind w:left="720"/>
      </w:pPr>
      <w:r/>
      <w:hyperlink r:id="rId11">
        <w:r>
          <w:rPr>
            <w:color w:val="0000EE"/>
            <w:u w:val="single"/>
          </w:rPr>
          <w:t>https://www.athenspride.org/</w:t>
        </w:r>
      </w:hyperlink>
      <w:r>
        <w:t xml:space="preserve"> - Athens Pride &amp; Queer Collective (APQC) is a 501(c)(3) nonprofit organisation dedicated to amplifying queer voices in Athens, Georgia. Since 1998, APQC has strived to create belonging in the community, hosting events and fundraisers to promote support and education outreach to and about the LGBTQ+ community. Their mission includes advancing equity, affirmation, diversity, and wellness for queer populations in the greater Athens area.</w:t>
      </w:r>
      <w:r/>
    </w:p>
    <w:p>
      <w:pPr>
        <w:pStyle w:val="ListNumber"/>
        <w:spacing w:line="240" w:lineRule="auto"/>
        <w:ind w:left="720"/>
      </w:pPr>
      <w:r/>
      <w:hyperlink r:id="rId10">
        <w:r>
          <w:rPr>
            <w:color w:val="0000EE"/>
            <w:u w:val="single"/>
          </w:rPr>
          <w:t>https://www.thisisathens.org/events/athens-pride-2026-its-about-you</w:t>
        </w:r>
      </w:hyperlink>
      <w:r>
        <w:t xml:space="preserve"> - Athens Pride 2026, themed 'It's About You', transforms Syntagma Square into a vibrant celebration for the largest LGBTQI+ festival in Southeast Europe. The event features a mix of passionate locals and international visitors, with a main live stage hosting dynamic performances, live music, and non-stop happenings. The Pride Parade begins at 7 pm, uniting thousands under the declaration that LGBTQI+ rights are human rights and non-negotiable.</w:t>
      </w:r>
      <w:r/>
    </w:p>
    <w:p>
      <w:pPr>
        <w:pStyle w:val="ListNumber"/>
        <w:spacing w:line="240" w:lineRule="auto"/>
        <w:ind w:left="720"/>
      </w:pPr>
      <w:r/>
      <w:hyperlink r:id="rId12">
        <w:r>
          <w:rPr>
            <w:color w:val="0000EE"/>
            <w:u w:val="single"/>
          </w:rPr>
          <w:t>https://flagpole.com/topstory/2026/06/03/pridefest-celebrates-queer-joy-in-downtown-athens/</w:t>
        </w:r>
      </w:hyperlink>
      <w:r>
        <w:t xml:space="preserve"> - Athens Pride &amp; Queer Collective (APQC) hosted its 2026 PrideFest on Saturday, June 6, in downtown Athens. The free event featured a parade, live music, drag performances, and a kids’ zone, plus vendors along Washington Street. Board president Steph Cave emphasised the importance of building community and visibility for queer people in Athens, noting the event's growth to over 5,000 attendees since the first Pride Parade in 2022.</w:t>
      </w:r>
      <w:r/>
    </w:p>
    <w:p>
      <w:pPr>
        <w:pStyle w:val="ListNumber"/>
        <w:spacing w:line="240" w:lineRule="auto"/>
        <w:ind w:left="720"/>
      </w:pPr>
      <w:r/>
      <w:hyperlink r:id="rId14">
        <w:r>
          <w:rPr>
            <w:color w:val="0000EE"/>
            <w:u w:val="single"/>
          </w:rPr>
          <w:t>https://www.hau.gr/en-us/culture/events/2026/queer-con-3-eng</w:t>
        </w:r>
      </w:hyperlink>
      <w:r>
        <w:t xml:space="preserve"> - Queer Con 3, organised by the Hellenic American Union, Comicdom Press, and Mooviereel, took place from September 18 to 20, 2026, at the Theatre and the Hellenic American Union Galleries in Athens. The festival celebrated queer identity, culture, and liberation, with a focus on music. Highlights included the main audiovisual exhibition 'From The Closet, to the Stars', screenings of 'Hedwig and the Angry Inch', and a live Q&amp;A with composer Stamatis Kraounakis.</w:t>
      </w:r>
      <w:r/>
    </w:p>
    <w:p>
      <w:pPr>
        <w:pStyle w:val="ListNumber"/>
        <w:spacing w:line="240" w:lineRule="auto"/>
        <w:ind w:left="720"/>
      </w:pPr>
      <w:r/>
      <w:hyperlink r:id="rId13">
        <w:r>
          <w:rPr>
            <w:color w:val="0000EE"/>
            <w:u w:val="single"/>
          </w:rPr>
          <w:t>https://atlantapride.org/event/pridefest-2026-from-athens-with-pride/</w:t>
        </w:r>
      </w:hyperlink>
      <w:r>
        <w:t xml:space="preserve"> - Athens Pride and Queer Collective announced PrideFest 2026: From Athens, With Pride, combining their annual festival and parade into one monumental event. The festival, open to the public at 3:00 PM and free of charge, featured local queer and affirming resources, vendors, and entertainment. The parade began at 5:00 PM, with vendor tents, food trucks, a kid’s zone, and entertainment until 10:00 PM in downtown Athens.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lagpole.com/calendar-picks/2026/10/07/calendar-pick-apqc-queer-prom/" TargetMode="External"/><Relationship Id="rId10" Type="http://schemas.openxmlformats.org/officeDocument/2006/relationships/hyperlink" Target="https://www.thisisathens.org/events/athens-pride-2026-its-about-you" TargetMode="External"/><Relationship Id="rId11" Type="http://schemas.openxmlformats.org/officeDocument/2006/relationships/hyperlink" Target="https://www.athenspride.org/" TargetMode="External"/><Relationship Id="rId12" Type="http://schemas.openxmlformats.org/officeDocument/2006/relationships/hyperlink" Target="https://flagpole.com/topstory/2026/06/03/pridefest-celebrates-queer-joy-in-downtown-athens/" TargetMode="External"/><Relationship Id="rId13" Type="http://schemas.openxmlformats.org/officeDocument/2006/relationships/hyperlink" Target="https://atlantapride.org/event/pridefest-2026-from-athens-with-pride/" TargetMode="External"/><Relationship Id="rId14" Type="http://schemas.openxmlformats.org/officeDocument/2006/relationships/hyperlink" Target="https://www.hau.gr/en-us/culture/events/2026/queer-con-3-e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