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Cruise Experiences for Socialising at Sea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a relaxed alternative to a full gay cruise charter: join an LGBTQ+ group within a regular Virgin Voyages sailing, then dip in and out of drag shows, themed parties, pool gatherings and Caribbean sunshine. It’s a sociable format that offers community without giving up the wider cruise experience.</w:t>
      </w:r>
      <w:r/>
    </w:p>
    <w:p>
      <w:pPr>
        <w:pStyle w:val="Heading2"/>
      </w:pPr>
      <w:r>
        <w:t>Essential Takeaways</w:t>
      </w:r>
      <w:r/>
      <w:r/>
    </w:p>
    <w:p>
      <w:pPr>
        <w:pStyle w:val="ListBullet"/>
        <w:spacing w:line="240" w:lineRule="auto"/>
        <w:ind w:left="720"/>
      </w:pPr>
      <w:r/>
      <w:r>
        <w:rPr>
          <w:b/>
        </w:rPr>
        <w:t>A flexible format:</w:t>
      </w:r>
      <w:r>
        <w:t xml:space="preserve"> Waves of Pride adds LGBTQ+ events to a standard cruise, rather than taking over the entire ship.</w:t>
      </w:r>
      <w:r/>
    </w:p>
    <w:p>
      <w:pPr>
        <w:pStyle w:val="ListBullet"/>
        <w:spacing w:line="240" w:lineRule="auto"/>
        <w:ind w:left="720"/>
      </w:pPr>
      <w:r/>
      <w:r>
        <w:rPr>
          <w:b/>
        </w:rPr>
        <w:t>Easy introductions:</w:t>
      </w:r>
      <w:r>
        <w:t xml:space="preserve"> Dedicated wristbands help guests spot fellow travellers and start conversations more naturally.</w:t>
      </w:r>
      <w:r/>
    </w:p>
    <w:p>
      <w:pPr>
        <w:pStyle w:val="ListBullet"/>
        <w:spacing w:line="240" w:lineRule="auto"/>
        <w:ind w:left="720"/>
      </w:pPr>
      <w:r/>
      <w:r>
        <w:rPr>
          <w:b/>
        </w:rPr>
        <w:t>Private events matter:</w:t>
      </w:r>
      <w:r>
        <w:t xml:space="preserve"> Drag shows, brunches and themed parties create a stronger sense of community.</w:t>
      </w:r>
      <w:r/>
    </w:p>
    <w:p>
      <w:pPr>
        <w:pStyle w:val="ListBullet"/>
        <w:spacing w:line="240" w:lineRule="auto"/>
        <w:ind w:left="720"/>
      </w:pPr>
      <w:r/>
      <w:r>
        <w:rPr>
          <w:b/>
        </w:rPr>
        <w:t>The wider sailing still counts:</w:t>
      </w:r>
      <w:r>
        <w:t xml:space="preserve"> Guests can enjoy shipwide entertainment, restaurants, nightlife and shore excursions.</w:t>
      </w:r>
      <w:r/>
    </w:p>
    <w:p>
      <w:pPr>
        <w:pStyle w:val="ListBullet"/>
        <w:spacing w:line="240" w:lineRule="auto"/>
        <w:ind w:left="720"/>
      </w:pPr>
      <w:r/>
      <w:r>
        <w:rPr>
          <w:b/>
        </w:rPr>
        <w:t>Small details help:</w:t>
      </w:r>
      <w:r>
        <w:t xml:space="preserve"> Check the ship’s time announcements carefully, especially if your phone changes time zones automatically.</w:t>
      </w:r>
      <w:r/>
      <w:r/>
    </w:p>
    <w:p>
      <w:pPr>
        <w:pStyle w:val="Heading2"/>
      </w:pPr>
      <w:r>
        <w:t>Why this LGBTQ+ cruise format feels different</w:t>
      </w:r>
      <w:r/>
    </w:p>
    <w:p>
      <w:r/>
      <w:r>
        <w:t>The most appealing thing about this LGBTQ+ cruise experience is its middle ground. You get a recognisable community around the ship, but you’re not separated from everyone else on board.</w:t>
      </w:r>
      <w:r/>
    </w:p>
    <w:p>
      <w:r/>
      <w:r>
        <w:t>That distinction matters. A fully chartered gay cruise can offer an enormous, immersive crowd, while a regular sailing may leave solo LGBTQ+ travellers wondering where to begin. According to Virgin Voyages, its LGBTQ+ holidays are designed to be welcoming and inclusive, with the wider onboard experience remaining central to the trip.</w:t>
      </w:r>
      <w:r/>
    </w:p>
    <w:p>
      <w:r/>
      <w:r>
        <w:t>Here, a rainbow wristband does a surprisingly useful job. It acts as a gentle signal rather than a formal introduction, making it easier to spot fellow guests at the pool, in bars or during entertainment. Sometimes a tiny visual cue is all it takes to turn an awkward hello into a holiday friendship.</w:t>
      </w:r>
      <w:r/>
    </w:p>
    <w:p>
      <w:pPr>
        <w:pStyle w:val="Heading2"/>
      </w:pPr>
      <w:r>
        <w:t>Drag shows, brunches and parties bring the group together</w:t>
      </w:r>
      <w:r/>
    </w:p>
    <w:p>
      <w:r/>
      <w:r>
        <w:t>The exclusive programme supplied the emotional centre of the sailing. Guests could move between open-bar gatherings, drag performances, brunch and colourful evening parties, with enough variety to suit both early risers and night owls.</w:t>
      </w:r>
      <w:r/>
    </w:p>
    <w:p>
      <w:r/>
      <w:r>
        <w:t>That mix reflects the broader appeal of LGBTQ+ cruises. Gay Cruise List describes Virgin Voyages as a popular option for LGBTQ+ travellers, partly because of its adult-focused atmosphere and social onboard spaces. The result is less like attending one long event and more like having a lively mini-community woven through the holiday.</w:t>
      </w:r>
      <w:r/>
    </w:p>
    <w:p>
      <w:r/>
      <w:r>
        <w:t>Costumes also helped set the mood. Some guests dressed casually, while others embraced the theme fully, so there was no pressure to arrive looking like a walking parade float. A little sparkle was welcome, but comfortable shoes remained a sensible choice.</w:t>
      </w:r>
      <w:r/>
    </w:p>
    <w:p>
      <w:pPr>
        <w:pStyle w:val="Heading2"/>
      </w:pPr>
      <w:r>
        <w:t>You still get the full Virgin Voyages experience</w:t>
      </w:r>
      <w:r/>
    </w:p>
    <w:p>
      <w:r/>
      <w:r>
        <w:t>Between the dedicated events, the sailing offered the usual pleasures of a Caribbean cruise: pool time, restaurants, nightlife, shipwide parties and warm-water stops. Grand Turk brought beach weather and a relaxed afternoon, while Bimini supplied the familiar combination of sand, swimming and pool-party energy.</w:t>
      </w:r>
      <w:r/>
    </w:p>
    <w:p>
      <w:r/>
      <w:r>
        <w:t>That balance is one of the strongest reasons to choose a group experience within a standard sailing. QueerQruises highlights the importance of LGBTQ+-friendly cruise planning, but travellers also want flexibility once they’re on board. You can join the group for brunch, wander off for dinner, then return for a late-night celebration without feeling as though you’ve missed the whole holiday.</w:t>
      </w:r>
      <w:r/>
    </w:p>
    <w:p>
      <w:r/>
      <w:r>
        <w:t>Virgin Voyages’ Scarlet Night added another layer, with red outfits, performances and a party shared across the ship. It was a useful reminder that the best LGBTQ+ cruise experiences don’t need to make every moment exclusive. Sometimes the fun is being part of the bigger crowd, with your own people nearby.</w:t>
      </w:r>
      <w:r/>
    </w:p>
    <w:p>
      <w:pPr>
        <w:pStyle w:val="Heading2"/>
      </w:pPr>
      <w:r>
        <w:t>How to make the most of a group cruise</w:t>
      </w:r>
      <w:r/>
    </w:p>
    <w:p>
      <w:r/>
      <w:r>
        <w:t>If you’re travelling alone, arrive at the first gathering with an open mind and a simple question ready. Asking where someone’s from or which event they’re looking forward to is enough to get the conversation moving, especially when everyone already has the cruise in common.</w:t>
      </w:r>
      <w:r/>
    </w:p>
    <w:p>
      <w:r/>
      <w:r>
        <w:t>It’s also worth checking what’s included in your package. Private events, drinks, hosted meet-ups and shore arrangements can vary between organisers, so read the details before booking. Rainbow Getaways lists Virgin Voyages among its LGBTQ+-friendly cruise options, but the atmosphere and extras will depend on the specific group sailing.</w:t>
      </w:r>
      <w:r/>
    </w:p>
    <w:p>
      <w:r/>
      <w:r>
        <w:t>For cabins, consider how you naturally sleep. An interior room can be blissfully dark and quiet, but it may give you no clue whether it’s morning or the middle of the night. Disable automatic time-zone changes on your phone, then follow the ship’s announced time. It’s a small adjustment that could save you from arriving at breakfast hours before the kitchen opens.</w:t>
      </w:r>
      <w:r/>
    </w:p>
    <w:p>
      <w:pPr>
        <w:pStyle w:val="Heading2"/>
      </w:pPr>
      <w:r>
        <w:t>Is this the future of LGBTQ+ cruising?</w:t>
      </w:r>
      <w:r/>
    </w:p>
    <w:p>
      <w:r/>
      <w:r>
        <w:t>There’s a growing appetite for holidays that combine community with choice. Paramount Cruises notes that LGBTQ+ cruises can range from dedicated charters to group departures on mainstream sailings, giving travellers more ways to find the atmosphere they want.</w:t>
      </w:r>
      <w:r/>
    </w:p>
    <w:p>
      <w:r/>
      <w:r>
        <w:t>That variety is good news. Some guests will prefer the intensity of a ship filled almost entirely with LGBTQ+ travellers, while others will appreciate a quieter format with a few big social moments. The Waves of Pride model makes space for both: familiar faces when you want them, and the freedom to explore when you don’t.</w:t>
      </w:r>
      <w:r/>
    </w:p>
    <w:p>
      <w:r/>
      <w:r>
        <w:t>For many travellers, that could be the sweet spot. You’re not simply booking a cruise with a Pride-themed party added on; you’re choosing a holiday where meeting people feels easier, without surrendering the pleasure of doing your own thing.</w:t>
      </w:r>
      <w:r/>
    </w:p>
    <w:p>
      <w:r/>
      <w:r>
        <w:rPr>
          <w:b/>
        </w:rPr>
        <w:t>The best LGBTQ+ cruise may be the one that gives you community, sunshine and room to roam.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https://joshrimer.com/waves-of-pride-cruise/</w:t>
        </w:r>
      </w:hyperlink>
      <w:r>
        <w:t xml:space="preserve"> - Please view link - unable to able to access data</w:t>
      </w:r>
      <w:r/>
    </w:p>
    <w:p>
      <w:pPr>
        <w:pStyle w:val="ListNumber"/>
        <w:spacing w:line="240" w:lineRule="auto"/>
        <w:ind w:left="720"/>
      </w:pPr>
      <w:r/>
      <w:hyperlink r:id="rId10">
        <w:r>
          <w:rPr>
            <w:color w:val="0000EE"/>
            <w:u w:val="single"/>
          </w:rPr>
          <w:t>https://www.virginvoyages.com/cruises/travelers/lgbtq-gay-cruise-vacations</w:t>
        </w:r>
      </w:hyperlink>
      <w:r>
        <w:t xml:space="preserve"> - Virgin Voyages offers inclusive cruises designed for LGBTQ+ travelers, featuring adults-only ships, diverse entertainment, and a welcoming atmosphere. Their ships are built with inclusivity in mind, providing a judgment-free environment where guests can be themselves. The company hosts various LGBTQ+ group cruises, including full-ship charters and hosted groups, allowing travelers to choose the community experience they desire. Entertainment options include drag shows, themed parties, and pride-themed events, ensuring a vibrant and engaging experience for all guests. Virgin Voyages sails to LGBTQ+-friendly destinations across the Caribbean, Europe, and beyond, offering a diverse range of experiences for travelers.</w:t>
      </w:r>
      <w:r/>
    </w:p>
    <w:p>
      <w:pPr>
        <w:pStyle w:val="ListNumber"/>
        <w:spacing w:line="240" w:lineRule="auto"/>
        <w:ind w:left="720"/>
      </w:pPr>
      <w:r/>
      <w:hyperlink r:id="rId12">
        <w:r>
          <w:rPr>
            <w:color w:val="0000EE"/>
            <w:u w:val="single"/>
          </w:rPr>
          <w:t>https://gaycruiselist.com/guides/virgin-voyages-gay-cruises</w:t>
        </w:r>
      </w:hyperlink>
      <w:r>
        <w:t xml:space="preserve"> - Gay Cruise List provides a comprehensive guide to Virgin Voyages' LGBTQ+ sailings for 2026–2027, distinguishing between full-ship charters and hosted groups. Virgin Voyages typically offers adults-only, mixed sailings that welcome LGBTQ+ travelers, with the nature of the cruise experience determined by the operator or group chartering the ship. The guide includes a live directory of upcoming sailings, detailing dates, ships, cabin availability, prices, and inclusions, helping travelers choose the type of community experience they prefer onboard.</w:t>
      </w:r>
      <w:r/>
    </w:p>
    <w:p>
      <w:pPr>
        <w:pStyle w:val="ListNumber"/>
        <w:spacing w:line="240" w:lineRule="auto"/>
        <w:ind w:left="720"/>
      </w:pPr>
      <w:r/>
      <w:hyperlink r:id="rId14">
        <w:r>
          <w:rPr>
            <w:color w:val="0000EE"/>
            <w:u w:val="single"/>
          </w:rPr>
          <w:t>https://www.queerqruises.com/</w:t>
        </w:r>
      </w:hyperlink>
      <w:r>
        <w:t xml:space="preserve"> - QueerQruises is a queer-owned travel advisory service specialising in Virgin Voyages cruises. They offer expert guidance and booking perks, ensuring a personalised and inclusive cruise experience for LGBTQ+ travelers. As a certified Virgin Voyages First Mate, QueerQruises provides in-depth knowledge of each ship, restaurant, and hidden gem, assisting clients in finding their perfect voyage. Their services include tailored advice, exclusive booking perks, and a commitment to creating memorable and welcoming travel experiences for the LGBTQ+ community.</w:t>
      </w:r>
      <w:r/>
    </w:p>
    <w:p>
      <w:pPr>
        <w:pStyle w:val="ListNumber"/>
        <w:spacing w:line="240" w:lineRule="auto"/>
        <w:ind w:left="720"/>
      </w:pPr>
      <w:r/>
      <w:hyperlink r:id="rId11">
        <w:r>
          <w:rPr>
            <w:color w:val="0000EE"/>
            <w:u w:val="single"/>
          </w:rPr>
          <w:t>https://www.virginvoyages.com/next/ahoy/stories/celebrate-pride-month-gay-lgbtq-cruises</w:t>
        </w:r>
      </w:hyperlink>
      <w:r>
        <w:t xml:space="preserve"> - Virgin Voyages celebrates Pride Month by offering LGBTQ+-friendly cruises that extend beyond a single month, integrating inclusivity into their brand identity. The company has a history of supporting the LGBTQ+ community, including chartering ships for special LGBTQ+ voyages and hosting Pride activations. Their cruises feature onboard social events, gay-friendly destinations, and a culture of inclusivity, providing a welcoming environment for all guests to celebrate Pride Month and beyond.</w:t>
      </w:r>
      <w:r/>
    </w:p>
    <w:p>
      <w:pPr>
        <w:pStyle w:val="ListNumber"/>
        <w:spacing w:line="240" w:lineRule="auto"/>
        <w:ind w:left="720"/>
      </w:pPr>
      <w:r/>
      <w:hyperlink r:id="rId13">
        <w:r>
          <w:rPr>
            <w:color w:val="0000EE"/>
            <w:u w:val="single"/>
          </w:rPr>
          <w:t>https://www.rainbowgetaways.net/cruises/virgin-voyages</w:t>
        </w:r>
      </w:hyperlink>
      <w:r>
        <w:t xml:space="preserve"> - Rainbow Getaways curates modern, inclusive cruises for LGBTQ+ travelers with Virgin Voyages. They offer stylish, adults-only ships, inclusive experiences, and a vibrant atmosphere where LGBTQ+ travelers and allies can celebrate, explore, and relax. Rainbow Getaways provides expert advice, insider tips, and exclusive booking perks, ensuring a memorable and welcoming cruise experience. Their services include tailored cruise packages, guidance on ship amenities, and assistance in selecting the perfect voyage for each traveler.</w:t>
      </w:r>
      <w:r/>
    </w:p>
    <w:p>
      <w:pPr>
        <w:pStyle w:val="ListNumber"/>
        <w:spacing w:line="240" w:lineRule="auto"/>
        <w:ind w:left="720"/>
      </w:pPr>
      <w:r/>
      <w:hyperlink r:id="rId15">
        <w:r>
          <w:rPr>
            <w:color w:val="0000EE"/>
            <w:u w:val="single"/>
          </w:rPr>
          <w:t>https://www.paramountcruises.com/cruise-styles/lgbt-cruises</w:t>
        </w:r>
      </w:hyperlink>
      <w:r>
        <w:t xml:space="preserve"> - Paramount Cruises offers LGBTQ+ cruise holidays, catering to gay and lesbian travelers with tailor-made and queer-friendly cruise packages. They collaborate with cruise lines like Virgin Voyages, which is known for its inclusive and vibrant atmosphere, to provide unforgettable experiences. Paramount Cruises focuses on promoting diversity and inclusivity, ensuring that LGBTQ+ travelers have access to welcoming and enjoyable cruise options. Their services include customised itineraries, expert advice, and support in selecting the ideal cruise holiday.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shrimer.com/waves-of-pride-cruise/" TargetMode="External"/><Relationship Id="rId10" Type="http://schemas.openxmlformats.org/officeDocument/2006/relationships/hyperlink" Target="https://www.virginvoyages.com/cruises/travelers/lgbtq-gay-cruise-vacations" TargetMode="External"/><Relationship Id="rId11" Type="http://schemas.openxmlformats.org/officeDocument/2006/relationships/hyperlink" Target="https://www.virginvoyages.com/next/ahoy/stories/celebrate-pride-month-gay-lgbtq-cruises" TargetMode="External"/><Relationship Id="rId12" Type="http://schemas.openxmlformats.org/officeDocument/2006/relationships/hyperlink" Target="https://gaycruiselist.com/guides/virgin-voyages-gay-cruises" TargetMode="External"/><Relationship Id="rId13" Type="http://schemas.openxmlformats.org/officeDocument/2006/relationships/hyperlink" Target="https://www.rainbowgetaways.net/cruises/virgin-voyages" TargetMode="External"/><Relationship Id="rId14" Type="http://schemas.openxmlformats.org/officeDocument/2006/relationships/hyperlink" Target="https://www.queerqruises.com/" TargetMode="External"/><Relationship Id="rId15" Type="http://schemas.openxmlformats.org/officeDocument/2006/relationships/hyperlink" Target="https://www.paramountcruises.com/cruise-styles/lgbt-crui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