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Las Vegas Pride 2026 events for an unforgettable October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and locals are preparing for Las Vegas Pride 2026, with parades, drag shows, community festivals and late-night parties taking over the city in October. The cooler desert weather makes the timing especially appealing, while a packed programme offers everything from family-friendly daytime gatherings to glittering Strip entertainment and fundraising events.</w:t>
      </w:r>
      <w:r/>
    </w:p>
    <w:p>
      <w:pPr>
        <w:pStyle w:val="Heading2"/>
      </w:pPr>
      <w:r>
        <w:t>Essential Takeaways</w:t>
      </w:r>
      <w:r/>
      <w:r/>
    </w:p>
    <w:p>
      <w:pPr>
        <w:pStyle w:val="ListBullet"/>
        <w:spacing w:line="240" w:lineRule="auto"/>
        <w:ind w:left="720"/>
      </w:pPr>
      <w:r/>
      <w:r>
        <w:rPr>
          <w:b/>
        </w:rPr>
        <w:t>October timing:</w:t>
      </w:r>
      <w:r>
        <w:t xml:space="preserve"> Las Vegas Pride moves into the cooler season, making outdoor celebrations more comfortable.</w:t>
      </w:r>
      <w:r/>
    </w:p>
    <w:p>
      <w:pPr>
        <w:pStyle w:val="ListBullet"/>
        <w:spacing w:line="240" w:lineRule="auto"/>
        <w:ind w:left="720"/>
      </w:pPr>
      <w:r/>
      <w:r>
        <w:rPr>
          <w:b/>
        </w:rPr>
        <w:t>Major parade:</w:t>
      </w:r>
      <w:r>
        <w:t xml:space="preserve"> The free Pride Night Parade begins downtown on Friday, 9 October 2026.</w:t>
      </w:r>
      <w:r/>
    </w:p>
    <w:p>
      <w:pPr>
        <w:pStyle w:val="ListBullet"/>
        <w:spacing w:line="240" w:lineRule="auto"/>
        <w:ind w:left="720"/>
      </w:pPr>
      <w:r/>
      <w:r>
        <w:rPr>
          <w:b/>
        </w:rPr>
        <w:t>Big weekend events:</w:t>
      </w:r>
      <w:r>
        <w:t xml:space="preserve"> Rainbow Rave, Pride on Paradise and the community festival offer different ways to celebrate.</w:t>
      </w:r>
      <w:r/>
    </w:p>
    <w:p>
      <w:pPr>
        <w:pStyle w:val="ListBullet"/>
        <w:spacing w:line="240" w:lineRule="auto"/>
        <w:ind w:left="720"/>
      </w:pPr>
      <w:r/>
      <w:r>
        <w:rPr>
          <w:b/>
        </w:rPr>
        <w:t>Drag entertainment:</w:t>
      </w:r>
      <w:r>
        <w:t xml:space="preserve"> RuPaul's Drag Race Live!, drag brunches and Drag Bingo bring plenty of stage sparkle.</w:t>
      </w:r>
      <w:r/>
    </w:p>
    <w:p>
      <w:pPr>
        <w:pStyle w:val="ListBullet"/>
        <w:spacing w:line="240" w:lineRule="auto"/>
        <w:ind w:left="720"/>
      </w:pPr>
      <w:r/>
      <w:r>
        <w:rPr>
          <w:b/>
        </w:rPr>
        <w:t>Giving back:</w:t>
      </w:r>
      <w:r>
        <w:t xml:space="preserve"> Several promotions and attractions support Las Vegas Pride and local LGBTQ+ organisations.</w:t>
      </w:r>
      <w:r/>
      <w:r/>
    </w:p>
    <w:p>
      <w:pPr>
        <w:pStyle w:val="Heading2"/>
      </w:pPr>
      <w:r>
        <w:t>Why October is the perfect time for Las Vegas Pride</w:t>
      </w:r>
      <w:r/>
    </w:p>
    <w:p>
      <w:r/>
      <w:r>
        <w:t>Las Vegas Pride has one major advantage over many summer celebrations: it doesn't ask visitors to party beneath the fiercest desert sun. By shifting the main programme to October, the event creates a more comfortable setting for outdoor parades, block parties and pool gatherings, while the city still feels gloriously switched on.</w:t>
      </w:r>
      <w:r/>
    </w:p>
    <w:p>
      <w:r/>
      <w:r>
        <w:t>The wider Las Vegas Pride calendar combines civic celebration with the city's famously theatrical nightlife. According to Las Vegas Pride and local event listings, the 2026 programme is spread across downtown, the Strip, AREA15, the Fruit Loop District and Henderson, so visitors can build a weekend around the experiences they enjoy most.</w:t>
      </w:r>
      <w:r/>
    </w:p>
    <w:p>
      <w:r/>
      <w:r>
        <w:t>For anyone planning a trip, that variety matters. A first-time visitor might want the parade and festival, while returning guests could focus on drag brunch, live shows or the more club-led events.</w:t>
      </w:r>
      <w:r/>
    </w:p>
    <w:p>
      <w:pPr>
        <w:pStyle w:val="Heading2"/>
      </w:pPr>
      <w:r>
        <w:t>The Pride Night Parade starts the celebrations</w:t>
      </w:r>
      <w:r/>
    </w:p>
    <w:p>
      <w:r/>
      <w:r>
        <w:t>The 2026 Las Vegas PRIDE Night Parade begins at 6pm on Friday, 9 October, in downtown Las Vegas. The free event runs between 4th Street and Bridger Avenue, giving visitors an easy, high-energy introduction to the weekend and a chance to see local organisations, performers and supporters fill the streets.</w:t>
      </w:r>
      <w:r/>
    </w:p>
    <w:p>
      <w:r/>
      <w:r>
        <w:t>Afterwards, the official afterparty continues at The Phoenix Bar and Lounge. It makes for a natural progression, especially for adults who want to move from a public celebration into a livelier evening setting. Event information from Las Vegas Pride and Vegas event guides identifies the parade as one of the central fixtures of the 2026 programme.</w:t>
      </w:r>
      <w:r/>
    </w:p>
    <w:p>
      <w:r/>
      <w:r>
        <w:t>The timing also connects with National Coming Out Day weekend, adding a strong community focus to the festivities. Arrive early if you want a good viewing position, and check the latest organiser guidance before travelling, as access arrangements and timings can change.</w:t>
      </w:r>
      <w:r/>
    </w:p>
    <w:p>
      <w:pPr>
        <w:pStyle w:val="Heading2"/>
      </w:pPr>
      <w:r>
        <w:t>Rainbow Rave and Pride on Paradise bring different energy</w:t>
      </w:r>
      <w:r/>
    </w:p>
    <w:p>
      <w:r/>
      <w:r>
        <w:t>Saturday, 10 October, offers two distinctly different ways to celebrate. The Las Vegas PRIDE Rainbow Rave begins at 9pm at the AREA15 A-lot, with performances including Disco Fries and a late-night atmosphere designed for dancing.</w:t>
      </w:r>
      <w:r/>
    </w:p>
    <w:p>
      <w:r/>
      <w:r>
        <w:t>Earlier that day, Pride on Paradise returns to the Fruit Loop District from 5pm. This all-ages outdoor block party is centred on visibility, community and celebration, making it a better choice for visitors who want a daytime event with a broad welcome.</w:t>
      </w:r>
      <w:r/>
    </w:p>
    <w:p>
      <w:r/>
      <w:r>
        <w:t>That contrast is part of the appeal. Las Vegas Pride isn't one single kind of night out, and the 2026 schedule gives visitors room to choose between family-friendly programming, live music and a full-volume party atmosphere. Local Pride listings and community event guides highlight both gatherings as key National Coming Out Day weekend events.</w:t>
      </w:r>
      <w:r/>
    </w:p>
    <w:p>
      <w:pPr>
        <w:pStyle w:val="Heading2"/>
      </w:pPr>
      <w:r>
        <w:t>The community festival keeps local voices centre stage</w:t>
      </w:r>
      <w:r/>
    </w:p>
    <w:p>
      <w:r/>
      <w:r>
        <w:t>The Las Vegas PRIDE Community Festival takes place from noon on Saturday, 17 October, at Desert Breeze Event Center. The event is expected to combine entertainment with community participation and a platform for local voices, making it an important part of the calendar beyond the Strip's showier attractions.</w:t>
      </w:r>
      <w:r/>
    </w:p>
    <w:p>
      <w:r/>
      <w:r>
        <w:t>Visitors aged 21 and over can continue to the official afterparty at The Phoenix Bar and Lounge. That pairing gives the day a useful rhythm: spend the afternoon at the festival, then decide whether to keep going once the evening begins.</w:t>
      </w:r>
      <w:r/>
    </w:p>
    <w:p>
      <w:r/>
      <w:r>
        <w:t>The festival is also a good option for travellers who want more than nightlife. According to published Las Vegas Pride event information and local listings, the programme is built around celebration and community amplification, so it offers a fuller picture of the city beyond its headline shows.</w:t>
      </w:r>
      <w:r/>
    </w:p>
    <w:p>
      <w:pPr>
        <w:pStyle w:val="Heading2"/>
      </w:pPr>
      <w:r>
        <w:t>Drag shows, bingo and brunch add plenty of sparkle</w:t>
      </w:r>
      <w:r/>
    </w:p>
    <w:p>
      <w:r/>
      <w:r>
        <w:t>At Gatsby's Cocktail Lounge inside Resorts World Las Vegas, Drag Bingo arrives on Thursday, 8 October, at 8pm. Hosted by Jaymes Mansfield, the evening includes several bingo rounds, audience interaction, prizes and a rainbow cocktail flight. It's a playful choice for visitors who prefer a social evening with a little competitive mischief.</w:t>
      </w:r>
      <w:r/>
    </w:p>
    <w:p>
      <w:r/>
      <w:r>
        <w:t>The Strip's biggest drag attraction remains RuPaul's Drag Race Live! at Flamingo Las Vegas. With a rotating cast of queens from the television series, the production delivers polished costumes, comedy, choreography and the kind of bright theatricality that Las Vegas does particularly well.</w:t>
      </w:r>
      <w:r/>
    </w:p>
    <w:p>
      <w:r/>
      <w:r>
        <w:t>There are also regular brunch options throughout October. Hard Rock Cafe Las Vegas continues its long-running drag brunch, while Gipsy and Hamburger Mary's offer their own weekend performances, DJs, comedy and lip-sync-led entertainment. Event round-ups from local Las Vegas guides and Pride resources suggest booking popular shows early, particularly for weekend dates.</w:t>
      </w:r>
      <w:r/>
    </w:p>
    <w:p>
      <w:pPr>
        <w:pStyle w:val="Heading2"/>
      </w:pPr>
      <w:r>
        <w:t>Pride offers make it easier to support the community</w:t>
      </w:r>
      <w:r/>
    </w:p>
    <w:p>
      <w:r/>
      <w:r>
        <w:t>Some of the most appealing 2026 promotions combine a colourful experience with a direct contribution. Omega Mart at AREA15 is bringing back Rainbow Wash, a plushie, pin and drink experience supporting Pride Tree and the LGBTQ+ Center of Las Vegas.</w:t>
      </w:r>
      <w:r/>
    </w:p>
    <w:p>
      <w:r/>
      <w:r>
        <w:t>Chicken N' Pickle in Henderson is also donating a portion of selected beverage sales to Las Vegas Pride from 16 to 31 October. Meanwhile, SAHARA Las Vegas hosts Pride pool events at the Retro Pool, with half of ticket proceeds going to Pride.</w:t>
      </w:r>
      <w:r/>
    </w:p>
    <w:p>
      <w:r/>
      <w:r>
        <w:t>There are lighter retail and food options too. Miracle Mile Shops promotions include discounts at Inspiration Co., while Puffy Cotton Candy is offering rainbow-themed treats and cakes. They may be small purchases, but they add an easy, cheerful way to take part, especially if you're exploring the city between larger events.</w:t>
      </w:r>
      <w:r/>
    </w:p>
    <w:p>
      <w:r/>
      <w:r>
        <w:t>For a weekend itinerary, the simplest approach is to mix one major event with one supporting activation each day. That way, you get the parade or festival without rushing through every bar, show and pop-up in town.</w:t>
      </w:r>
      <w:r/>
    </w:p>
    <w:p>
      <w:r/>
      <w:r>
        <w:t>Las Vegas Pride 2026 promises a bright, welcoming October packed with community, performance and plenty of desert-night energy.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2">
        <w:r>
          <w:rPr>
            <w:color w:val="0000EE"/>
            <w:u w:val="single"/>
          </w:rPr>
          <w:t>[3]</w:t>
        </w:r>
      </w:hyperlink>
      <w:r>
        <w:t xml:space="preserve">, </w:t>
      </w:r>
      <w:hyperlink r:id="rId11">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[4]</w:t>
        </w:r>
      </w:hyperlink>
      <w:r>
        <w:t xml:space="preserve">, </w:t>
      </w:r>
      <w:hyperlink r:id="rId13">
        <w:r>
          <w:rPr>
            <w:color w:val="0000EE"/>
            <w:u w:val="single"/>
          </w:rPr>
          <w:t>[5]</w:t>
        </w:r>
      </w:hyperlink>
      <w:r>
        <w:t xml:space="preserve">- Paragraph 8: </w:t>
      </w:r>
      <w:hyperlink r:id="rId12">
        <w:r>
          <w:rPr>
            <w:color w:val="0000EE"/>
            <w:u w:val="single"/>
          </w:rPr>
          <w:t>[3]</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1">
        <w:r>
          <w:rPr>
            <w:color w:val="0000EE"/>
            <w:u w:val="single"/>
          </w:rPr>
          <w:t>[4]</w:t>
        </w:r>
      </w:hyperlink>
      <w:r>
        <w:t xml:space="preserve">, </w:t>
      </w:r>
      <w:hyperlink r:id="rId14">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1">
        <w:r>
          <w:rPr>
            <w:color w:val="0000EE"/>
            <w:u w:val="single"/>
          </w:rPr>
          <w:t>[4]</w:t>
        </w:r>
      </w:hyperlink>
      <w:r>
        <w:t xml:space="preserve">, </w:t>
      </w:r>
      <w:hyperlink r:id="rId15">
        <w:r>
          <w:rPr>
            <w:color w:val="0000EE"/>
            <w:u w:val="single"/>
          </w:rPr>
          <w:t>[7]</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5">
        <w:r>
          <w:rPr>
            <w:color w:val="0000EE"/>
            <w:u w:val="single"/>
          </w:rPr>
          <w:t>[7]</w:t>
        </w:r>
      </w:hyperlink>
      <w:r>
        <w:t xml:space="preserve">- Paragraph 16: </w:t>
      </w:r>
      <w:hyperlink r:id="rId12">
        <w:r>
          <w:rPr>
            <w:color w:val="0000EE"/>
            <w:u w:val="single"/>
          </w:rPr>
          <w:t>[3]</w:t>
        </w:r>
      </w:hyperlink>
      <w:r>
        <w:t xml:space="preserve">, </w:t>
      </w:r>
      <w:hyperlink r:id="rId11">
        <w:r>
          <w:rPr>
            <w:color w:val="0000EE"/>
            <w:u w:val="single"/>
          </w:rPr>
          <w:t>[4]</w:t>
        </w:r>
      </w:hyperlink>
      <w:r>
        <w:t xml:space="preserve">- Paragraph 17: </w:t>
      </w:r>
      <w:hyperlink r:id="rId13">
        <w:r>
          <w:rPr>
            <w:color w:val="0000EE"/>
            <w:u w:val="single"/>
          </w:rPr>
          <w:t>[5]</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4">
        <w:r>
          <w:rPr>
            <w:color w:val="0000EE"/>
            <w:u w:val="single"/>
          </w:rPr>
          <w:t>[6]</w:t>
        </w:r>
      </w:hyperlink>
      <w:r>
        <w:t xml:space="preserve">- Paragraph 19: </w:t>
      </w:r>
      <w:hyperlink r:id="rId12">
        <w:r>
          <w:rPr>
            <w:color w:val="0000EE"/>
            <w:u w:val="single"/>
          </w:rPr>
          <w:t>[3]</w:t>
        </w:r>
      </w:hyperlink>
      <w:r>
        <w:t xml:space="preserve">, </w:t>
      </w:r>
      <w:hyperlink r:id="rId15">
        <w:r>
          <w:rPr>
            <w:color w:val="0000EE"/>
            <w:u w:val="single"/>
          </w:rPr>
          <w:t>[7]</w:t>
        </w:r>
      </w:hyperlink>
      <w:r>
        <w:t xml:space="preserve">- Paragraph 20: </w:t>
      </w:r>
      <w:hyperlink r:id="rId11">
        <w:r>
          <w:rPr>
            <w:color w:val="0000EE"/>
            <w:u w:val="single"/>
          </w:rPr>
          <w:t>[4]</w:t>
        </w:r>
      </w:hyperlink>
      <w:r>
        <w:t xml:space="preserve">, </w:t>
      </w:r>
      <w:hyperlink r:id="rId13">
        <w:r>
          <w:rPr>
            <w:color w:val="0000EE"/>
            <w:u w:val="single"/>
          </w:rPr>
          <w:t>[5]</w:t>
        </w:r>
      </w:hyperlink>
      <w:r>
        <w:t xml:space="preserve">- Paragraph 21: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https://www.vacationer.travel/whats-on-for-vegas-pride-2026/</w:t>
        </w:r>
      </w:hyperlink>
      <w:r>
        <w:t xml:space="preserve"> - Please view link - unable to able to access data</w:t>
      </w:r>
      <w:r/>
    </w:p>
    <w:p>
      <w:pPr>
        <w:pStyle w:val="ListNumber"/>
        <w:spacing w:line="240" w:lineRule="auto"/>
        <w:ind w:left="720"/>
      </w:pPr>
      <w:r/>
      <w:hyperlink r:id="rId10">
        <w:r>
          <w:rPr>
            <w:color w:val="0000EE"/>
            <w:u w:val="single"/>
          </w:rPr>
          <w:t>https://www.lasvegaspride.org/organizer/las-vegas-pride/</w:t>
        </w:r>
      </w:hyperlink>
      <w:r>
        <w:t xml:space="preserve"> - The official Las Vegas PRIDE website provides comprehensive information about the 2026 PRIDE events, including the Night Parade on October 9, 2026, at 6:00 pm in downtown Las Vegas. The parade's main stage is located at the intersection of 4th Street and Bridger Avenue, featuring beverage stations, food trucks, and exhibitors at the Block Party on 4th Street. The Parade Pre-Show begins at 6 pm, leading up to the start of the parade at 7 pm.</w:t>
      </w:r>
      <w:r/>
    </w:p>
    <w:p>
      <w:pPr>
        <w:pStyle w:val="ListNumber"/>
        <w:spacing w:line="240" w:lineRule="auto"/>
        <w:ind w:left="720"/>
      </w:pPr>
      <w:r/>
      <w:hyperlink r:id="rId12">
        <w:r>
          <w:rPr>
            <w:color w:val="0000EE"/>
            <w:u w:val="single"/>
          </w:rPr>
          <w:t>https://lasvegaspride.org/2026/04/02/festival-guide-2026/</w:t>
        </w:r>
      </w:hyperlink>
      <w:r>
        <w:t xml:space="preserve"> - The Las Vegas PRIDE Festival Guide 2026 outlines the festival's schedule and activities. The festival is set for October 17, 2026, from noon to 10:00 pm PDT at the Desert Breeze Events Center. It is a family-friendly, PG-rated experience until 7:00 pm, after which PRIDE After-Dark begins, featuring adult language on stages and not recommended for children. The event is smoke and substance-free, and pets are welcome on fixed leashes.</w:t>
      </w:r>
      <w:r/>
    </w:p>
    <w:p>
      <w:pPr>
        <w:pStyle w:val="ListNumber"/>
        <w:spacing w:line="240" w:lineRule="auto"/>
        <w:ind w:left="720"/>
      </w:pPr>
      <w:r/>
      <w:hyperlink r:id="rId11">
        <w:r>
          <w:rPr>
            <w:color w:val="0000EE"/>
            <w:u w:val="single"/>
          </w:rPr>
          <w:t>https://www.inclusivity.org/pride/las-vegas-pride</w:t>
        </w:r>
      </w:hyperlink>
      <w:r>
        <w:t xml:space="preserve"> - Inclusivity.org provides an overview of Las Vegas PRIDE 2026, highlighting the dates from October 9-17, 2026, in downtown Las Vegas, with the parade at 4th Street and Bridger Avenue. The events include a parade, festival, pool parties, and hikes. Las Vegas PRIDE is organized by the Southern Nevada Association of PRIDE, Inc., which also publishes Las Vegas PRIDE Magazine, a nonprofit community resource featuring local LGBTQ+ artists, faith leaders, and community figures.</w:t>
      </w:r>
      <w:r/>
    </w:p>
    <w:p>
      <w:pPr>
        <w:pStyle w:val="ListNumber"/>
        <w:spacing w:line="240" w:lineRule="auto"/>
        <w:ind w:left="720"/>
      </w:pPr>
      <w:r/>
      <w:hyperlink r:id="rId13">
        <w:r>
          <w:rPr>
            <w:color w:val="0000EE"/>
            <w:u w:val="single"/>
          </w:rPr>
          <w:t>https://everyday.vegas/events/las-vegas-pride-festival/</w:t>
        </w:r>
      </w:hyperlink>
      <w:r>
        <w:t xml:space="preserve"> - Everyday.vegas details the Las Vegas PRIDE Festival, scheduled for October 17, 2026, at the Desert Breeze Events Center. The festival offers a full day of live entertainment, food, community organizations, vendors, and activities celebrating Southern Nevada’s LGBTQIA+ community. The outdoor festival runs from 12:00 pm to 10:00 pm and welcomes LGBTQIA+ families, couples, singles, friends, and allies. Entertainment is a major part of the festival, with performances and programming scheduled across the festival stages.</w:t>
      </w:r>
      <w:r/>
    </w:p>
    <w:p>
      <w:pPr>
        <w:pStyle w:val="ListNumber"/>
        <w:spacing w:line="240" w:lineRule="auto"/>
        <w:ind w:left="720"/>
      </w:pPr>
      <w:r/>
      <w:hyperlink r:id="rId14">
        <w:r>
          <w:rPr>
            <w:color w:val="0000EE"/>
            <w:u w:val="single"/>
          </w:rPr>
          <w:t>https://www.vegas4locals.com/event/las-vegas-pride-festival-2026-2/</w:t>
        </w:r>
      </w:hyperlink>
      <w:r>
        <w:t xml:space="preserve"> - Vegas4Locals.com provides information about the Las Vegas PRIDE Festival 2026, taking place on October 17 at the Desert Breeze Events Center. The festival is a family-friendly, PG-rated experience until 7:00 pm, after which PRIDE After-Dark begins, featuring adult language on stages and not recommended for children. The event is smoke and substance-free, and pets are welcome on fixed leashes. The festival offers a full day of entertainment, community resources, exhibitors, and fun.</w:t>
      </w:r>
      <w:r/>
    </w:p>
    <w:p>
      <w:pPr>
        <w:pStyle w:val="ListNumber"/>
        <w:spacing w:line="240" w:lineRule="auto"/>
        <w:ind w:left="720"/>
      </w:pPr>
      <w:r/>
      <w:hyperlink r:id="rId15">
        <w:r>
          <w:rPr>
            <w:color w:val="0000EE"/>
            <w:u w:val="single"/>
          </w:rPr>
          <w:t>https://www.thepridetreelv.com/events</w:t>
        </w:r>
      </w:hyperlink>
      <w:r>
        <w:t xml:space="preserve"> - The Pride Tree's events page invites participants to join them in walking, rolling, and celebrating together at the Las Vegas PRIDE Night Parade on October 9, 2026. The parade begins at 7:00 pm in downtown Las Vegas, with participants checking in at their assigned staging areas between 5:30–6:00 pm. The parade route is approximately 1–1.1 miles along paved downtown streets. Walking, wheelchairs, and mobility devices are welcome, but no motorized vehicles are permitted, except for electric wheelchairs and mobility scooters.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acationer.travel/whats-on-for-vegas-pride-2026/" TargetMode="External"/><Relationship Id="rId10" Type="http://schemas.openxmlformats.org/officeDocument/2006/relationships/hyperlink" Target="https://www.lasvegaspride.org/organizer/las-vegas-pride/" TargetMode="External"/><Relationship Id="rId11" Type="http://schemas.openxmlformats.org/officeDocument/2006/relationships/hyperlink" Target="https://www.inclusivity.org/pride/las-vegas-pride" TargetMode="External"/><Relationship Id="rId12" Type="http://schemas.openxmlformats.org/officeDocument/2006/relationships/hyperlink" Target="https://lasvegaspride.org/2026/04/02/festival-guide-2026/" TargetMode="External"/><Relationship Id="rId13" Type="http://schemas.openxmlformats.org/officeDocument/2006/relationships/hyperlink" Target="https://everyday.vegas/events/las-vegas-pride-festival/" TargetMode="External"/><Relationship Id="rId14" Type="http://schemas.openxmlformats.org/officeDocument/2006/relationships/hyperlink" Target="https://www.vegas4locals.com/event/las-vegas-pride-festival-2026-2/" TargetMode="External"/><Relationship Id="rId15" Type="http://schemas.openxmlformats.org/officeDocument/2006/relationships/hyperlink" Target="https://www.thepridetreelv.com/ev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