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Bears Sitges Week 2026 Highlights for LGBTQ+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from around the world gathered on Spain's coast for Bears Sitges Week 2026, a ten-day celebration marking the event's 25th anniversary. With beach gatherings, lively nightlife, community events and a memorable Mister Bears Sitges winner, the festival once again showed why it remains a standout LGBTQ+ travel experience.</w:t>
      </w:r>
      <w:r/>
    </w:p>
    <w:p>
      <w:pPr>
        <w:pStyle w:val="Heading2"/>
      </w:pPr>
      <w:r>
        <w:t>Essential Takeaways</w:t>
      </w:r>
      <w:r/>
      <w:r/>
    </w:p>
    <w:p>
      <w:pPr>
        <w:pStyle w:val="ListBullet"/>
        <w:spacing w:line="240" w:lineRule="auto"/>
        <w:ind w:left="720"/>
      </w:pPr>
      <w:r/>
      <w:r>
        <w:rPr>
          <w:b/>
        </w:rPr>
        <w:t>A major anniversary:</w:t>
      </w:r>
      <w:r>
        <w:t xml:space="preserve"> Bears Sitges Week celebrated its 25th year with ten days of events in September 2026.</w:t>
      </w:r>
      <w:r/>
    </w:p>
    <w:p>
      <w:pPr>
        <w:pStyle w:val="ListBullet"/>
        <w:spacing w:line="240" w:lineRule="auto"/>
        <w:ind w:left="720"/>
      </w:pPr>
      <w:r/>
      <w:r>
        <w:rPr>
          <w:b/>
        </w:rPr>
        <w:t>A truly international crowd:</w:t>
      </w:r>
      <w:r>
        <w:t xml:space="preserve"> Bears, chasers, chubs, daddies, muscle bears and allies travelled to Sitges from across the globe.</w:t>
      </w:r>
      <w:r/>
    </w:p>
    <w:p>
      <w:pPr>
        <w:pStyle w:val="ListBullet"/>
        <w:spacing w:line="240" w:lineRule="auto"/>
        <w:ind w:left="720"/>
      </w:pPr>
      <w:r/>
      <w:r>
        <w:rPr>
          <w:b/>
        </w:rPr>
        <w:t>The seafront stayed central:</w:t>
      </w:r>
      <w:r>
        <w:t xml:space="preserve"> The free Village beside the Mediterranean provided a relaxed daytime meeting point.</w:t>
      </w:r>
      <w:r/>
    </w:p>
    <w:p>
      <w:pPr>
        <w:pStyle w:val="ListBullet"/>
        <w:spacing w:line="240" w:lineRule="auto"/>
        <w:ind w:left="720"/>
      </w:pPr>
      <w:r/>
      <w:r>
        <w:rPr>
          <w:b/>
        </w:rPr>
        <w:t>Nightlife remained a big draw:</w:t>
      </w:r>
      <w:r>
        <w:t xml:space="preserve"> Bear Alley, themed parties and the town's famous terraces kept the atmosphere buzzing after dark.</w:t>
      </w:r>
      <w:r/>
    </w:p>
    <w:p>
      <w:pPr>
        <w:pStyle w:val="ListBullet"/>
        <w:spacing w:line="240" w:lineRule="auto"/>
        <w:ind w:left="720"/>
      </w:pPr>
      <w:r/>
      <w:r>
        <w:rPr>
          <w:b/>
        </w:rPr>
        <w:t>A memorable titleholder:</w:t>
      </w:r>
      <w:r>
        <w:t xml:space="preserve"> Ernest, a 57-year-old local doctor, won Mister Bears Sitges 2026 with an energetic performance and an uplifting message about age.</w:t>
      </w:r>
      <w:r/>
      <w:r/>
    </w:p>
    <w:p>
      <w:pPr>
        <w:pStyle w:val="Heading2"/>
      </w:pPr>
      <w:r>
        <w:t>Sitges turns 25 years of bear culture into a full-town celebration</w:t>
      </w:r>
      <w:r/>
    </w:p>
    <w:p>
      <w:r/>
      <w:r>
        <w:t>The strongest impression from Bears Sitges Week 2026 was its scale. For ten days, Sitges became a bright, sociable meeting place where the Mediterranean breeze, crowded terraces and easy-going humour blended into one enormous community gathering.</w:t>
      </w:r>
      <w:r/>
    </w:p>
    <w:p>
      <w:r/>
      <w:r>
        <w:t>The anniversary edition ran from 3 to 13 September, with organisers highlighting friendship, diversity and inclusion throughout the programme. Local tourism listings also presented the festival as a key fixture in Sitges' LGBTQ+ calendar, helping explain why visitors continue to return year after year.</w:t>
      </w:r>
      <w:r/>
    </w:p>
    <w:p>
      <w:r/>
      <w:r>
        <w:t>That sense of continuity matters. Plenty of events can attract a crowd once, but Bears Sitges has built a reputation around familiarity as much as spectacle. For returning guests, it's a chance to reconnect; for first-timers, it can feel like arriving in a town where everyone already knows how to have a good time.</w:t>
      </w:r>
      <w:r/>
    </w:p>
    <w:p>
      <w:pPr>
        <w:pStyle w:val="Heading2"/>
      </w:pPr>
      <w:r>
        <w:t>From Bear Alley to the Mediterranean Village</w:t>
      </w:r>
      <w:r/>
    </w:p>
    <w:p>
      <w:r/>
      <w:r>
        <w:t>During the day, the free Village along the seafront offered a natural hub for meeting friends, browsing stalls and taking in the view. The setting does a lot of the work: warm light, sea air and the gentle clatter of a busy promenade make even an unplanned stop feel like part of the holiday.</w:t>
      </w:r>
      <w:r/>
    </w:p>
    <w:p>
      <w:r/>
      <w:r>
        <w:t>The official programme also spread activity across the town. Bear Alley brought together bars and venues, while the terraces around Judgement Square offered the sort of people-watching that Sitges does particularly well. According to local event information, the week included a broad mix of activities designed to keep visitors moving between the seafront, beaches and town centre.</w:t>
      </w:r>
      <w:r/>
    </w:p>
    <w:p>
      <w:r/>
      <w:r>
        <w:t>The Market added a retail element, with products linked to bear culture and the wider community. It was a useful reminder that this isn't just a sequence of parties. There's a social, creative and commercial side to the festival too, with independent sellers and community-focused businesses benefiting from the influx.</w:t>
      </w:r>
      <w:r/>
    </w:p>
    <w:p>
      <w:pPr>
        <w:pStyle w:val="Heading2"/>
      </w:pPr>
      <w:r>
        <w:t>Why Bears Sitges Week remains such a popular LGBTQ+ travel event</w:t>
      </w:r>
      <w:r/>
    </w:p>
    <w:p>
      <w:r/>
      <w:r>
        <w:t>Sitges has long been associated with LGBTQ+ tourism, and that history gives Bears Sitges Week a ready-made sense of place. The town's compact layout makes it easy to move from the beach to a bar, from a cultural activity to dinner, then on to a themed party without turning the evening into a logistical exercise.</w:t>
      </w:r>
      <w:r/>
    </w:p>
    <w:p>
      <w:r/>
      <w:r>
        <w:t>Travel listings describe the 2026 edition as a ten-day celebration, while local coverage framed it as both a party and a statement of community visibility. That combination helps set it apart from a standard resort break. Guests aren't simply visiting Sitges; they're joining a temporary, international neighbourhood built around shared interests and an open-door spirit.</w:t>
      </w:r>
      <w:r/>
    </w:p>
    <w:p>
      <w:r/>
      <w:r>
        <w:t>It also reflects a wider shift in LGBTQ+ travel, where visitors increasingly look for events that offer belonging as well as entertainment. The best festivals provide room for different ages, body types and personalities, and Bears Sitges appears to understand that warmth is part of the attraction.</w:t>
      </w:r>
      <w:r/>
    </w:p>
    <w:p>
      <w:pPr>
        <w:pStyle w:val="Heading2"/>
      </w:pPr>
      <w:r>
        <w:t>Planning a Bears Sitges trip? Start with the basics</w:t>
      </w:r>
      <w:r/>
    </w:p>
    <w:p>
      <w:r/>
      <w:r>
        <w:t>Anyone considering a future Bears Sitges Week should book early, particularly for accommodation close to the seafront or the main nightlife areas. The town is popular beyond the festival dates, and demand rises quickly when a major community event takes over the calendar.</w:t>
      </w:r>
      <w:r/>
    </w:p>
    <w:p>
      <w:r/>
      <w:r>
        <w:t>It's also worth balancing a loose plan with plenty of flexibility. Choose a few must-do events, keep daytime space for the beach or Village, and wear something comfortable enough for walking between venues. A small cross-body bag, water bottle and a layer for later in the evening can be surprisingly useful.</w:t>
      </w:r>
      <w:r/>
    </w:p>
    <w:p>
      <w:r/>
      <w:r>
        <w:t>For first-time visitors, checking the official programme before travelling is the easiest way to understand ticketed events, free activities and any changes to locations. Local tourism pages and the Bears Sitges website are the best places to confirm dates for upcoming editions.</w:t>
      </w:r>
      <w:r/>
    </w:p>
    <w:p>
      <w:pPr>
        <w:pStyle w:val="Heading2"/>
      </w:pPr>
      <w:r>
        <w:t>Mister Bears Sitges 2026 delivers a message beyond the stage</w:t>
      </w:r>
      <w:r/>
    </w:p>
    <w:p>
      <w:r/>
      <w:r>
        <w:t>One of the most warmly received moments belonged to Ernest, a 57-year-old doctor from Sitges who won the Mister Bears Sitges 2026 title. His dancing reportedly brought the Village crowd to its feet, but the response was about more than performance.</w:t>
      </w:r>
      <w:r/>
    </w:p>
    <w:p>
      <w:r/>
      <w:r>
        <w:t>Ernest represented an idea that feels especially fitting for an anniversary year: age shouldn't decide when someone stops being adventurous, expressive or ready to enjoy the moment. His win gave the celebration a human centre, turning a competition into a visible celebration of confidence and possibility.</w:t>
      </w:r>
      <w:r/>
    </w:p>
    <w:p>
      <w:r/>
      <w:r>
        <w:t>That may be why the story resonates. Behind the packed terraces and colourful parties, Bears Sitges is ultimately about people finding their crowd. As organisers look towards future spring and September editions, that welcoming spirit is likely to remain the festival's most enduring attraction.</w:t>
      </w:r>
      <w:r/>
    </w:p>
    <w:p>
      <w:r/>
      <w:r>
        <w:t>It’s a bright, generous reminder that the best celebrations leave room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2">
        <w:r>
          <w:rPr>
            <w:color w:val="0000EE"/>
            <w:u w:val="single"/>
          </w:rPr>
          <w:t>[2]</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[3]</w:t>
        </w:r>
      </w:hyperlink>
      <w:r>
        <w:t xml:space="preserve">, </w:t>
      </w:r>
      <w:hyperlink r:id="rId11">
        <w:r>
          <w:rPr>
            <w:color w:val="0000EE"/>
            <w:u w:val="single"/>
          </w:rPr>
          <w:t>[5]</w:t>
        </w:r>
      </w:hyperlink>
      <w:r>
        <w:t xml:space="preserve">- Paragraph 5: </w:t>
      </w:r>
      <w:hyperlink r:id="rId12">
        <w:r>
          <w:rPr>
            <w:color w:val="0000EE"/>
            <w:u w:val="single"/>
          </w:rPr>
          <w:t>[2]</w:t>
        </w:r>
      </w:hyperlink>
      <w:r>
        <w:t xml:space="preserve">, </w:t>
      </w:r>
      <w:hyperlink r:id="rId13">
        <w:r>
          <w:rPr>
            <w:color w:val="0000EE"/>
            <w:u w:val="single"/>
          </w:rPr>
          <w:t>[4]</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[3]</w:t>
        </w:r>
      </w:hyperlink>
      <w:r>
        <w:t xml:space="preserve">, </w:t>
      </w:r>
      <w:hyperlink r:id="rId11">
        <w:r>
          <w:rPr>
            <w:color w:val="0000EE"/>
            <w:u w:val="single"/>
          </w:rPr>
          <w:t>[5]</w:t>
        </w:r>
      </w:hyperlink>
      <w:r>
        <w:t xml:space="preserve">- Paragraph 8: </w:t>
      </w:r>
      <w:hyperlink r:id="rId12">
        <w:r>
          <w:rPr>
            <w:color w:val="0000EE"/>
            <w:u w:val="single"/>
          </w:rPr>
          <w:t>[2]</w:t>
        </w:r>
      </w:hyperlink>
      <w:r>
        <w:t xml:space="preserve">, </w:t>
      </w:r>
      <w:hyperlink r:id="rId14">
        <w:r>
          <w:rPr>
            <w:color w:val="0000EE"/>
            <w:u w:val="single"/>
          </w:rPr>
          <w:t>[6]</w:t>
        </w:r>
      </w:hyperlink>
      <w:r>
        <w:t xml:space="preserve">- Paragraph 9: </w:t>
      </w:r>
      <w:hyperlink r:id="rId13">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[3]</w:t>
        </w:r>
      </w:hyperlink>
      <w:r>
        <w:t xml:space="preserve">, </w:t>
      </w:r>
      <w:hyperlink r:id="rId11">
        <w:r>
          <w:rPr>
            <w:color w:val="0000EE"/>
            <w:u w:val="single"/>
          </w:rPr>
          <w:t>[5]</w:t>
        </w:r>
      </w:hyperlink>
      <w:r>
        <w:t xml:space="preserve">- Paragraph 11: </w:t>
      </w:r>
      <w:hyperlink r:id="rId12">
        <w:r>
          <w:rPr>
            <w:color w:val="0000EE"/>
            <w:u w:val="single"/>
          </w:rPr>
          <w:t>[2]</w:t>
        </w:r>
      </w:hyperlink>
      <w:r>
        <w:t xml:space="preserve">, </w:t>
      </w:r>
      <w:hyperlink r:id="rId14">
        <w:r>
          <w:rPr>
            <w:color w:val="0000EE"/>
            <w:u w:val="single"/>
          </w:rPr>
          <w:t>[6]</w:t>
        </w:r>
      </w:hyperlink>
      <w:r>
        <w:t xml:space="preserve">- Paragraph 12: </w:t>
      </w:r>
      <w:hyperlink r:id="rId13">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[3]</w:t>
        </w:r>
      </w:hyperlink>
      <w:r>
        <w:t xml:space="preserve">, </w:t>
      </w:r>
      <w:hyperlink r:id="rId11">
        <w:r>
          <w:rPr>
            <w:color w:val="0000EE"/>
            <w:u w:val="single"/>
          </w:rPr>
          <w:t>[5]</w:t>
        </w:r>
      </w:hyperlink>
      <w:r>
        <w:t xml:space="preserve">- Paragraph 14: </w:t>
      </w:r>
      <w:hyperlink r:id="rId12">
        <w:r>
          <w:rPr>
            <w:color w:val="0000EE"/>
            <w:u w:val="single"/>
          </w:rPr>
          <w:t>[2]</w:t>
        </w:r>
      </w:hyperlink>
      <w:r>
        <w:t xml:space="preserve">, </w:t>
      </w:r>
      <w:hyperlink r:id="rId13">
        <w:r>
          <w:rPr>
            <w:color w:val="0000EE"/>
            <w:u w:val="single"/>
          </w:rPr>
          <w:t>[4]</w:t>
        </w:r>
      </w:hyperlink>
      <w:r>
        <w:t xml:space="preserve">- Paragraph 15: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https://bearworldmag.com/photo-recap-bears-sitges-2026/?utm_source=rss&amp;utm_medium=rss&amp;utm_campaign=photo-recap-bears-sitges-2026</w:t>
        </w:r>
      </w:hyperlink>
      <w:r>
        <w:t xml:space="preserve"> - Please view link - unable to able to access data</w:t>
      </w:r>
      <w:r/>
    </w:p>
    <w:p>
      <w:pPr>
        <w:pStyle w:val="ListNumber"/>
        <w:spacing w:line="240" w:lineRule="auto"/>
        <w:ind w:left="720"/>
      </w:pPr>
      <w:r/>
      <w:hyperlink r:id="rId12">
        <w:r>
          <w:rPr>
            <w:color w:val="0000EE"/>
            <w:u w:val="single"/>
          </w:rPr>
          <w:t>https://bearssitges.org/bears-sitges-week/</w:t>
        </w:r>
      </w:hyperlink>
      <w:r>
        <w:t xml:space="preserve"> - The official website of Bears Sitges Week provides comprehensive information about the event, including its history, schedule, and activities. The 2026 edition, marking the 25th anniversary, is scheduled from September 3rd to 13th. The event features a variety of cultural, recreational, and social activities, attracting participants from around the world. The Bear Village, located along Sitges' seafront, serves as the central hub, offering themed parties, bars, and daytime activities. The website also offers details about the Mister Bear Sitges 2026 contest and other special events.</w:t>
      </w:r>
      <w:r/>
    </w:p>
    <w:p>
      <w:pPr>
        <w:pStyle w:val="ListNumber"/>
        <w:spacing w:line="240" w:lineRule="auto"/>
        <w:ind w:left="720"/>
      </w:pPr>
      <w:r/>
      <w:hyperlink r:id="rId10">
        <w:r>
          <w:rPr>
            <w:color w:val="0000EE"/>
            <w:u w:val="single"/>
          </w:rPr>
          <w:t>https://www.sitgesanytime.com/en/noticies/bears-sitges-week-gets-under-way-today-with-ten-days-of-celebrations-coinciding-with-the-25th-anniversary-of-bears-sitges/</w:t>
        </w:r>
      </w:hyperlink>
      <w:r>
        <w:t xml:space="preserve"> - An article from Sitges Anytime highlights the commencement of Bears Sitges Week, coinciding with the 25th anniversary of Bears Sitges. The event spans ten days, featuring a diverse programme of cultural, recreational, and social activities. Organised by Bears Sitges and supported by the Sitges Town Council, the initiative aims to strengthen Sitges' position as a prominent international meeting point for the Bear community. The inauguration took place at Hotel Calipolis, where the programme was presented, and a retrospective of the past quarter-century was shared.</w:t>
      </w:r>
      <w:r/>
    </w:p>
    <w:p>
      <w:pPr>
        <w:pStyle w:val="ListNumber"/>
        <w:spacing w:line="240" w:lineRule="auto"/>
        <w:ind w:left="720"/>
      </w:pPr>
      <w:r/>
      <w:hyperlink r:id="rId13">
        <w:r>
          <w:rPr>
            <w:color w:val="0000EE"/>
            <w:u w:val="single"/>
          </w:rPr>
          <w:t>https://www.sitgesaldia.com/sitges-celebra-la-bears-sitges-week-amb-deu-dies-dactivitats-per-reivindicar-el-25e-aniversari-de-bears-sitges/</w:t>
        </w:r>
      </w:hyperlink>
      <w:r>
        <w:t xml:space="preserve"> - Sitges Al Dia reports on the celebration of Bears Sitges Week, marking the 25th anniversary of Bears Sitges. The event offers ten days of activities, including cultural, recreational, and social events, attracting participants from around the world. Organised by Bears Sitges and supported by the Sitges Town Council, the initiative aims to reinforce Sitges' status as a key international meeting point for the Bear community. The inauguration at Hotel Calipolis featured a presentation of the programme and a reflection on the past 25 years.</w:t>
      </w:r>
      <w:r/>
    </w:p>
    <w:p>
      <w:pPr>
        <w:pStyle w:val="ListNumber"/>
        <w:spacing w:line="240" w:lineRule="auto"/>
        <w:ind w:left="720"/>
      </w:pPr>
      <w:r/>
      <w:hyperlink r:id="rId11">
        <w:r>
          <w:rPr>
            <w:color w:val="0000EE"/>
            <w:u w:val="single"/>
          </w:rPr>
          <w:t>https://www.visitsitges.com/fr/agenda/bears-sitges-week-2026/</w:t>
        </w:r>
      </w:hyperlink>
      <w:r>
        <w:t xml:space="preserve"> - Visit Sitges provides details about Bears Sitges Week 2026, scheduled from September 3rd to 13th. The event coincides with the 25th anniversary of Bears Sitges and includes ten days of cultural, recreational, and social activities. Organised by Bears Sitges and supported by the Sitges Town Council, the event aims to reinforce Sitges' position as a leading international meeting point for the Bear community. The programme includes daytime activities, excursions, beach gatherings, gastronomic proposals, and social events.</w:t>
      </w:r>
      <w:r/>
    </w:p>
    <w:p>
      <w:pPr>
        <w:pStyle w:val="ListNumber"/>
        <w:spacing w:line="240" w:lineRule="auto"/>
        <w:ind w:left="720"/>
      </w:pPr>
      <w:r/>
      <w:hyperlink r:id="rId14">
        <w:r>
          <w:rPr>
            <w:color w:val="0000EE"/>
            <w:u w:val="single"/>
          </w:rPr>
          <w:t>https://gaycation.eu/spain/sitges/events/bears-sitges-week-2026</w:t>
        </w:r>
      </w:hyperlink>
      <w:r>
        <w:t xml:space="preserve"> - Gaycation.eu offers an overview of Bears Sitges Week 2026, highlighting it as Europe's largest Bear event. Scheduled from September 3rd to 13th, the event attracts over eight thousand bears, cubs, and admirers to Sitges. The Bear Village, located at the seafront end of Carrer de Bonaire on Passeig de la Ribera, serves as the central hub, featuring a stage, bars, and themed nights. The article also mentions the Mister Bear Sitges contest and various parties and activities throughout the week.</w:t>
      </w:r>
      <w:r/>
    </w:p>
    <w:p>
      <w:pPr>
        <w:pStyle w:val="ListNumber"/>
        <w:spacing w:line="240" w:lineRule="auto"/>
        <w:ind w:left="720"/>
      </w:pPr>
      <w:r/>
      <w:hyperlink r:id="rId15">
        <w:r>
          <w:rPr>
            <w:color w:val="0000EE"/>
            <w:u w:val="single"/>
          </w:rPr>
          <w:t>https://www.visitsitges.com/ca/agenda/bears-sitges-week-2026/</w:t>
        </w:r>
      </w:hyperlink>
      <w:r>
        <w:t xml:space="preserve"> - Visit Sitges provides information about Bears Sitges Week 2026, taking place from September 3rd to 13th. The event coincides with the 25th anniversary of Bears Sitges and includes ten days of cultural, recreational, and social activities. Organised by Bears Sitges and supported by the Sitges Town Council, the event aims to reinforce Sitges' position as a leading international meeting point for the Bear community. The programme includes daytime activities, excursions, beach gatherings, gastronomic proposals, and social events.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earworldmag.com/photo-recap-bears-sitges-2026/?utm_source=rss&amp;utm_medium=rss&amp;utm_campaign=photo-recap-bears-sitges-2026" TargetMode="External"/><Relationship Id="rId10" Type="http://schemas.openxmlformats.org/officeDocument/2006/relationships/hyperlink" Target="https://www.sitgesanytime.com/en/noticies/bears-sitges-week-gets-under-way-today-with-ten-days-of-celebrations-coinciding-with-the-25th-anniversary-of-bears-sitges/" TargetMode="External"/><Relationship Id="rId11" Type="http://schemas.openxmlformats.org/officeDocument/2006/relationships/hyperlink" Target="https://www.visitsitges.com/fr/agenda/bears-sitges-week-2026/" TargetMode="External"/><Relationship Id="rId12" Type="http://schemas.openxmlformats.org/officeDocument/2006/relationships/hyperlink" Target="https://bearssitges.org/bears-sitges-week/" TargetMode="External"/><Relationship Id="rId13" Type="http://schemas.openxmlformats.org/officeDocument/2006/relationships/hyperlink" Target="https://www.sitgesaldia.com/sitges-celebra-la-bears-sitges-week-amb-deu-dies-dactivitats-per-reivindicar-el-25e-aniversari-de-bears-sitges/" TargetMode="External"/><Relationship Id="rId14" Type="http://schemas.openxmlformats.org/officeDocument/2006/relationships/hyperlink" Target="https://gaycation.eu/spain/sitges/events/bears-sitges-week-2026" TargetMode="External"/><Relationship Id="rId15" Type="http://schemas.openxmlformats.org/officeDocument/2006/relationships/hyperlink" Target="https://www.visitsitges.com/ca/agenda/bears-sitges-week-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