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Pride Festival 2026 Guide: Events, Parade And Tips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is getting ready to celebrate Pride with extra volume in 2026, as the free festival returns to Piedmont Park on 10 and 11 October. With its “Louder &amp; Prouder” theme, a major parade, live entertainment, family activities and community events, this year’s weekend offers plenty of ways to join in.</w:t>
      </w:r>
      <w:r/>
    </w:p>
    <w:p>
      <w:pPr>
        <w:pStyle w:val="Heading2"/>
      </w:pPr>
      <w:r>
        <w:t>Essential Takeaways</w:t>
      </w:r>
      <w:r/>
      <w:r/>
    </w:p>
    <w:p>
      <w:pPr>
        <w:pStyle w:val="ListBullet"/>
        <w:spacing w:line="240" w:lineRule="auto"/>
        <w:ind w:left="720"/>
      </w:pPr>
      <w:r/>
      <w:r>
        <w:rPr>
          <w:b/>
        </w:rPr>
        <w:t>Festival dates:</w:t>
      </w:r>
      <w:r>
        <w:t xml:space="preserve"> The main celebration runs across Saturday 10 and Sunday 11 October at Piedmont Park.</w:t>
      </w:r>
      <w:r/>
    </w:p>
    <w:p>
      <w:pPr>
        <w:pStyle w:val="ListBullet"/>
        <w:spacing w:line="240" w:lineRule="auto"/>
        <w:ind w:left="720"/>
      </w:pPr>
      <w:r/>
      <w:r>
        <w:rPr>
          <w:b/>
        </w:rPr>
        <w:t>Big parade moment:</w:t>
      </w:r>
      <w:r>
        <w:t xml:space="preserve"> Atlanta’s Pride Parade steps off at noon on Sunday from Peachtree Street and Tenth Street.</w:t>
      </w:r>
      <w:r/>
    </w:p>
    <w:p>
      <w:pPr>
        <w:pStyle w:val="ListBullet"/>
        <w:spacing w:line="240" w:lineRule="auto"/>
        <w:ind w:left="720"/>
      </w:pPr>
      <w:r/>
      <w:r>
        <w:rPr>
          <w:b/>
        </w:rPr>
        <w:t>More than music:</w:t>
      </w:r>
      <w:r>
        <w:t xml:space="preserve"> Expect marches, markets, history displays, wellness spaces, family activities and the AIDS Memorial Quilt.</w:t>
      </w:r>
      <w:r/>
    </w:p>
    <w:p>
      <w:pPr>
        <w:pStyle w:val="ListBullet"/>
        <w:spacing w:line="240" w:lineRule="auto"/>
        <w:ind w:left="720"/>
      </w:pPr>
      <w:r/>
      <w:r>
        <w:rPr>
          <w:b/>
        </w:rPr>
        <w:t>Night-time highlights:</w:t>
      </w:r>
      <w:r>
        <w:t xml:space="preserve"> The Georgia Aquarium kickoff party, Heretic after-party and Electric Circus bring the weekend’s louder, later energy.</w:t>
      </w:r>
      <w:r/>
    </w:p>
    <w:p>
      <w:pPr>
        <w:pStyle w:val="ListBullet"/>
        <w:spacing w:line="240" w:lineRule="auto"/>
        <w:ind w:left="720"/>
      </w:pPr>
      <w:r/>
      <w:r>
        <w:rPr>
          <w:b/>
        </w:rPr>
        <w:t>Plan for comfort:</w:t>
      </w:r>
      <w:r>
        <w:t xml:space="preserve"> Atlanta Pride is busy and lively, so comfortable shoes, water and a quiet break are sensible additions to your outfit.</w:t>
      </w:r>
      <w:r/>
      <w:r/>
    </w:p>
    <w:p>
      <w:pPr>
        <w:pStyle w:val="Heading2"/>
      </w:pPr>
      <w:r>
        <w:t>Atlanta Pride 2026 is making a confident return</w:t>
      </w:r>
      <w:r/>
    </w:p>
    <w:p>
      <w:r/>
      <w:r>
        <w:t>The strongest message from Atlanta Pride 2026 is right there in the name: “Louder &amp; Prouder”. The theme reflects a community choosing visibility and connection at a time when LGBTQ+ rights remain part of heated political and cultural debates.</w:t>
      </w:r>
      <w:r/>
    </w:p>
    <w:p>
      <w:r/>
      <w:r>
        <w:t>That sense of purpose sits alongside the fun. Piedmont Park will fill with performers, artists, community groups and visitors, creating the familiar mix of music, colour and happy chaos that makes Pride feel less like a single event and more like the city briefly becoming one enormous gathering place.</w:t>
      </w:r>
      <w:r/>
    </w:p>
    <w:p>
      <w:r/>
      <w:r>
        <w:t>According to Atlanta Pride, the festival is expected to welcome around 350,000 people over the weekend. It remains free to attend, which matters in a city where a large public celebration can otherwise become an expensive day out.</w:t>
      </w:r>
      <w:r/>
    </w:p>
    <w:p>
      <w:pPr>
        <w:pStyle w:val="Heading2"/>
      </w:pPr>
      <w:r>
        <w:t>What to expect at Piedmont Park</w:t>
      </w:r>
      <w:r/>
    </w:p>
    <w:p>
      <w:r/>
      <w:r>
        <w:t>The festival marketplace will bring together hundreds of vendors, while the Artist Market focuses on original work from local makers. Ceramics, jewellery, photography and other handmade pieces offer a quieter alternative to the main stages, and a chance to take home something more personal than standard event merchandise.</w:t>
      </w:r>
      <w:r/>
    </w:p>
    <w:p>
      <w:r/>
      <w:r>
        <w:t>History is also central to the weekend. Visitors can see the AIDS Memorial Quilt, explore local LGBTQ+ archives and join a zine-making workshop with Georgia State University Library Special Collections and Archives. These displays give the celebration some grounding, reminding visitors that Pride’s joyful present was built by people who fought, organised and cared for one another.</w:t>
      </w:r>
      <w:r/>
    </w:p>
    <w:p>
      <w:r/>
      <w:r>
        <w:t>Families have their own dedicated space, too. The Family Fun Zone includes crafts, games, face painting, a pop-up library, Drag Story Hour and performances from the Alliance Theatre. Younger visitors aged 11 to 17 can also use the Teen Lounge, designed as a calmer place to meet friends and take a breather.</w:t>
      </w:r>
      <w:r/>
    </w:p>
    <w:p>
      <w:pPr>
        <w:pStyle w:val="Heading2"/>
      </w:pPr>
      <w:r>
        <w:t>The parade is only one part of the weekend</w:t>
      </w:r>
      <w:r/>
    </w:p>
    <w:p>
      <w:r/>
      <w:r>
        <w:t>The Atlanta Pride Parade remains Sunday’s headline attraction, beginning at noon on Peachtree Street and Tenth Street before moving through Midtown. Tens of thousands of spectators are expected to line the route, so arriving early is wise if you want a clear view rather than a glimpse between shoulders and flags.</w:t>
      </w:r>
      <w:r/>
    </w:p>
    <w:p>
      <w:r/>
      <w:r>
        <w:t>Saturday brings several community-led marches. The Trans March and Rally begins with an assembly at the Charles Allen Gate before setting off, followed by the Bi+ Pan March and Rally and the Dyke March and Rally later in the afternoon. Each offers a more focused way to show support, visibility and solidarity.</w:t>
      </w:r>
      <w:r/>
    </w:p>
    <w:p>
      <w:r/>
      <w:r>
        <w:t>SAG-AFTRA is also encouraging members and supporters to join the 2026 Atlanta Pride Parade, adding another layer to the city’s broad coalition of participants. That mix is part of Atlanta’s appeal: the weekend can feel celebratory, political, artistic and deeply local, sometimes within the same few minutes.</w:t>
      </w:r>
      <w:r/>
    </w:p>
    <w:p>
      <w:pPr>
        <w:pStyle w:val="Heading2"/>
      </w:pPr>
      <w:r>
        <w:t>From aquarium lights to late-night dancing</w:t>
      </w:r>
      <w:r/>
    </w:p>
    <w:p>
      <w:r/>
      <w:r>
        <w:t>The official weekend starts before the park festival, with the Atlanta Pride Kickoff Party at the Georgia Aquarium on Friday 9 October. Four DJs will perform across the venue, turning its expansive spaces into separate dance floors surrounded by the aquarium’s distinctive underwater atmosphere. It’s an unusually glamorous way to begin Pride, although sensible shoes still beat stylish suffering after several hours on your feet.</w:t>
      </w:r>
      <w:r/>
    </w:p>
    <w:p>
      <w:r/>
      <w:r>
        <w:t>The official after-party follows at Heretic Atlanta, while Electric Circus at My Sister’s Room offers a dedicated Saturday-night event for nonbinary, trans and queer women. These ticketed events are likely to be popular, so anyone hoping to attend should check availability early rather than relying on a last-minute plan.</w:t>
      </w:r>
      <w:r/>
    </w:p>
    <w:p>
      <w:r/>
      <w:r>
        <w:t>The free park programme keeps the energy going with drag, burlesque, queer variety performances and dance parties. Chaka Khan Hacienda, the Shooting Star Cabaret and the Starlight Cabaret are among the entertainment highlights, with the latter returning as the festival’s major outdoor drag spectacular.</w:t>
      </w:r>
      <w:r/>
    </w:p>
    <w:p>
      <w:pPr>
        <w:pStyle w:val="Heading2"/>
      </w:pPr>
      <w:r>
        <w:t>A practical guide to enjoying Atlanta Pride</w:t>
      </w:r>
      <w:r/>
    </w:p>
    <w:p>
      <w:r/>
      <w:r>
        <w:t>Piedmont Park can become hot, crowded and surprisingly demanding, even when the mood is excellent. Wear shoes you can genuinely walk and stand in, bring water, use sun protection and agree a meeting point with friends before phone signals become unreliable.</w:t>
      </w:r>
      <w:r/>
    </w:p>
    <w:p>
      <w:r/>
      <w:r>
        <w:t>The Wellness Zone is a particularly useful addition for anyone who needs a quieter place away from noise and crowds. It offers respite for visitors with sensory sensitivities, as well as anyone who simply needs ten minutes of calm before heading back towards the stages.</w:t>
      </w:r>
      <w:r/>
    </w:p>
    <w:p>
      <w:r/>
      <w:r>
        <w:t>It’s also worth choosing a loose plan rather than trying to do everything. Pick one or two must-see performances, allow time for food and wandering, and leave room for an unexpected conversation or community stall. Pride is often at its best when the schedule takes a small detour.</w:t>
      </w:r>
      <w:r/>
    </w:p>
    <w:p>
      <w:pPr>
        <w:pStyle w:val="Heading2"/>
      </w:pPr>
      <w:r>
        <w:t>Why the 2026 theme matters beyond the festival</w:t>
      </w:r>
      <w:r/>
    </w:p>
    <w:p>
      <w:r/>
      <w:r>
        <w:t>Atlanta Pride’s organisers have framed “Louder &amp; Prouder” as both celebration and call to action. The idea is not simply to be noisy for a weekend, but to keep showing up for one another through civic engagement, community support and visibility across Georgia.</w:t>
      </w:r>
      <w:r/>
    </w:p>
    <w:p>
      <w:r/>
      <w:r>
        <w:t>The organisation also highlights its Pride Across the Peach State partnerships, which support Pride groups in communities beyond Atlanta. That broader work gives the festival a regional role, rather than making it solely a Midtown event with a large audience.</w:t>
      </w:r>
      <w:r/>
    </w:p>
    <w:p>
      <w:r/>
      <w:r>
        <w:t>For first-time visitors, that context can make the weekend feel more meaningful. For regulars, it’s a reminder that the dancing, drag and bright flags are part of something sturdier: a community that keeps making space for joy while refusing to disappear.</w:t>
      </w:r>
      <w:r/>
    </w:p>
    <w:p>
      <w:r/>
      <w:r>
        <w:t>Atlanta Pride 2026 promises a weekend that’s colourful, busy and purposefully impossible to ignore.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9">
        <w:r>
          <w:rPr>
            <w:color w:val="0000EE"/>
            <w:u w:val="single"/>
          </w:rPr>
          <w:t>[1]</w:t>
        </w:r>
      </w:hyperlink>
      <w:r>
        <w:t xml:space="preserve">, </w:t>
      </w:r>
      <w:hyperlink r:id="rId12">
        <w:r>
          <w:rPr>
            <w:color w:val="0000EE"/>
            <w:u w:val="single"/>
          </w:rPr>
          <w:t>[7]</w:t>
        </w:r>
      </w:hyperlink>
      <w:r>
        <w:t xml:space="preserve">- Paragraph 5: </w:t>
      </w:r>
      <w:hyperlink r:id="rId9">
        <w:r>
          <w:rPr>
            <w:color w:val="0000EE"/>
            <w:u w:val="single"/>
          </w:rPr>
          <w:t>[1]</w:t>
        </w:r>
      </w:hyperlink>
      <w:r>
        <w:t xml:space="preserve">, </w:t>
      </w:r>
      <w:hyperlink r:id="rId12">
        <w:r>
          <w:rPr>
            <w:color w:val="0000EE"/>
            <w:u w:val="single"/>
          </w:rPr>
          <w:t>[7]</w:t>
        </w:r>
      </w:hyperlink>
      <w:r>
        <w:t xml:space="preserve">- Paragraph 6: </w:t>
      </w:r>
      <w:hyperlink r:id="rId9">
        <w:r>
          <w:rPr>
            <w:color w:val="0000EE"/>
            <w:u w:val="single"/>
          </w:rPr>
          <w:t>[1]</w:t>
        </w:r>
      </w:hyperlink>
      <w:r>
        <w:t xml:space="preserve">, </w:t>
      </w:r>
      <w:hyperlink r:id="rId12">
        <w:r>
          <w:rPr>
            <w:color w:val="0000EE"/>
            <w:u w:val="single"/>
          </w:rPr>
          <w:t>[7]</w:t>
        </w:r>
      </w:hyperlink>
      <w:r>
        <w:t xml:space="preserve">- Paragraph 7: </w:t>
      </w:r>
      <w:hyperlink r:id="rId9">
        <w:r>
          <w:rPr>
            <w:color w:val="0000EE"/>
            <w:u w:val="single"/>
          </w:rPr>
          <w:t>[1]</w:t>
        </w:r>
      </w:hyperlink>
      <w:r>
        <w:t xml:space="preserve">, </w:t>
      </w:r>
      <w:hyperlink r:id="rId11">
        <w:r>
          <w:rPr>
            <w:color w:val="0000EE"/>
            <w:u w:val="single"/>
          </w:rPr>
          <w:t>[5]</w:t>
        </w:r>
      </w:hyperlink>
      <w:r>
        <w:t xml:space="preserve">- Paragraph 8: </w:t>
      </w:r>
      <w:hyperlink r:id="rId13">
        <w:r>
          <w:rPr>
            <w:color w:val="0000EE"/>
            <w:u w:val="single"/>
          </w:rPr>
          <w:t>[3]</w:t>
        </w:r>
      </w:hyperlink>
      <w:r>
        <w:t xml:space="preserve">, </w:t>
      </w:r>
      <w:hyperlink r:id="rId12">
        <w:r>
          <w:rPr>
            <w:color w:val="0000EE"/>
            <w:u w:val="single"/>
          </w:rPr>
          <w:t>[7]</w:t>
        </w:r>
      </w:hyperlink>
      <w:r>
        <w:t xml:space="preserve">- Paragraph 9: </w:t>
      </w:r>
      <w:hyperlink r:id="rId9">
        <w:r>
          <w:rPr>
            <w:color w:val="0000EE"/>
            <w:u w:val="single"/>
          </w:rPr>
          <w:t>[1]</w:t>
        </w:r>
      </w:hyperlink>
      <w:r>
        <w:t xml:space="preserve">, </w:t>
      </w:r>
      <w:hyperlink r:id="rId14">
        <w:r>
          <w:rPr>
            <w:color w:val="0000EE"/>
            <w:u w:val="single"/>
          </w:rPr>
          <w:t>[6]</w:t>
        </w:r>
      </w:hyperlink>
      <w:r>
        <w:t xml:space="preserve">- Paragraph 10: </w:t>
      </w:r>
      <w:hyperlink r:id="rId9">
        <w:r>
          <w:rPr>
            <w:color w:val="0000EE"/>
            <w:u w:val="single"/>
          </w:rPr>
          <w:t>[1]</w:t>
        </w:r>
      </w:hyperlink>
      <w:r>
        <w:t xml:space="preserve">, </w:t>
      </w:r>
      <w:hyperlink r:id="rId12">
        <w:r>
          <w:rPr>
            <w:color w:val="0000EE"/>
            <w:u w:val="single"/>
          </w:rPr>
          <w:t>[7]</w:t>
        </w:r>
      </w:hyperlink>
      <w:r>
        <w:t xml:space="preserve">- Paragraph 11: </w:t>
      </w:r>
      <w:hyperlink r:id="rId9">
        <w:r>
          <w:rPr>
            <w:color w:val="0000EE"/>
            <w:u w:val="single"/>
          </w:rPr>
          <w:t>[1]</w:t>
        </w:r>
      </w:hyperlink>
      <w:r>
        <w:t xml:space="preserve">, </w:t>
      </w:r>
      <w:hyperlink r:id="rId12">
        <w:r>
          <w:rPr>
            <w:color w:val="0000EE"/>
            <w:u w:val="single"/>
          </w:rPr>
          <w:t>[7]</w:t>
        </w:r>
      </w:hyperlink>
      <w:r>
        <w:t xml:space="preserve">- Paragraph 12: </w:t>
      </w:r>
      <w:hyperlink r:id="rId9">
        <w:r>
          <w:rPr>
            <w:color w:val="0000EE"/>
            <w:u w:val="single"/>
          </w:rPr>
          <w:t>[1]</w:t>
        </w:r>
      </w:hyperlink>
      <w:r>
        <w:t xml:space="preserve">, </w:t>
      </w:r>
      <w:hyperlink r:id="rId12">
        <w:r>
          <w:rPr>
            <w:color w:val="0000EE"/>
            <w:u w:val="single"/>
          </w:rPr>
          <w:t>[7]</w:t>
        </w:r>
      </w:hyperlink>
      <w:r>
        <w:t xml:space="preserve">- Paragraph 13: </w:t>
      </w:r>
      <w:hyperlink r:id="rId9">
        <w:r>
          <w:rPr>
            <w:color w:val="0000EE"/>
            <w:u w:val="single"/>
          </w:rPr>
          <w:t>[1]</w:t>
        </w:r>
      </w:hyperlink>
      <w:r>
        <w:t xml:space="preserve">, </w:t>
      </w:r>
      <w:hyperlink r:id="rId12">
        <w:r>
          <w:rPr>
            <w:color w:val="0000EE"/>
            <w:u w:val="single"/>
          </w:rPr>
          <w:t>[7]</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9">
        <w:r>
          <w:rPr>
            <w:color w:val="0000EE"/>
            <w:u w:val="single"/>
          </w:rPr>
          <w:t>[1]</w:t>
        </w:r>
      </w:hyperlink>
      <w:r>
        <w:t xml:space="preserve">, </w:t>
      </w:r>
      <w:hyperlink r:id="rId11">
        <w:r>
          <w:rPr>
            <w:color w:val="0000EE"/>
            <w:u w:val="single"/>
          </w:rPr>
          <w:t>[5]</w:t>
        </w:r>
      </w:hyperlink>
      <w:r>
        <w:t xml:space="preserve">- Paragraph 16: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https://roughdraftatlanta.com/2026/10/07/louder-prouder-atlanta-pride-2026/</w:t>
        </w:r>
      </w:hyperlink>
      <w:r>
        <w:t xml:space="preserve"> - Please view link - unable to able to access data</w:t>
      </w:r>
      <w:r/>
    </w:p>
    <w:p>
      <w:pPr>
        <w:pStyle w:val="ListNumber"/>
        <w:spacing w:line="240" w:lineRule="auto"/>
        <w:ind w:left="720"/>
      </w:pPr>
      <w:r/>
      <w:hyperlink r:id="rId10">
        <w:r>
          <w:rPr>
            <w:color w:val="0000EE"/>
            <w:u w:val="single"/>
          </w:rPr>
          <w:t>https://atlantapride.org/2026/06/24/2026-theme-louder-prouder/</w:t>
        </w:r>
      </w:hyperlink>
      <w:r>
        <w:t xml:space="preserve"> - Atlanta Pride has announced 'Louder &amp; Prouder' as the official theme for the 2026 Atlanta Pride Festival, scheduled for October 10–11, 2026. This theme celebrates visibility, authenticity, and community, encouraging the LGBTQ+ community to embrace their true selves and support one another. The visual identity for the theme was created in partnership with Atlanta-based designer Katie Costa. The festival aims to inspire programs, events, and community engagement leading up to the main celebration in October. (</w:t>
      </w:r>
      <w:hyperlink r:id="rId15">
        <w:r>
          <w:rPr>
            <w:color w:val="0000EE"/>
            <w:u w:val="single"/>
          </w:rPr>
          <w:t>atlantapride.org</w:t>
        </w:r>
      </w:hyperlink>
      <w:r>
        <w:t>)</w:t>
      </w:r>
      <w:r/>
    </w:p>
    <w:p>
      <w:pPr>
        <w:pStyle w:val="ListNumber"/>
        <w:spacing w:line="240" w:lineRule="auto"/>
        <w:ind w:left="720"/>
      </w:pPr>
      <w:r/>
      <w:hyperlink r:id="rId13">
        <w:r>
          <w:rPr>
            <w:color w:val="0000EE"/>
            <w:u w:val="single"/>
          </w:rPr>
          <w:t>https://www.sagaftra.org/join-us-2026-atlanta-pride-parade</w:t>
        </w:r>
      </w:hyperlink>
      <w:r>
        <w:t xml:space="preserve"> - SAG-AFTRA is inviting members to participate in the 2026 Atlanta Pride Parade on October 11, 2026. The parade begins at noon at the Atlanta Civic Center MARTA Station, with participants asked to arrive between 10:30 and 11 a.m. Members will march behind the SAG-AFTRA banner, joining IATSE in the celebration. Further instructions and details on obtaining a complimentary SAG-AFTRA Pride t-shirt will be provided upon registration. (</w:t>
      </w:r>
      <w:hyperlink r:id="rId16">
        <w:r>
          <w:rPr>
            <w:color w:val="0000EE"/>
            <w:u w:val="single"/>
          </w:rPr>
          <w:t>sagaftra.org</w:t>
        </w:r>
      </w:hyperlink>
      <w:r>
        <w:t>)</w:t>
      </w:r>
      <w:r/>
    </w:p>
    <w:p>
      <w:pPr>
        <w:pStyle w:val="ListNumber"/>
        <w:spacing w:line="240" w:lineRule="auto"/>
        <w:ind w:left="720"/>
      </w:pPr>
      <w:r/>
      <w:hyperlink r:id="rId17">
        <w:r>
          <w:rPr>
            <w:color w:val="0000EE"/>
            <w:u w:val="single"/>
          </w:rPr>
          <w:t>https://www.felixsatlanta.com/pride-2026</w:t>
        </w:r>
      </w:hyperlink>
      <w:r>
        <w:t xml:space="preserve"> - Felix's Atlanta is hosting events during Atlanta Pride Week from October 7–12, 2026. The official Atlanta Pride events are scheduled for October 10–11, 2026, at Piedmont Park. The theme 'Louder &amp; Prouder' celebrates visibility, authenticity, and community. The weekend includes live entertainment, the Pride Marketplace, community events, marches, and the Atlanta Pride Parade through Midtown. Felix's Atlanta provides information on planning for the Pride weekend and details about their venue. (</w:t>
      </w:r>
      <w:hyperlink r:id="rId18">
        <w:r>
          <w:rPr>
            <w:color w:val="0000EE"/>
            <w:u w:val="single"/>
          </w:rPr>
          <w:t>felixsatlanta.com</w:t>
        </w:r>
      </w:hyperlink>
      <w:r>
        <w:t>)</w:t>
      </w:r>
      <w:r/>
    </w:p>
    <w:p>
      <w:pPr>
        <w:pStyle w:val="ListNumber"/>
        <w:spacing w:line="240" w:lineRule="auto"/>
        <w:ind w:left="720"/>
      </w:pPr>
      <w:r/>
      <w:hyperlink r:id="rId11">
        <w:r>
          <w:rPr>
            <w:color w:val="0000EE"/>
            <w:u w:val="single"/>
          </w:rPr>
          <w:t>https://pride365.org/event/atlanta-pride-2026/</w:t>
        </w:r>
      </w:hyperlink>
      <w:r>
        <w:t xml:space="preserve"> - The 2026 Atlanta Pride Festival is scheduled from October 9 to October 11, 2026, at Piedmont Park. The festival is the largest LGBTQ+ event in the South, welcoming over 350,000 visitors annually. It features concerts, dance parties, and concludes with the Starlight Cabaret, the largest outdoor drag show in the country. The event coincides with National Coming Out Day on October 11. (</w:t>
      </w:r>
      <w:hyperlink r:id="rId19">
        <w:r>
          <w:rPr>
            <w:color w:val="0000EE"/>
            <w:u w:val="single"/>
          </w:rPr>
          <w:t>pride365.org</w:t>
        </w:r>
      </w:hyperlink>
      <w:r>
        <w:t>)</w:t>
      </w:r>
      <w:r/>
    </w:p>
    <w:p>
      <w:pPr>
        <w:pStyle w:val="ListNumber"/>
        <w:spacing w:line="240" w:lineRule="auto"/>
        <w:ind w:left="720"/>
      </w:pPr>
      <w:r/>
      <w:hyperlink r:id="rId14">
        <w:r>
          <w:rPr>
            <w:color w:val="0000EE"/>
            <w:u w:val="single"/>
          </w:rPr>
          <w:t>https://atlantapride.org/2026/07/01/jt-cain-culto-and-zee-machine-announced-for-2026-atlanta-pride-festival/</w:t>
        </w:r>
      </w:hyperlink>
      <w:r>
        <w:t xml:space="preserve"> - Atlanta Pride has announced rapper and fashion icon JT as the headliner for the 2026 Atlanta Pride Festival, taking place on October 10–11 in Piedmont Park. Joining JT are artists Cain Culto and Zee Machine, whose performances embody the festival's theme, 'Louder &amp; Prouder.' The lineup aims to reflect the diversity and energy of the LGBTQ+ community, with performances ranging from hip-hop to genre-defying pop. (</w:t>
      </w:r>
      <w:hyperlink r:id="rId20">
        <w:r>
          <w:rPr>
            <w:color w:val="0000EE"/>
            <w:u w:val="single"/>
          </w:rPr>
          <w:t>atlantapride.org</w:t>
        </w:r>
      </w:hyperlink>
      <w:r>
        <w:t>)</w:t>
      </w:r>
      <w:r/>
    </w:p>
    <w:p>
      <w:pPr>
        <w:pStyle w:val="ListNumber"/>
        <w:spacing w:line="240" w:lineRule="auto"/>
        <w:ind w:left="720"/>
      </w:pPr>
      <w:r/>
      <w:hyperlink r:id="rId12">
        <w:r>
          <w:rPr>
            <w:color w:val="0000EE"/>
            <w:u w:val="single"/>
          </w:rPr>
          <w:t>https://www.midtownatl.com/do/2026-atlanta-pride-festival</w:t>
        </w:r>
      </w:hyperlink>
      <w:r>
        <w:t xml:space="preserve"> - The 2026 Atlanta Pride Festival is scheduled for October 10–11, 2026, at Piedmont Park. As Georgia's longest-running nonprofit dedicated to serving the LGBTQ+ community, Atlanta Pride hosts the largest LGBTQ+ event in the South, attracting over 350,000 attendees. The festival features concerts, dance parties, and concludes with the Starlight Cabaret, the largest outdoor drag show in the country. The event is free and open to everyone. (</w:t>
      </w:r>
      <w:hyperlink r:id="rId21">
        <w:r>
          <w:rPr>
            <w:color w:val="0000EE"/>
            <w:u w:val="single"/>
          </w:rPr>
          <w:t>midtownatl.com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ughdraftatlanta.com/2026/10/07/louder-prouder-atlanta-pride-2026/" TargetMode="External"/><Relationship Id="rId10" Type="http://schemas.openxmlformats.org/officeDocument/2006/relationships/hyperlink" Target="https://atlantapride.org/2026/06/24/2026-theme-louder-prouder/" TargetMode="External"/><Relationship Id="rId11" Type="http://schemas.openxmlformats.org/officeDocument/2006/relationships/hyperlink" Target="https://pride365.org/event/atlanta-pride-2026/" TargetMode="External"/><Relationship Id="rId12" Type="http://schemas.openxmlformats.org/officeDocument/2006/relationships/hyperlink" Target="https://www.midtownatl.com/do/2026-atlanta-pride-festival" TargetMode="External"/><Relationship Id="rId13" Type="http://schemas.openxmlformats.org/officeDocument/2006/relationships/hyperlink" Target="https://www.sagaftra.org/join-us-2026-atlanta-pride-parade" TargetMode="External"/><Relationship Id="rId14" Type="http://schemas.openxmlformats.org/officeDocument/2006/relationships/hyperlink" Target="https://atlantapride.org/2026/07/01/jt-cain-culto-and-zee-machine-announced-for-2026-atlanta-pride-festival/" TargetMode="External"/><Relationship Id="rId15" Type="http://schemas.openxmlformats.org/officeDocument/2006/relationships/hyperlink" Target="https://atlantapride.org/2026/06/24/2026-theme-louder-prouder/?utm_source=openai" TargetMode="External"/><Relationship Id="rId16" Type="http://schemas.openxmlformats.org/officeDocument/2006/relationships/hyperlink" Target="https://www.sagaftra.org/join-us-2026-atlanta-pride-parade?utm_source=openai" TargetMode="External"/><Relationship Id="rId17" Type="http://schemas.openxmlformats.org/officeDocument/2006/relationships/hyperlink" Target="https://www.felixsatlanta.com/pride-2026" TargetMode="External"/><Relationship Id="rId18" Type="http://schemas.openxmlformats.org/officeDocument/2006/relationships/hyperlink" Target="https://www.felixsatlanta.com/pride-2026?utm_source=openai" TargetMode="External"/><Relationship Id="rId19" Type="http://schemas.openxmlformats.org/officeDocument/2006/relationships/hyperlink" Target="https://pride365.org/event/atlanta-pride-2026/?utm_source=openai" TargetMode="External"/><Relationship Id="rId20" Type="http://schemas.openxmlformats.org/officeDocument/2006/relationships/hyperlink" Target="https://atlantapride.org/2026/07/01/jt-cain-culto-and-zee-machine-announced-for-2026-atlanta-pride-festival/?utm_source=openai" TargetMode="External"/><Relationship Id="rId21" Type="http://schemas.openxmlformats.org/officeDocument/2006/relationships/hyperlink" Target="https://www.midtownatl.com/do/the-2026-atlanta-pride-festiva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